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39709" w14:textId="77777777" w:rsidR="001E2EBC" w:rsidRPr="00A025B3" w:rsidRDefault="001E2EBC" w:rsidP="001E2EBC">
      <w:pPr>
        <w:jc w:val="center"/>
        <w:rPr>
          <w:rFonts w:ascii="Century Gothic" w:hAnsi="Century Gothic" w:cs="Arial"/>
          <w:b/>
          <w:color w:val="000000"/>
          <w:sz w:val="32"/>
          <w:szCs w:val="32"/>
        </w:rPr>
      </w:pPr>
    </w:p>
    <w:p w14:paraId="49560604" w14:textId="77777777" w:rsidR="001E2EBC" w:rsidRPr="00A025B3" w:rsidRDefault="001E2EBC" w:rsidP="001E2EBC">
      <w:pPr>
        <w:jc w:val="center"/>
        <w:rPr>
          <w:rFonts w:ascii="Century Gothic" w:hAnsi="Century Gothic" w:cs="Arial"/>
          <w:b/>
          <w:color w:val="000000"/>
          <w:sz w:val="32"/>
          <w:szCs w:val="32"/>
        </w:rPr>
      </w:pPr>
      <w:bookmarkStart w:id="0" w:name="_Hlk146097993"/>
      <w:bookmarkEnd w:id="0"/>
    </w:p>
    <w:p w14:paraId="0431A7D1" w14:textId="77777777" w:rsidR="001E2EBC" w:rsidRPr="00A025B3" w:rsidRDefault="001E2EBC" w:rsidP="001E2EBC">
      <w:pPr>
        <w:jc w:val="center"/>
        <w:textAlignment w:val="baseline"/>
        <w:rPr>
          <w:rFonts w:ascii="Century Gothic" w:eastAsia="Calibri" w:hAnsi="Century Gothic" w:cs="Calibri"/>
          <w:b/>
          <w:sz w:val="44"/>
          <w:szCs w:val="44"/>
        </w:rPr>
      </w:pPr>
      <w:r w:rsidRPr="00A025B3">
        <w:rPr>
          <w:rFonts w:ascii="Century Gothic" w:hAnsi="Century Gothic"/>
          <w:noProof/>
          <w:sz w:val="36"/>
          <w:szCs w:val="36"/>
          <w:lang w:eastAsia="en-GB"/>
        </w:rPr>
        <w:drawing>
          <wp:inline distT="0" distB="0" distL="0" distR="0" wp14:anchorId="2220AB50" wp14:editId="5A58E005">
            <wp:extent cx="3108960" cy="1128479"/>
            <wp:effectExtent l="0" t="0" r="0" b="0"/>
            <wp:docPr id="529032998" name="Picture 529032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0820" cy="1136414"/>
                    </a:xfrm>
                    <a:prstGeom prst="rect">
                      <a:avLst/>
                    </a:prstGeom>
                    <a:noFill/>
                    <a:ln>
                      <a:noFill/>
                    </a:ln>
                  </pic:spPr>
                </pic:pic>
              </a:graphicData>
            </a:graphic>
          </wp:inline>
        </w:drawing>
      </w:r>
    </w:p>
    <w:p w14:paraId="7FFFA0AA" w14:textId="77777777" w:rsidR="001E2EBC" w:rsidRPr="00A025B3" w:rsidRDefault="001E2EBC" w:rsidP="001E2EBC">
      <w:pPr>
        <w:jc w:val="center"/>
        <w:textAlignment w:val="baseline"/>
        <w:rPr>
          <w:rFonts w:ascii="Century Gothic" w:eastAsia="Gilroy-Light" w:hAnsi="Century Gothic" w:cs="Gilroy-Light"/>
          <w:b/>
          <w:bCs/>
          <w:sz w:val="44"/>
          <w:szCs w:val="44"/>
        </w:rPr>
      </w:pPr>
    </w:p>
    <w:p w14:paraId="0CC38C40" w14:textId="77777777" w:rsidR="001E2EBC" w:rsidRPr="00A025B3" w:rsidRDefault="001E2EBC" w:rsidP="001E2EBC">
      <w:pPr>
        <w:jc w:val="center"/>
        <w:textAlignment w:val="baseline"/>
        <w:rPr>
          <w:rFonts w:ascii="Century Gothic" w:eastAsia="Gilroy-Light" w:hAnsi="Century Gothic" w:cs="Gilroy-Light"/>
          <w:b/>
          <w:bCs/>
          <w:sz w:val="44"/>
          <w:szCs w:val="44"/>
        </w:rPr>
      </w:pPr>
    </w:p>
    <w:p w14:paraId="44E83BB5" w14:textId="77777777" w:rsidR="001E2EBC" w:rsidRPr="0037575F" w:rsidRDefault="001E2EBC" w:rsidP="001E2EBC">
      <w:pPr>
        <w:jc w:val="center"/>
        <w:textAlignment w:val="baseline"/>
        <w:rPr>
          <w:rFonts w:ascii="Century Gothic" w:eastAsia="Calibri" w:hAnsi="Century Gothic" w:cs="Calibri"/>
          <w:sz w:val="44"/>
          <w:szCs w:val="44"/>
        </w:rPr>
      </w:pPr>
      <w:r w:rsidRPr="0037575F">
        <w:rPr>
          <w:rFonts w:ascii="Century Gothic" w:eastAsia="Gilroy-Light" w:hAnsi="Century Gothic" w:cs="Gilroy-Light"/>
          <w:b/>
          <w:bCs/>
          <w:sz w:val="44"/>
          <w:szCs w:val="44"/>
        </w:rPr>
        <w:t>Education Learning Trust Multi Academy Trust</w:t>
      </w:r>
    </w:p>
    <w:p w14:paraId="1C475B09" w14:textId="77777777" w:rsidR="001E2EBC" w:rsidRPr="0037575F" w:rsidRDefault="001E2EBC" w:rsidP="001E2EBC">
      <w:pPr>
        <w:jc w:val="center"/>
        <w:textAlignment w:val="baseline"/>
        <w:rPr>
          <w:rFonts w:ascii="Century Gothic" w:eastAsia="Calibri" w:hAnsi="Century Gothic" w:cs="Calibri"/>
          <w:b/>
          <w:sz w:val="44"/>
          <w:szCs w:val="44"/>
        </w:rPr>
      </w:pPr>
    </w:p>
    <w:p w14:paraId="787C184C" w14:textId="70443626" w:rsidR="001E2EBC" w:rsidRPr="0037575F" w:rsidRDefault="001E2EBC" w:rsidP="001E2EBC">
      <w:pPr>
        <w:spacing w:before="293"/>
        <w:jc w:val="center"/>
        <w:textAlignment w:val="baseline"/>
        <w:rPr>
          <w:rFonts w:ascii="Century Gothic" w:eastAsia="Calibri" w:hAnsi="Century Gothic" w:cstheme="minorHAnsi"/>
          <w:b/>
          <w:sz w:val="44"/>
          <w:szCs w:val="44"/>
        </w:rPr>
      </w:pPr>
      <w:r w:rsidRPr="0037575F">
        <w:rPr>
          <w:rFonts w:ascii="Century Gothic" w:eastAsia="Calibri" w:hAnsi="Century Gothic" w:cstheme="minorHAnsi"/>
          <w:b/>
          <w:sz w:val="44"/>
          <w:szCs w:val="44"/>
        </w:rPr>
        <w:t xml:space="preserve">Data Protection Complaints Form </w:t>
      </w:r>
    </w:p>
    <w:p w14:paraId="60FD9500" w14:textId="3D133255" w:rsidR="001E2EBC" w:rsidRPr="00036A8E" w:rsidRDefault="001E2EBC" w:rsidP="0037575F">
      <w:pPr>
        <w:spacing w:before="293"/>
        <w:jc w:val="center"/>
        <w:textAlignment w:val="baseline"/>
        <w:rPr>
          <w:rFonts w:ascii="Century Gothic" w:eastAsia="Calibri" w:hAnsi="Century Gothic" w:cs="Calibri"/>
          <w:b/>
          <w:sz w:val="44"/>
          <w:szCs w:val="44"/>
        </w:rPr>
      </w:pPr>
      <w:r w:rsidRPr="00036A8E">
        <w:rPr>
          <w:rFonts w:ascii="Century Gothic" w:eastAsia="Calibri" w:hAnsi="Century Gothic" w:cstheme="minorHAnsi"/>
          <w:b/>
          <w:sz w:val="44"/>
          <w:szCs w:val="44"/>
        </w:rPr>
        <w:t>202</w:t>
      </w:r>
      <w:r w:rsidR="00D93052" w:rsidRPr="00036A8E">
        <w:rPr>
          <w:rFonts w:ascii="Century Gothic" w:eastAsia="Calibri" w:hAnsi="Century Gothic" w:cstheme="minorHAnsi"/>
          <w:b/>
          <w:sz w:val="44"/>
          <w:szCs w:val="44"/>
        </w:rPr>
        <w:t>6</w:t>
      </w:r>
      <w:r w:rsidRPr="00036A8E">
        <w:rPr>
          <w:rFonts w:ascii="Century Gothic" w:eastAsia="Calibri" w:hAnsi="Century Gothic" w:cstheme="minorHAnsi"/>
          <w:b/>
          <w:sz w:val="44"/>
          <w:szCs w:val="44"/>
        </w:rPr>
        <w:t>/202</w:t>
      </w:r>
      <w:r w:rsidR="00D93052" w:rsidRPr="00036A8E">
        <w:rPr>
          <w:rFonts w:ascii="Century Gothic" w:eastAsia="Calibri" w:hAnsi="Century Gothic" w:cstheme="minorHAnsi"/>
          <w:b/>
          <w:sz w:val="44"/>
          <w:szCs w:val="44"/>
        </w:rPr>
        <w:t>8</w:t>
      </w:r>
    </w:p>
    <w:p w14:paraId="7B4A1BA8" w14:textId="77777777" w:rsidR="001E2EBC" w:rsidRPr="00036A8E" w:rsidRDefault="001E2EBC" w:rsidP="001E2EBC">
      <w:pPr>
        <w:spacing w:before="293"/>
        <w:jc w:val="center"/>
        <w:textAlignment w:val="baseline"/>
        <w:rPr>
          <w:rFonts w:ascii="Century Gothic" w:eastAsia="Calibri" w:hAnsi="Century Gothic" w:cs="Calibri"/>
          <w:b/>
          <w:sz w:val="44"/>
          <w:szCs w:val="44"/>
        </w:rPr>
      </w:pPr>
    </w:p>
    <w:tbl>
      <w:tblPr>
        <w:tblStyle w:val="TableGrid"/>
        <w:tblW w:w="0" w:type="auto"/>
        <w:tblLook w:val="04A0" w:firstRow="1" w:lastRow="0" w:firstColumn="1" w:lastColumn="0" w:noHBand="0" w:noVBand="1"/>
      </w:tblPr>
      <w:tblGrid>
        <w:gridCol w:w="4303"/>
        <w:gridCol w:w="4327"/>
      </w:tblGrid>
      <w:tr w:rsidR="001E2EBC" w:rsidRPr="00036A8E" w14:paraId="0D0F11E6" w14:textId="77777777" w:rsidTr="0037575F">
        <w:tc>
          <w:tcPr>
            <w:tcW w:w="4303" w:type="dxa"/>
          </w:tcPr>
          <w:p w14:paraId="513714D8" w14:textId="77777777" w:rsidR="001E2EBC" w:rsidRPr="00036A8E" w:rsidRDefault="001E2EBC" w:rsidP="0063205D">
            <w:pPr>
              <w:spacing w:after="200" w:line="276" w:lineRule="auto"/>
              <w:rPr>
                <w:rFonts w:ascii="Century Gothic" w:eastAsia="Gilroy-Light" w:hAnsi="Century Gothic" w:cs="Gilroy-Light"/>
                <w:bCs/>
              </w:rPr>
            </w:pPr>
            <w:r w:rsidRPr="00036A8E">
              <w:rPr>
                <w:rFonts w:ascii="Century Gothic" w:eastAsia="Gilroy-Light" w:hAnsi="Century Gothic" w:cs="Gilroy-Light"/>
                <w:bCs/>
              </w:rPr>
              <w:t>Last update</w:t>
            </w:r>
          </w:p>
        </w:tc>
        <w:tc>
          <w:tcPr>
            <w:tcW w:w="4327" w:type="dxa"/>
          </w:tcPr>
          <w:p w14:paraId="49278B12" w14:textId="2DC8439D" w:rsidR="001E2EBC" w:rsidRPr="00036A8E" w:rsidRDefault="0037575F" w:rsidP="0063205D">
            <w:pPr>
              <w:spacing w:after="200" w:line="276" w:lineRule="auto"/>
              <w:rPr>
                <w:rFonts w:ascii="Century Gothic" w:eastAsia="Gilroy-Light" w:hAnsi="Century Gothic" w:cs="Gilroy-Light"/>
                <w:bCs/>
              </w:rPr>
            </w:pPr>
            <w:r w:rsidRPr="00036A8E">
              <w:rPr>
                <w:rFonts w:ascii="Century Gothic" w:eastAsia="Gilroy-Light" w:hAnsi="Century Gothic" w:cs="Gilroy-Light"/>
                <w:bCs/>
              </w:rPr>
              <w:t>Autumn</w:t>
            </w:r>
            <w:r w:rsidR="001E2EBC" w:rsidRPr="00036A8E">
              <w:rPr>
                <w:rFonts w:ascii="Century Gothic" w:eastAsia="Gilroy-Light" w:hAnsi="Century Gothic" w:cs="Gilroy-Light"/>
                <w:bCs/>
              </w:rPr>
              <w:t xml:space="preserve"> 202</w:t>
            </w:r>
            <w:r w:rsidR="00D93052" w:rsidRPr="00036A8E">
              <w:rPr>
                <w:rFonts w:ascii="Century Gothic" w:eastAsia="Gilroy-Light" w:hAnsi="Century Gothic" w:cs="Gilroy-Light"/>
                <w:bCs/>
              </w:rPr>
              <w:t>6</w:t>
            </w:r>
          </w:p>
        </w:tc>
      </w:tr>
      <w:tr w:rsidR="001E2EBC" w:rsidRPr="00A025B3" w14:paraId="4BD5F866" w14:textId="77777777" w:rsidTr="0037575F">
        <w:tc>
          <w:tcPr>
            <w:tcW w:w="4303" w:type="dxa"/>
          </w:tcPr>
          <w:p w14:paraId="4C82CFAC" w14:textId="77777777" w:rsidR="001E2EBC" w:rsidRPr="00036A8E" w:rsidRDefault="001E2EBC" w:rsidP="0063205D">
            <w:pPr>
              <w:spacing w:after="200" w:line="276" w:lineRule="auto"/>
              <w:rPr>
                <w:rFonts w:ascii="Century Gothic" w:eastAsia="Gilroy-Light" w:hAnsi="Century Gothic" w:cs="Gilroy-Light"/>
                <w:bCs/>
              </w:rPr>
            </w:pPr>
            <w:r w:rsidRPr="00036A8E">
              <w:rPr>
                <w:rFonts w:ascii="Century Gothic" w:eastAsia="Gilroy-Light" w:hAnsi="Century Gothic" w:cs="Gilroy-Light"/>
                <w:bCs/>
              </w:rPr>
              <w:t>Next review</w:t>
            </w:r>
          </w:p>
        </w:tc>
        <w:tc>
          <w:tcPr>
            <w:tcW w:w="4327" w:type="dxa"/>
          </w:tcPr>
          <w:p w14:paraId="5165DCD7" w14:textId="21F4F09E" w:rsidR="001E2EBC" w:rsidRPr="00036A8E" w:rsidRDefault="0037575F" w:rsidP="0063205D">
            <w:pPr>
              <w:spacing w:after="200" w:line="276" w:lineRule="auto"/>
              <w:rPr>
                <w:rFonts w:ascii="Century Gothic" w:eastAsia="Gilroy-Light" w:hAnsi="Century Gothic" w:cs="Gilroy-Light"/>
                <w:bCs/>
              </w:rPr>
            </w:pPr>
            <w:r w:rsidRPr="00036A8E">
              <w:rPr>
                <w:rFonts w:ascii="Century Gothic" w:eastAsia="Gilroy-Light" w:hAnsi="Century Gothic" w:cs="Gilroy-Light"/>
                <w:bCs/>
              </w:rPr>
              <w:t xml:space="preserve">Autumn </w:t>
            </w:r>
            <w:r w:rsidR="001E2EBC" w:rsidRPr="00036A8E">
              <w:rPr>
                <w:rFonts w:ascii="Century Gothic" w:eastAsia="Gilroy-Light" w:hAnsi="Century Gothic" w:cs="Gilroy-Light"/>
                <w:bCs/>
              </w:rPr>
              <w:t>202</w:t>
            </w:r>
            <w:r w:rsidR="00D93052" w:rsidRPr="00036A8E">
              <w:rPr>
                <w:rFonts w:ascii="Century Gothic" w:eastAsia="Gilroy-Light" w:hAnsi="Century Gothic" w:cs="Gilroy-Light"/>
                <w:bCs/>
              </w:rPr>
              <w:t>8</w:t>
            </w:r>
          </w:p>
        </w:tc>
      </w:tr>
    </w:tbl>
    <w:p w14:paraId="6AA74827" w14:textId="3C23DD03" w:rsidR="001E2EBC" w:rsidRDefault="001E2EBC" w:rsidP="001E2EBC">
      <w:pPr>
        <w:rPr>
          <w:rFonts w:ascii="Century Gothic" w:eastAsia="Calibri" w:hAnsi="Century Gothic" w:cs="Arial"/>
          <w:b/>
        </w:rPr>
      </w:pPr>
    </w:p>
    <w:p w14:paraId="46E27DF4" w14:textId="7A06C684" w:rsidR="0037575F" w:rsidRDefault="0037575F" w:rsidP="001E2EBC">
      <w:pPr>
        <w:rPr>
          <w:rFonts w:ascii="Century Gothic" w:eastAsia="Calibri" w:hAnsi="Century Gothic" w:cs="Arial"/>
          <w:b/>
        </w:rPr>
      </w:pPr>
    </w:p>
    <w:p w14:paraId="70FA9DBA" w14:textId="77777777" w:rsidR="0037575F" w:rsidRDefault="0037575F" w:rsidP="001E2EBC">
      <w:pPr>
        <w:rPr>
          <w:rFonts w:ascii="Century Gothic" w:eastAsia="Calibri" w:hAnsi="Century Gothic" w:cs="Arial"/>
          <w:b/>
        </w:rPr>
      </w:pPr>
    </w:p>
    <w:p w14:paraId="6B4BD331" w14:textId="77777777" w:rsidR="0037575F" w:rsidRPr="00A025B3" w:rsidRDefault="0037575F" w:rsidP="001E2EBC">
      <w:pPr>
        <w:rPr>
          <w:rFonts w:ascii="Century Gothic" w:eastAsia="Calibri" w:hAnsi="Century Gothic" w:cs="Arial"/>
          <w:b/>
        </w:rPr>
      </w:pPr>
    </w:p>
    <w:p w14:paraId="57E26EF7" w14:textId="77777777" w:rsidR="001E2EBC" w:rsidRPr="0037575F" w:rsidRDefault="001E2EBC" w:rsidP="001E2EBC">
      <w:pPr>
        <w:rPr>
          <w:rFonts w:ascii="Century Gothic" w:eastAsia="Calibri" w:hAnsi="Century Gothic" w:cs="Arial"/>
          <w:b/>
        </w:rPr>
      </w:pPr>
      <w:r w:rsidRPr="0037575F">
        <w:rPr>
          <w:rFonts w:ascii="Century Gothic" w:eastAsia="Calibri" w:hAnsi="Century Gothic" w:cs="Arial"/>
          <w:b/>
        </w:rPr>
        <w:lastRenderedPageBreak/>
        <w:t>Revision History</w:t>
      </w:r>
    </w:p>
    <w:tbl>
      <w:tblPr>
        <w:tblW w:w="1071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476"/>
        <w:gridCol w:w="1211"/>
        <w:gridCol w:w="3892"/>
        <w:gridCol w:w="2069"/>
        <w:gridCol w:w="2069"/>
      </w:tblGrid>
      <w:tr w:rsidR="001E2EBC" w:rsidRPr="0037575F" w14:paraId="1D9A5BDA" w14:textId="77777777" w:rsidTr="0063205D">
        <w:trPr>
          <w:cantSplit/>
          <w:jc w:val="center"/>
        </w:trPr>
        <w:tc>
          <w:tcPr>
            <w:tcW w:w="1476" w:type="dxa"/>
            <w:shd w:val="clear" w:color="auto" w:fill="D9D9D9"/>
            <w:vAlign w:val="center"/>
          </w:tcPr>
          <w:p w14:paraId="24C7E973" w14:textId="77777777" w:rsidR="001E2EBC" w:rsidRPr="0037575F" w:rsidRDefault="001E2EBC" w:rsidP="0063205D">
            <w:pPr>
              <w:pStyle w:val="Table"/>
              <w:jc w:val="center"/>
              <w:rPr>
                <w:rFonts w:ascii="Century Gothic" w:hAnsi="Century Gothic"/>
                <w:b/>
                <w:sz w:val="22"/>
                <w:szCs w:val="22"/>
                <w:lang w:val="en-US"/>
              </w:rPr>
            </w:pPr>
            <w:r w:rsidRPr="0037575F">
              <w:rPr>
                <w:rFonts w:ascii="Century Gothic" w:hAnsi="Century Gothic"/>
                <w:b/>
                <w:sz w:val="22"/>
                <w:szCs w:val="22"/>
                <w:lang w:val="en-US"/>
              </w:rPr>
              <w:t>Date</w:t>
            </w:r>
          </w:p>
        </w:tc>
        <w:tc>
          <w:tcPr>
            <w:tcW w:w="1211" w:type="dxa"/>
            <w:shd w:val="clear" w:color="auto" w:fill="D9D9D9"/>
            <w:vAlign w:val="center"/>
          </w:tcPr>
          <w:p w14:paraId="2453B3F3" w14:textId="77777777" w:rsidR="001E2EBC" w:rsidRPr="0037575F" w:rsidRDefault="001E2EBC" w:rsidP="0063205D">
            <w:pPr>
              <w:pStyle w:val="Table"/>
              <w:jc w:val="center"/>
              <w:rPr>
                <w:rFonts w:ascii="Century Gothic" w:hAnsi="Century Gothic"/>
                <w:b/>
                <w:sz w:val="22"/>
                <w:szCs w:val="22"/>
                <w:lang w:val="en-US"/>
              </w:rPr>
            </w:pPr>
            <w:r w:rsidRPr="0037575F">
              <w:rPr>
                <w:rFonts w:ascii="Century Gothic" w:hAnsi="Century Gothic"/>
                <w:b/>
                <w:sz w:val="22"/>
                <w:szCs w:val="22"/>
                <w:lang w:val="en-US"/>
              </w:rPr>
              <w:t>Document Version</w:t>
            </w:r>
          </w:p>
        </w:tc>
        <w:tc>
          <w:tcPr>
            <w:tcW w:w="3892" w:type="dxa"/>
            <w:shd w:val="clear" w:color="auto" w:fill="D9D9D9"/>
            <w:vAlign w:val="center"/>
          </w:tcPr>
          <w:p w14:paraId="3A2B3C95" w14:textId="77777777" w:rsidR="001E2EBC" w:rsidRPr="0037575F" w:rsidRDefault="001E2EBC" w:rsidP="0063205D">
            <w:pPr>
              <w:pStyle w:val="Table"/>
              <w:jc w:val="center"/>
              <w:rPr>
                <w:rFonts w:ascii="Century Gothic" w:hAnsi="Century Gothic"/>
                <w:b/>
                <w:sz w:val="22"/>
                <w:szCs w:val="22"/>
                <w:lang w:val="en-US"/>
              </w:rPr>
            </w:pPr>
            <w:r w:rsidRPr="0037575F">
              <w:rPr>
                <w:rFonts w:ascii="Century Gothic" w:hAnsi="Century Gothic"/>
                <w:b/>
                <w:sz w:val="22"/>
                <w:szCs w:val="22"/>
                <w:lang w:val="en-US"/>
              </w:rPr>
              <w:t>Document Revision History</w:t>
            </w:r>
          </w:p>
        </w:tc>
        <w:tc>
          <w:tcPr>
            <w:tcW w:w="2069" w:type="dxa"/>
            <w:shd w:val="clear" w:color="auto" w:fill="D9D9D9"/>
            <w:vAlign w:val="center"/>
          </w:tcPr>
          <w:p w14:paraId="27BFE8A9" w14:textId="77777777" w:rsidR="001E2EBC" w:rsidRPr="0037575F" w:rsidRDefault="001E2EBC" w:rsidP="0063205D">
            <w:pPr>
              <w:pStyle w:val="Table"/>
              <w:jc w:val="center"/>
              <w:rPr>
                <w:rFonts w:ascii="Century Gothic" w:hAnsi="Century Gothic"/>
                <w:b/>
                <w:sz w:val="22"/>
                <w:szCs w:val="22"/>
                <w:lang w:val="en-US"/>
              </w:rPr>
            </w:pPr>
            <w:r w:rsidRPr="0037575F">
              <w:rPr>
                <w:rFonts w:ascii="Century Gothic" w:hAnsi="Century Gothic"/>
                <w:b/>
                <w:sz w:val="22"/>
                <w:szCs w:val="22"/>
                <w:lang w:val="en-US"/>
              </w:rPr>
              <w:t>Document Author / Reviser</w:t>
            </w:r>
          </w:p>
        </w:tc>
        <w:tc>
          <w:tcPr>
            <w:tcW w:w="2069" w:type="dxa"/>
            <w:shd w:val="clear" w:color="auto" w:fill="D9D9D9"/>
          </w:tcPr>
          <w:p w14:paraId="084D6EA5" w14:textId="77777777" w:rsidR="001E2EBC" w:rsidRPr="0037575F" w:rsidRDefault="001E2EBC" w:rsidP="0063205D">
            <w:pPr>
              <w:pStyle w:val="Table"/>
              <w:jc w:val="center"/>
              <w:rPr>
                <w:rFonts w:ascii="Century Gothic" w:hAnsi="Century Gothic"/>
                <w:b/>
                <w:sz w:val="22"/>
                <w:szCs w:val="22"/>
                <w:lang w:val="en-US"/>
              </w:rPr>
            </w:pPr>
            <w:r w:rsidRPr="0037575F">
              <w:rPr>
                <w:rFonts w:ascii="Century Gothic" w:hAnsi="Century Gothic"/>
                <w:b/>
                <w:sz w:val="22"/>
                <w:szCs w:val="22"/>
                <w:lang w:val="en-US"/>
              </w:rPr>
              <w:t>Document Approver</w:t>
            </w:r>
          </w:p>
        </w:tc>
      </w:tr>
      <w:tr w:rsidR="001E2EBC" w:rsidRPr="0037575F" w14:paraId="152AB2F9" w14:textId="77777777" w:rsidTr="0063205D">
        <w:trPr>
          <w:cantSplit/>
          <w:jc w:val="center"/>
        </w:trPr>
        <w:tc>
          <w:tcPr>
            <w:tcW w:w="1476" w:type="dxa"/>
          </w:tcPr>
          <w:p w14:paraId="3C8C684D" w14:textId="77777777" w:rsidR="001E2EBC" w:rsidRPr="0037575F" w:rsidRDefault="001E2EBC" w:rsidP="0063205D">
            <w:pPr>
              <w:pStyle w:val="Table"/>
              <w:jc w:val="center"/>
              <w:rPr>
                <w:rFonts w:ascii="Century Gothic" w:hAnsi="Century Gothic" w:cs="Arial"/>
                <w:sz w:val="22"/>
                <w:szCs w:val="22"/>
                <w:lang w:val="en-US"/>
              </w:rPr>
            </w:pPr>
            <w:r w:rsidRPr="0037575F">
              <w:rPr>
                <w:rFonts w:ascii="Century Gothic" w:hAnsi="Century Gothic" w:cs="Arial"/>
                <w:sz w:val="22"/>
                <w:szCs w:val="22"/>
                <w:lang w:val="en-US"/>
              </w:rPr>
              <w:t>October 2025</w:t>
            </w:r>
          </w:p>
        </w:tc>
        <w:tc>
          <w:tcPr>
            <w:tcW w:w="1211" w:type="dxa"/>
          </w:tcPr>
          <w:p w14:paraId="718A1D1F" w14:textId="61915974" w:rsidR="001E2EBC" w:rsidRPr="0037575F" w:rsidRDefault="001E2EBC" w:rsidP="0063205D">
            <w:pPr>
              <w:pStyle w:val="Table"/>
              <w:jc w:val="center"/>
              <w:rPr>
                <w:rFonts w:ascii="Century Gothic" w:hAnsi="Century Gothic" w:cs="Arial"/>
                <w:sz w:val="22"/>
                <w:szCs w:val="22"/>
                <w:lang w:val="en-US"/>
              </w:rPr>
            </w:pPr>
            <w:r w:rsidRPr="0037575F">
              <w:rPr>
                <w:rFonts w:ascii="Century Gothic" w:hAnsi="Century Gothic" w:cs="Arial"/>
                <w:sz w:val="22"/>
                <w:szCs w:val="22"/>
                <w:lang w:val="en-US"/>
              </w:rPr>
              <w:t>1.1</w:t>
            </w:r>
          </w:p>
        </w:tc>
        <w:tc>
          <w:tcPr>
            <w:tcW w:w="3892" w:type="dxa"/>
          </w:tcPr>
          <w:p w14:paraId="5A8C3595" w14:textId="68FE125C" w:rsidR="001E2EBC" w:rsidRPr="0037575F" w:rsidRDefault="001E2EBC" w:rsidP="0063205D">
            <w:pPr>
              <w:pStyle w:val="Table"/>
              <w:rPr>
                <w:rFonts w:ascii="Century Gothic" w:hAnsi="Century Gothic" w:cs="Arial"/>
                <w:sz w:val="22"/>
                <w:szCs w:val="22"/>
                <w:lang w:val="en-US"/>
              </w:rPr>
            </w:pPr>
            <w:r w:rsidRPr="0037575F">
              <w:rPr>
                <w:rFonts w:ascii="Century Gothic" w:hAnsi="Century Gothic" w:cs="Arial"/>
                <w:sz w:val="22"/>
                <w:szCs w:val="22"/>
                <w:lang w:val="en-US"/>
              </w:rPr>
              <w:t>New Form</w:t>
            </w:r>
          </w:p>
        </w:tc>
        <w:tc>
          <w:tcPr>
            <w:tcW w:w="2069" w:type="dxa"/>
          </w:tcPr>
          <w:p w14:paraId="4FF070C4" w14:textId="77777777" w:rsidR="001E2EBC" w:rsidRPr="0037575F" w:rsidRDefault="001E2EBC" w:rsidP="0063205D">
            <w:pPr>
              <w:pStyle w:val="Table"/>
              <w:rPr>
                <w:rFonts w:ascii="Century Gothic" w:hAnsi="Century Gothic" w:cs="Arial"/>
                <w:sz w:val="22"/>
                <w:szCs w:val="22"/>
                <w:lang w:val="en-US"/>
              </w:rPr>
            </w:pPr>
            <w:r w:rsidRPr="0037575F">
              <w:rPr>
                <w:rFonts w:ascii="Century Gothic" w:hAnsi="Century Gothic" w:cs="Arial"/>
                <w:sz w:val="22"/>
                <w:szCs w:val="22"/>
                <w:lang w:val="en-US"/>
              </w:rPr>
              <w:t>M Keeffe - DPO</w:t>
            </w:r>
          </w:p>
        </w:tc>
        <w:tc>
          <w:tcPr>
            <w:tcW w:w="2069" w:type="dxa"/>
          </w:tcPr>
          <w:p w14:paraId="5622EEA9" w14:textId="71C92746" w:rsidR="001E2EBC" w:rsidRPr="0037575F" w:rsidRDefault="00D40154" w:rsidP="0063205D">
            <w:pPr>
              <w:pStyle w:val="Table"/>
              <w:rPr>
                <w:rFonts w:ascii="Century Gothic" w:hAnsi="Century Gothic" w:cs="Arial"/>
                <w:sz w:val="22"/>
                <w:szCs w:val="22"/>
                <w:lang w:val="en-US"/>
              </w:rPr>
            </w:pPr>
            <w:r>
              <w:rPr>
                <w:rFonts w:ascii="Century Gothic" w:hAnsi="Century Gothic" w:cs="Calibri Light"/>
                <w:sz w:val="22"/>
                <w:szCs w:val="22"/>
                <w:lang w:val="en-US"/>
              </w:rPr>
              <w:t>Finance, Audit and Risk and Resources 04/12/2025</w:t>
            </w:r>
          </w:p>
        </w:tc>
      </w:tr>
      <w:tr w:rsidR="00D93052" w:rsidRPr="0037575F" w14:paraId="00FC9F9D" w14:textId="77777777" w:rsidTr="0063205D">
        <w:trPr>
          <w:cantSplit/>
          <w:jc w:val="center"/>
        </w:trPr>
        <w:tc>
          <w:tcPr>
            <w:tcW w:w="1476" w:type="dxa"/>
          </w:tcPr>
          <w:p w14:paraId="3E06F2A5" w14:textId="3B977312" w:rsidR="00D93052" w:rsidRPr="00036A8E" w:rsidRDefault="00D93052" w:rsidP="0063205D">
            <w:pPr>
              <w:pStyle w:val="Table"/>
              <w:jc w:val="center"/>
              <w:rPr>
                <w:rFonts w:ascii="Century Gothic" w:hAnsi="Century Gothic" w:cs="Arial"/>
                <w:sz w:val="22"/>
                <w:szCs w:val="22"/>
                <w:lang w:val="en-US"/>
              </w:rPr>
            </w:pPr>
            <w:r w:rsidRPr="00036A8E">
              <w:rPr>
                <w:rFonts w:ascii="Century Gothic" w:hAnsi="Century Gothic" w:cs="Arial"/>
                <w:sz w:val="22"/>
                <w:szCs w:val="22"/>
                <w:lang w:val="en-US"/>
              </w:rPr>
              <w:t>September 2026</w:t>
            </w:r>
          </w:p>
        </w:tc>
        <w:tc>
          <w:tcPr>
            <w:tcW w:w="1211" w:type="dxa"/>
          </w:tcPr>
          <w:p w14:paraId="2B977DB5" w14:textId="540F1EAA" w:rsidR="00D93052" w:rsidRPr="00036A8E" w:rsidRDefault="00D93052" w:rsidP="0063205D">
            <w:pPr>
              <w:pStyle w:val="Table"/>
              <w:jc w:val="center"/>
              <w:rPr>
                <w:rFonts w:ascii="Century Gothic" w:hAnsi="Century Gothic" w:cs="Arial"/>
                <w:sz w:val="22"/>
                <w:szCs w:val="22"/>
                <w:lang w:val="en-US"/>
              </w:rPr>
            </w:pPr>
            <w:r w:rsidRPr="00036A8E">
              <w:rPr>
                <w:rFonts w:ascii="Century Gothic" w:hAnsi="Century Gothic" w:cs="Arial"/>
                <w:sz w:val="22"/>
                <w:szCs w:val="22"/>
                <w:lang w:val="en-US"/>
              </w:rPr>
              <w:t>1.2</w:t>
            </w:r>
          </w:p>
        </w:tc>
        <w:tc>
          <w:tcPr>
            <w:tcW w:w="3892" w:type="dxa"/>
          </w:tcPr>
          <w:p w14:paraId="6DBE5374" w14:textId="55A070EF" w:rsidR="00D93052" w:rsidRPr="00036A8E" w:rsidRDefault="00D93052" w:rsidP="0063205D">
            <w:pPr>
              <w:pStyle w:val="Table"/>
              <w:rPr>
                <w:rFonts w:ascii="Century Gothic" w:hAnsi="Century Gothic" w:cs="Arial"/>
                <w:sz w:val="22"/>
                <w:szCs w:val="22"/>
                <w:lang w:val="en-US"/>
              </w:rPr>
            </w:pPr>
            <w:r w:rsidRPr="00036A8E">
              <w:rPr>
                <w:rFonts w:ascii="Century Gothic" w:hAnsi="Century Gothic" w:cs="Arial"/>
                <w:sz w:val="22"/>
                <w:szCs w:val="22"/>
                <w:lang w:val="en-US"/>
              </w:rPr>
              <w:t xml:space="preserve">Updated </w:t>
            </w:r>
            <w:r w:rsidR="005D46CB" w:rsidRPr="00036A8E">
              <w:rPr>
                <w:rFonts w:ascii="Century Gothic" w:hAnsi="Century Gothic" w:cs="Arial"/>
                <w:sz w:val="22"/>
                <w:szCs w:val="22"/>
                <w:lang w:val="en-US"/>
              </w:rPr>
              <w:t>with changes to the Data Use and Access Act 2025</w:t>
            </w:r>
          </w:p>
        </w:tc>
        <w:tc>
          <w:tcPr>
            <w:tcW w:w="2069" w:type="dxa"/>
          </w:tcPr>
          <w:p w14:paraId="39948D04" w14:textId="587E969C" w:rsidR="00D93052" w:rsidRPr="00036A8E" w:rsidRDefault="005D46CB" w:rsidP="0063205D">
            <w:pPr>
              <w:pStyle w:val="Table"/>
              <w:rPr>
                <w:rFonts w:ascii="Century Gothic" w:hAnsi="Century Gothic" w:cs="Arial"/>
                <w:sz w:val="22"/>
                <w:szCs w:val="22"/>
                <w:lang w:val="en-US"/>
              </w:rPr>
            </w:pPr>
            <w:r w:rsidRPr="00036A8E">
              <w:rPr>
                <w:rFonts w:ascii="Century Gothic" w:hAnsi="Century Gothic" w:cs="Arial"/>
                <w:sz w:val="22"/>
                <w:szCs w:val="22"/>
                <w:lang w:val="en-US"/>
              </w:rPr>
              <w:t>M Keeffe - DPO</w:t>
            </w:r>
          </w:p>
        </w:tc>
        <w:tc>
          <w:tcPr>
            <w:tcW w:w="2069" w:type="dxa"/>
          </w:tcPr>
          <w:p w14:paraId="12F2A04F" w14:textId="4991ED65" w:rsidR="00036A8E" w:rsidRPr="00036A8E" w:rsidRDefault="00036A8E" w:rsidP="0063205D">
            <w:pPr>
              <w:pStyle w:val="Table"/>
              <w:rPr>
                <w:rFonts w:ascii="Century Gothic" w:hAnsi="Century Gothic" w:cs="Calibri Light"/>
                <w:sz w:val="22"/>
                <w:szCs w:val="22"/>
                <w:lang w:val="en-US"/>
              </w:rPr>
            </w:pPr>
            <w:r>
              <w:rPr>
                <w:rFonts w:ascii="Century Gothic" w:hAnsi="Century Gothic" w:cs="Calibri Light"/>
                <w:sz w:val="22"/>
                <w:szCs w:val="22"/>
                <w:lang w:val="en-US"/>
              </w:rPr>
              <w:t>Trust Board 22/10/2026</w:t>
            </w:r>
          </w:p>
        </w:tc>
      </w:tr>
    </w:tbl>
    <w:p w14:paraId="6DD37E9C" w14:textId="493E2B02" w:rsidR="00CF634D" w:rsidRPr="0037575F" w:rsidRDefault="00DC2497">
      <w:pPr>
        <w:pStyle w:val="Heading1"/>
        <w:jc w:val="center"/>
        <w:rPr>
          <w:rFonts w:ascii="Century Gothic" w:hAnsi="Century Gothic" w:cs="Arial"/>
          <w:color w:val="auto"/>
          <w:sz w:val="22"/>
          <w:szCs w:val="22"/>
        </w:rPr>
      </w:pPr>
      <w:r w:rsidRPr="0037575F">
        <w:rPr>
          <w:rFonts w:ascii="Century Gothic" w:hAnsi="Century Gothic" w:cs="Arial"/>
          <w:color w:val="auto"/>
          <w:sz w:val="22"/>
          <w:szCs w:val="22"/>
        </w:rPr>
        <w:t>Data Protection Complaint Form</w:t>
      </w:r>
    </w:p>
    <w:p w14:paraId="07FAB5B4" w14:textId="77777777" w:rsidR="00176EE2" w:rsidRPr="0037575F" w:rsidRDefault="00176EE2">
      <w:pPr>
        <w:rPr>
          <w:rFonts w:ascii="Century Gothic" w:eastAsia="Calibri" w:hAnsi="Century Gothic" w:cs="Arial"/>
        </w:rPr>
      </w:pPr>
    </w:p>
    <w:p w14:paraId="3EA23228" w14:textId="0C21CE79" w:rsidR="00CF634D" w:rsidRPr="0037575F" w:rsidRDefault="00DC2497">
      <w:pPr>
        <w:rPr>
          <w:rFonts w:ascii="Century Gothic" w:hAnsi="Century Gothic" w:cs="Arial"/>
        </w:rPr>
      </w:pPr>
      <w:r w:rsidRPr="0037575F">
        <w:rPr>
          <w:rFonts w:ascii="Century Gothic" w:eastAsia="Calibri" w:hAnsi="Century Gothic" w:cs="Arial"/>
        </w:rPr>
        <w:t>Please complete this form if you believe your data protection rights have been violated. All fields marked with * are required.</w:t>
      </w:r>
    </w:p>
    <w:p w14:paraId="6F6B037E" w14:textId="77777777" w:rsidR="00CF634D" w:rsidRPr="0037575F" w:rsidRDefault="00DC2497">
      <w:pPr>
        <w:pStyle w:val="Heading2"/>
        <w:rPr>
          <w:rFonts w:ascii="Century Gothic" w:hAnsi="Century Gothic" w:cs="Arial"/>
          <w:color w:val="auto"/>
          <w:sz w:val="22"/>
          <w:szCs w:val="22"/>
        </w:rPr>
      </w:pPr>
      <w:r w:rsidRPr="0037575F">
        <w:rPr>
          <w:rFonts w:ascii="Century Gothic" w:hAnsi="Century Gothic" w:cs="Arial"/>
          <w:color w:val="auto"/>
          <w:sz w:val="22"/>
          <w:szCs w:val="22"/>
        </w:rPr>
        <w:t>Your Details</w:t>
      </w:r>
    </w:p>
    <w:p w14:paraId="7771E63E" w14:textId="77777777" w:rsidR="00CF634D" w:rsidRPr="0037575F" w:rsidRDefault="00DC2497">
      <w:pPr>
        <w:rPr>
          <w:rFonts w:ascii="Century Gothic" w:hAnsi="Century Gothic" w:cs="Arial"/>
        </w:rPr>
      </w:pPr>
      <w:r w:rsidRPr="0037575F">
        <w:rPr>
          <w:rFonts w:ascii="Century Gothic" w:eastAsia="Calibri" w:hAnsi="Century Gothic" w:cs="Arial"/>
        </w:rPr>
        <w:t>Full Name*:</w:t>
      </w:r>
    </w:p>
    <w:p w14:paraId="679AC0E5" w14:textId="77777777" w:rsidR="00CF634D" w:rsidRPr="0037575F" w:rsidRDefault="00DC2497">
      <w:pPr>
        <w:rPr>
          <w:rFonts w:ascii="Century Gothic" w:hAnsi="Century Gothic" w:cs="Arial"/>
        </w:rPr>
      </w:pPr>
      <w:r w:rsidRPr="0037575F">
        <w:rPr>
          <w:rFonts w:ascii="Century Gothic" w:hAnsi="Century Gothic" w:cs="Arial"/>
        </w:rPr>
        <w:t>____________________________________________________________</w:t>
      </w:r>
    </w:p>
    <w:p w14:paraId="36E71272" w14:textId="77777777" w:rsidR="00CF634D" w:rsidRPr="0037575F" w:rsidRDefault="00DC2497">
      <w:pPr>
        <w:rPr>
          <w:rFonts w:ascii="Century Gothic" w:hAnsi="Century Gothic" w:cs="Arial"/>
        </w:rPr>
      </w:pPr>
      <w:r w:rsidRPr="0037575F">
        <w:rPr>
          <w:rFonts w:ascii="Century Gothic" w:eastAsia="Calibri" w:hAnsi="Century Gothic" w:cs="Arial"/>
        </w:rPr>
        <w:t>Email Address*:</w:t>
      </w:r>
    </w:p>
    <w:p w14:paraId="59BB5F8D" w14:textId="77777777" w:rsidR="00CF634D" w:rsidRPr="0037575F" w:rsidRDefault="00DC2497">
      <w:pPr>
        <w:rPr>
          <w:rFonts w:ascii="Century Gothic" w:hAnsi="Century Gothic" w:cs="Arial"/>
        </w:rPr>
      </w:pPr>
      <w:r w:rsidRPr="0037575F">
        <w:rPr>
          <w:rFonts w:ascii="Century Gothic" w:hAnsi="Century Gothic" w:cs="Arial"/>
        </w:rPr>
        <w:t>____________________________________________________________</w:t>
      </w:r>
    </w:p>
    <w:p w14:paraId="044D90A6" w14:textId="77777777" w:rsidR="00CF634D" w:rsidRPr="0037575F" w:rsidRDefault="00DC2497">
      <w:pPr>
        <w:rPr>
          <w:rFonts w:ascii="Century Gothic" w:hAnsi="Century Gothic" w:cs="Arial"/>
        </w:rPr>
      </w:pPr>
      <w:r w:rsidRPr="0037575F">
        <w:rPr>
          <w:rFonts w:ascii="Century Gothic" w:eastAsia="Calibri" w:hAnsi="Century Gothic" w:cs="Arial"/>
        </w:rPr>
        <w:t>Phone Number:</w:t>
      </w:r>
    </w:p>
    <w:p w14:paraId="2EB2DD6A" w14:textId="77777777" w:rsidR="00CF634D" w:rsidRPr="00036A8E" w:rsidRDefault="00DC2497">
      <w:pPr>
        <w:rPr>
          <w:rFonts w:ascii="Century Gothic" w:hAnsi="Century Gothic" w:cs="Arial"/>
        </w:rPr>
      </w:pPr>
      <w:r w:rsidRPr="00036A8E">
        <w:rPr>
          <w:rFonts w:ascii="Century Gothic" w:hAnsi="Century Gothic" w:cs="Arial"/>
        </w:rPr>
        <w:t>____________________________________________________________</w:t>
      </w:r>
    </w:p>
    <w:p w14:paraId="2404E9A1" w14:textId="77777777" w:rsidR="004204AE" w:rsidRPr="00036A8E" w:rsidRDefault="004204AE" w:rsidP="004204AE">
      <w:pPr>
        <w:rPr>
          <w:rFonts w:ascii="Century Gothic" w:hAnsi="Century Gothic" w:cs="Arial"/>
          <w:lang w:val="en-GB"/>
        </w:rPr>
      </w:pPr>
      <w:r w:rsidRPr="00036A8E">
        <w:rPr>
          <w:rFonts w:ascii="Century Gothic" w:hAnsi="Century Gothic" w:cs="Arial"/>
          <w:lang w:val="en-GB"/>
        </w:rPr>
        <w:t>Relationship to Education Learning Trust or one of its academies (e.g. pupil, parent/carer, employee, former employee, governor, trustee, visitor, applicant, volunteer, contractor or other).</w:t>
      </w:r>
    </w:p>
    <w:p w14:paraId="4F4AE433" w14:textId="77777777" w:rsidR="00CF634D" w:rsidRPr="00036A8E" w:rsidRDefault="00DC2497">
      <w:pPr>
        <w:rPr>
          <w:rFonts w:ascii="Century Gothic" w:hAnsi="Century Gothic" w:cs="Arial"/>
        </w:rPr>
      </w:pPr>
      <w:r w:rsidRPr="00036A8E">
        <w:rPr>
          <w:rFonts w:ascii="Century Gothic" w:hAnsi="Century Gothic" w:cs="Arial"/>
        </w:rPr>
        <w:t>____________________________________________________________</w:t>
      </w:r>
    </w:p>
    <w:p w14:paraId="47710BDC" w14:textId="77777777" w:rsidR="007D6C40" w:rsidRPr="007D6C40" w:rsidRDefault="007D6C40" w:rsidP="007D6C40">
      <w:pPr>
        <w:rPr>
          <w:rFonts w:ascii="Century Gothic" w:hAnsi="Century Gothic" w:cs="Arial"/>
          <w:lang w:val="en-GB"/>
        </w:rPr>
      </w:pPr>
      <w:r w:rsidRPr="00036A8E">
        <w:rPr>
          <w:rFonts w:ascii="Century Gothic" w:hAnsi="Century Gothic" w:cs="Arial"/>
          <w:lang w:val="en-GB"/>
        </w:rPr>
        <w:t xml:space="preserve">If you are making this complaint on behalf of another person, please provide their name, your relationship to them and any authority you </w:t>
      </w:r>
      <w:proofErr w:type="gramStart"/>
      <w:r w:rsidRPr="00036A8E">
        <w:rPr>
          <w:rFonts w:ascii="Century Gothic" w:hAnsi="Century Gothic" w:cs="Arial"/>
          <w:lang w:val="en-GB"/>
        </w:rPr>
        <w:t>have to</w:t>
      </w:r>
      <w:proofErr w:type="gramEnd"/>
      <w:r w:rsidRPr="00036A8E">
        <w:rPr>
          <w:rFonts w:ascii="Century Gothic" w:hAnsi="Century Gothic" w:cs="Arial"/>
          <w:lang w:val="en-GB"/>
        </w:rPr>
        <w:t xml:space="preserve"> act on their behalf.</w:t>
      </w:r>
    </w:p>
    <w:p w14:paraId="0F08FC39" w14:textId="5C0C7838" w:rsidR="007D6C40" w:rsidRPr="007D6C40" w:rsidRDefault="00CF6882">
      <w:pPr>
        <w:rPr>
          <w:rFonts w:ascii="Century Gothic" w:hAnsi="Century Gothic" w:cs="Arial"/>
          <w:lang w:val="en-GB"/>
        </w:rPr>
      </w:pPr>
      <w:r>
        <w:rPr>
          <w:rFonts w:ascii="Century Gothic" w:hAnsi="Century Gothic" w:cs="Arial"/>
          <w:lang w:val="en-GB"/>
        </w:rPr>
        <w:t>____________________________________________________________</w:t>
      </w:r>
    </w:p>
    <w:p w14:paraId="07214D46" w14:textId="77777777" w:rsidR="00CF634D" w:rsidRPr="0037575F" w:rsidRDefault="00DC2497">
      <w:pPr>
        <w:pStyle w:val="Heading2"/>
        <w:rPr>
          <w:rFonts w:ascii="Century Gothic" w:hAnsi="Century Gothic" w:cs="Arial"/>
          <w:color w:val="auto"/>
          <w:sz w:val="22"/>
          <w:szCs w:val="22"/>
        </w:rPr>
      </w:pPr>
      <w:r w:rsidRPr="0037575F">
        <w:rPr>
          <w:rFonts w:ascii="Century Gothic" w:hAnsi="Century Gothic" w:cs="Arial"/>
          <w:color w:val="auto"/>
          <w:sz w:val="22"/>
          <w:szCs w:val="22"/>
        </w:rPr>
        <w:t>Details of Your Complaint</w:t>
      </w:r>
    </w:p>
    <w:p w14:paraId="239E3A9E" w14:textId="77777777" w:rsidR="00CF634D" w:rsidRPr="0037575F" w:rsidRDefault="00DC2497">
      <w:pPr>
        <w:rPr>
          <w:rFonts w:ascii="Century Gothic" w:hAnsi="Century Gothic" w:cs="Arial"/>
        </w:rPr>
      </w:pPr>
      <w:r w:rsidRPr="0037575F">
        <w:rPr>
          <w:rFonts w:ascii="Century Gothic" w:eastAsia="Calibri" w:hAnsi="Century Gothic" w:cs="Arial"/>
        </w:rPr>
        <w:t>Describe your complaint in detail*:</w:t>
      </w:r>
    </w:p>
    <w:p w14:paraId="083B7E1E" w14:textId="77777777" w:rsidR="00CF634D" w:rsidRPr="0037575F" w:rsidRDefault="00DC2497">
      <w:pPr>
        <w:rPr>
          <w:rFonts w:ascii="Century Gothic" w:hAnsi="Century Gothic" w:cs="Arial"/>
        </w:rPr>
      </w:pPr>
      <w:r w:rsidRPr="0037575F">
        <w:rPr>
          <w:rFonts w:ascii="Century Gothic" w:hAnsi="Century Gothic" w:cs="Arial"/>
        </w:rPr>
        <w:lastRenderedPageBreak/>
        <w:t>____________________________________________________________</w:t>
      </w:r>
    </w:p>
    <w:p w14:paraId="6D61F9A5" w14:textId="77777777" w:rsidR="00CF634D" w:rsidRPr="0037575F" w:rsidRDefault="00DC2497">
      <w:pPr>
        <w:rPr>
          <w:rFonts w:ascii="Century Gothic" w:hAnsi="Century Gothic" w:cs="Arial"/>
        </w:rPr>
      </w:pPr>
      <w:r w:rsidRPr="0037575F">
        <w:rPr>
          <w:rFonts w:ascii="Century Gothic" w:eastAsia="Calibri" w:hAnsi="Century Gothic" w:cs="Arial"/>
        </w:rPr>
        <w:t>Date(s) of Incident(s):</w:t>
      </w:r>
    </w:p>
    <w:p w14:paraId="62B32A59" w14:textId="77777777" w:rsidR="00CF634D" w:rsidRPr="0037575F" w:rsidRDefault="00DC2497">
      <w:pPr>
        <w:rPr>
          <w:rFonts w:ascii="Century Gothic" w:hAnsi="Century Gothic" w:cs="Arial"/>
        </w:rPr>
      </w:pPr>
      <w:r w:rsidRPr="0037575F">
        <w:rPr>
          <w:rFonts w:ascii="Century Gothic" w:hAnsi="Century Gothic" w:cs="Arial"/>
        </w:rPr>
        <w:t>____________________________________________________________</w:t>
      </w:r>
    </w:p>
    <w:p w14:paraId="0E6C7878" w14:textId="77777777" w:rsidR="00CF634D" w:rsidRPr="0037575F" w:rsidRDefault="00DC2497">
      <w:pPr>
        <w:rPr>
          <w:rFonts w:ascii="Century Gothic" w:hAnsi="Century Gothic" w:cs="Arial"/>
        </w:rPr>
      </w:pPr>
      <w:r w:rsidRPr="0037575F">
        <w:rPr>
          <w:rFonts w:ascii="Century Gothic" w:eastAsia="Calibri" w:hAnsi="Century Gothic" w:cs="Arial"/>
        </w:rPr>
        <w:t>Location (if relevant):</w:t>
      </w:r>
    </w:p>
    <w:p w14:paraId="725648CA" w14:textId="77777777" w:rsidR="00CF634D" w:rsidRPr="0037575F" w:rsidRDefault="00DC2497">
      <w:pPr>
        <w:rPr>
          <w:rFonts w:ascii="Century Gothic" w:hAnsi="Century Gothic" w:cs="Arial"/>
        </w:rPr>
      </w:pPr>
      <w:r w:rsidRPr="0037575F">
        <w:rPr>
          <w:rFonts w:ascii="Century Gothic" w:hAnsi="Century Gothic" w:cs="Arial"/>
        </w:rPr>
        <w:t>____________________________________________________________</w:t>
      </w:r>
    </w:p>
    <w:p w14:paraId="73336C3C" w14:textId="77777777" w:rsidR="00CF634D" w:rsidRPr="0037575F" w:rsidRDefault="00DC2497">
      <w:pPr>
        <w:rPr>
          <w:rFonts w:ascii="Century Gothic" w:hAnsi="Century Gothic" w:cs="Arial"/>
        </w:rPr>
      </w:pPr>
      <w:r w:rsidRPr="0037575F">
        <w:rPr>
          <w:rFonts w:ascii="Century Gothic" w:eastAsia="Calibri" w:hAnsi="Century Gothic" w:cs="Arial"/>
        </w:rPr>
        <w:t>Names of any staff involved (if known):</w:t>
      </w:r>
    </w:p>
    <w:p w14:paraId="16CC2792" w14:textId="77777777" w:rsidR="00CF634D" w:rsidRPr="0037575F" w:rsidRDefault="00DC2497">
      <w:pPr>
        <w:rPr>
          <w:rFonts w:ascii="Century Gothic" w:hAnsi="Century Gothic" w:cs="Arial"/>
        </w:rPr>
      </w:pPr>
      <w:r w:rsidRPr="0037575F">
        <w:rPr>
          <w:rFonts w:ascii="Century Gothic" w:hAnsi="Century Gothic" w:cs="Arial"/>
        </w:rPr>
        <w:t>____________________________________________________________</w:t>
      </w:r>
    </w:p>
    <w:p w14:paraId="3116C390" w14:textId="53D7E415" w:rsidR="00CF634D" w:rsidRPr="0037575F" w:rsidRDefault="00443B65">
      <w:pPr>
        <w:rPr>
          <w:rFonts w:ascii="Century Gothic" w:hAnsi="Century Gothic" w:cs="Arial"/>
        </w:rPr>
      </w:pPr>
      <w:r w:rsidRPr="00036A8E">
        <w:rPr>
          <w:rFonts w:ascii="Century Gothic" w:eastAsia="Calibri" w:hAnsi="Century Gothic" w:cs="Arial"/>
        </w:rPr>
        <w:t xml:space="preserve">Have you previously raised this issue with Education Learning Trust or one of its </w:t>
      </w:r>
      <w:proofErr w:type="gramStart"/>
      <w:r w:rsidR="00036A8E" w:rsidRPr="00036A8E">
        <w:rPr>
          <w:rFonts w:ascii="Century Gothic" w:eastAsia="Calibri" w:hAnsi="Century Gothic" w:cs="Arial"/>
        </w:rPr>
        <w:t>Schools</w:t>
      </w:r>
      <w:r w:rsidRPr="00036A8E">
        <w:rPr>
          <w:rFonts w:ascii="Century Gothic" w:eastAsia="Calibri" w:hAnsi="Century Gothic" w:cs="Arial"/>
        </w:rPr>
        <w:t>?</w:t>
      </w:r>
      <w:r w:rsidR="00DC2497" w:rsidRPr="00036A8E">
        <w:rPr>
          <w:rFonts w:ascii="Century Gothic" w:eastAsia="Calibri" w:hAnsi="Century Gothic" w:cs="Arial"/>
        </w:rPr>
        <w:t>*</w:t>
      </w:r>
      <w:proofErr w:type="gramEnd"/>
      <w:r w:rsidR="00DC2497" w:rsidRPr="00036A8E">
        <w:rPr>
          <w:rFonts w:ascii="Century Gothic" w:eastAsia="Calibri" w:hAnsi="Century Gothic" w:cs="Arial"/>
        </w:rPr>
        <w:t xml:space="preserve"> (Yes/No):</w:t>
      </w:r>
    </w:p>
    <w:p w14:paraId="515935A4" w14:textId="77777777" w:rsidR="00CF634D" w:rsidRPr="0037575F" w:rsidRDefault="00DC2497">
      <w:pPr>
        <w:rPr>
          <w:rFonts w:ascii="Century Gothic" w:hAnsi="Century Gothic" w:cs="Arial"/>
        </w:rPr>
      </w:pPr>
      <w:r w:rsidRPr="0037575F">
        <w:rPr>
          <w:rFonts w:ascii="Century Gothic" w:hAnsi="Century Gothic" w:cs="Arial"/>
        </w:rPr>
        <w:t>____________________________________________________________</w:t>
      </w:r>
    </w:p>
    <w:p w14:paraId="666BB59C" w14:textId="77777777" w:rsidR="00CF634D" w:rsidRPr="0037575F" w:rsidRDefault="00DC2497">
      <w:pPr>
        <w:rPr>
          <w:rFonts w:ascii="Century Gothic" w:hAnsi="Century Gothic" w:cs="Arial"/>
        </w:rPr>
      </w:pPr>
      <w:r w:rsidRPr="0037575F">
        <w:rPr>
          <w:rFonts w:ascii="Century Gothic" w:eastAsia="Calibri" w:hAnsi="Century Gothic" w:cs="Arial"/>
        </w:rPr>
        <w:t>If yes, please provide details (who, when, outcome):</w:t>
      </w:r>
    </w:p>
    <w:p w14:paraId="4D230421" w14:textId="4BF927E1" w:rsidR="00CF634D" w:rsidRDefault="00DC2497">
      <w:pPr>
        <w:rPr>
          <w:rFonts w:ascii="Century Gothic" w:hAnsi="Century Gothic" w:cs="Arial"/>
        </w:rPr>
      </w:pPr>
      <w:r w:rsidRPr="0037575F">
        <w:rPr>
          <w:rFonts w:ascii="Century Gothic" w:hAnsi="Century Gothic" w:cs="Arial"/>
        </w:rPr>
        <w:t>____________________________________________________________</w:t>
      </w:r>
    </w:p>
    <w:p w14:paraId="188ACE15" w14:textId="2AE16F46" w:rsidR="00407FD8" w:rsidRDefault="008F1FE5">
      <w:pPr>
        <w:rPr>
          <w:rFonts w:ascii="Century Gothic" w:hAnsi="Century Gothic" w:cs="Arial"/>
        </w:rPr>
      </w:pPr>
      <w:r w:rsidRPr="00036A8E">
        <w:rPr>
          <w:rFonts w:ascii="Century Gothic" w:hAnsi="Century Gothic" w:cs="Arial"/>
        </w:rPr>
        <w:t xml:space="preserve">Please identify, where possible, the </w:t>
      </w:r>
      <w:r w:rsidR="00036A8E">
        <w:rPr>
          <w:rFonts w:ascii="Century Gothic" w:hAnsi="Century Gothic" w:cs="Arial"/>
        </w:rPr>
        <w:t>school</w:t>
      </w:r>
      <w:r w:rsidRPr="00036A8E">
        <w:rPr>
          <w:rFonts w:ascii="Century Gothic" w:hAnsi="Century Gothic" w:cs="Arial"/>
        </w:rPr>
        <w:t>, department, service, system or activity to which the complaint relates.</w:t>
      </w:r>
    </w:p>
    <w:p w14:paraId="467AC69A" w14:textId="012073A1" w:rsidR="008F1FE5" w:rsidRPr="0037575F" w:rsidRDefault="008F1FE5">
      <w:pPr>
        <w:rPr>
          <w:rFonts w:ascii="Century Gothic" w:hAnsi="Century Gothic" w:cs="Arial"/>
        </w:rPr>
      </w:pPr>
      <w:r>
        <w:rPr>
          <w:rFonts w:ascii="Century Gothic" w:hAnsi="Century Gothic" w:cs="Arial"/>
        </w:rPr>
        <w:t>____________________________________________________________</w:t>
      </w:r>
    </w:p>
    <w:p w14:paraId="53623363" w14:textId="77777777" w:rsidR="00CF634D" w:rsidRPr="0037575F" w:rsidRDefault="00DC2497">
      <w:pPr>
        <w:pStyle w:val="Heading2"/>
        <w:rPr>
          <w:rFonts w:ascii="Century Gothic" w:hAnsi="Century Gothic" w:cs="Arial"/>
          <w:color w:val="auto"/>
          <w:sz w:val="22"/>
          <w:szCs w:val="22"/>
        </w:rPr>
      </w:pPr>
      <w:r w:rsidRPr="0037575F">
        <w:rPr>
          <w:rFonts w:ascii="Century Gothic" w:hAnsi="Century Gothic" w:cs="Arial"/>
          <w:color w:val="auto"/>
          <w:sz w:val="22"/>
          <w:szCs w:val="22"/>
        </w:rPr>
        <w:t>Desired Outcome</w:t>
      </w:r>
    </w:p>
    <w:p w14:paraId="795A4F27" w14:textId="77777777" w:rsidR="00CF634D" w:rsidRPr="0037575F" w:rsidRDefault="00DC2497">
      <w:pPr>
        <w:rPr>
          <w:rFonts w:ascii="Century Gothic" w:hAnsi="Century Gothic" w:cs="Arial"/>
        </w:rPr>
      </w:pPr>
      <w:r w:rsidRPr="0037575F">
        <w:rPr>
          <w:rFonts w:ascii="Century Gothic" w:eastAsia="Calibri" w:hAnsi="Century Gothic" w:cs="Arial"/>
        </w:rPr>
        <w:t>What outcome are you seeking?</w:t>
      </w:r>
    </w:p>
    <w:p w14:paraId="189B847B" w14:textId="77777777" w:rsidR="00CF634D" w:rsidRPr="0037575F" w:rsidRDefault="00DC2497">
      <w:pPr>
        <w:rPr>
          <w:rFonts w:ascii="Century Gothic" w:hAnsi="Century Gothic" w:cs="Arial"/>
        </w:rPr>
      </w:pPr>
      <w:r w:rsidRPr="0037575F">
        <w:rPr>
          <w:rFonts w:ascii="Century Gothic" w:hAnsi="Century Gothic" w:cs="Arial"/>
        </w:rPr>
        <w:t>____________________________________________________________</w:t>
      </w:r>
    </w:p>
    <w:p w14:paraId="21361929" w14:textId="77777777" w:rsidR="00CF634D" w:rsidRPr="0037575F" w:rsidRDefault="00DC2497">
      <w:pPr>
        <w:pStyle w:val="Heading2"/>
        <w:rPr>
          <w:rFonts w:ascii="Century Gothic" w:hAnsi="Century Gothic" w:cs="Arial"/>
          <w:color w:val="auto"/>
          <w:sz w:val="22"/>
          <w:szCs w:val="22"/>
        </w:rPr>
      </w:pPr>
      <w:r w:rsidRPr="0037575F">
        <w:rPr>
          <w:rFonts w:ascii="Century Gothic" w:hAnsi="Century Gothic" w:cs="Arial"/>
          <w:color w:val="auto"/>
          <w:sz w:val="22"/>
          <w:szCs w:val="22"/>
        </w:rPr>
        <w:t>Supporting Evidence</w:t>
      </w:r>
    </w:p>
    <w:p w14:paraId="336FEF65" w14:textId="77777777" w:rsidR="00CF634D" w:rsidRPr="0037575F" w:rsidRDefault="00DC2497">
      <w:pPr>
        <w:rPr>
          <w:rFonts w:ascii="Century Gothic" w:hAnsi="Century Gothic" w:cs="Arial"/>
        </w:rPr>
      </w:pPr>
      <w:r w:rsidRPr="0037575F">
        <w:rPr>
          <w:rFonts w:ascii="Century Gothic" w:eastAsia="Calibri" w:hAnsi="Century Gothic" w:cs="Arial"/>
        </w:rPr>
        <w:t>Upload any supporting documents (optional):</w:t>
      </w:r>
    </w:p>
    <w:p w14:paraId="683FC3B1" w14:textId="77777777" w:rsidR="00CF634D" w:rsidRPr="0037575F" w:rsidRDefault="00DC2497">
      <w:pPr>
        <w:rPr>
          <w:rFonts w:ascii="Century Gothic" w:hAnsi="Century Gothic" w:cs="Arial"/>
        </w:rPr>
      </w:pPr>
      <w:r w:rsidRPr="0037575F">
        <w:rPr>
          <w:rFonts w:ascii="Century Gothic" w:hAnsi="Century Gothic" w:cs="Arial"/>
        </w:rPr>
        <w:t>____________________________________________________________</w:t>
      </w:r>
    </w:p>
    <w:p w14:paraId="71433A82" w14:textId="77777777" w:rsidR="00CF634D" w:rsidRPr="0037575F" w:rsidRDefault="00DC2497">
      <w:pPr>
        <w:pStyle w:val="Heading2"/>
        <w:rPr>
          <w:rFonts w:ascii="Century Gothic" w:hAnsi="Century Gothic" w:cs="Arial"/>
          <w:color w:val="auto"/>
          <w:sz w:val="22"/>
          <w:szCs w:val="22"/>
        </w:rPr>
      </w:pPr>
      <w:r w:rsidRPr="0037575F">
        <w:rPr>
          <w:rFonts w:ascii="Century Gothic" w:hAnsi="Century Gothic" w:cs="Arial"/>
          <w:color w:val="auto"/>
          <w:sz w:val="22"/>
          <w:szCs w:val="22"/>
        </w:rPr>
        <w:t>Declaration</w:t>
      </w:r>
    </w:p>
    <w:p w14:paraId="3B288BEE" w14:textId="77777777" w:rsidR="00CF634D" w:rsidRPr="0037575F" w:rsidRDefault="00DC2497">
      <w:pPr>
        <w:rPr>
          <w:rFonts w:ascii="Century Gothic" w:hAnsi="Century Gothic" w:cs="Arial"/>
        </w:rPr>
      </w:pPr>
      <w:r w:rsidRPr="0037575F">
        <w:rPr>
          <w:rFonts w:ascii="Segoe UI Symbol" w:eastAsia="Calibri" w:hAnsi="Segoe UI Symbol" w:cs="Segoe UI Symbol"/>
        </w:rPr>
        <w:t>☐</w:t>
      </w:r>
      <w:r w:rsidRPr="0037575F">
        <w:rPr>
          <w:rFonts w:ascii="Century Gothic" w:eastAsia="Calibri" w:hAnsi="Century Gothic" w:cs="Arial"/>
        </w:rPr>
        <w:t xml:space="preserve"> I confirm that the information provided is accurate to the best of my </w:t>
      </w:r>
      <w:proofErr w:type="gramStart"/>
      <w:r w:rsidRPr="0037575F">
        <w:rPr>
          <w:rFonts w:ascii="Century Gothic" w:eastAsia="Calibri" w:hAnsi="Century Gothic" w:cs="Arial"/>
        </w:rPr>
        <w:t>knowledge.*</w:t>
      </w:r>
      <w:proofErr w:type="gramEnd"/>
    </w:p>
    <w:p w14:paraId="1D8D094C" w14:textId="77777777" w:rsidR="00CF634D" w:rsidRPr="0037575F" w:rsidRDefault="00DC2497">
      <w:pPr>
        <w:rPr>
          <w:rFonts w:ascii="Century Gothic" w:hAnsi="Century Gothic" w:cs="Arial"/>
        </w:rPr>
      </w:pPr>
      <w:r w:rsidRPr="0037575F">
        <w:rPr>
          <w:rFonts w:ascii="Century Gothic" w:hAnsi="Century Gothic" w:cs="Arial"/>
        </w:rPr>
        <w:t>____________________________________________________________</w:t>
      </w:r>
    </w:p>
    <w:p w14:paraId="1D1CAD91" w14:textId="703B53BD" w:rsidR="004C7DE3" w:rsidRPr="00036A8E" w:rsidRDefault="00DC2497" w:rsidP="004C7DE3">
      <w:pPr>
        <w:pStyle w:val="Heading2"/>
        <w:rPr>
          <w:rFonts w:ascii="Century Gothic" w:hAnsi="Century Gothic" w:cs="Arial"/>
          <w:color w:val="auto"/>
          <w:sz w:val="22"/>
          <w:szCs w:val="22"/>
        </w:rPr>
      </w:pPr>
      <w:r w:rsidRPr="00036A8E">
        <w:rPr>
          <w:rFonts w:ascii="Century Gothic" w:hAnsi="Century Gothic" w:cs="Arial"/>
          <w:color w:val="auto"/>
          <w:sz w:val="22"/>
          <w:szCs w:val="22"/>
        </w:rPr>
        <w:t>Privacy Notice</w:t>
      </w:r>
    </w:p>
    <w:p w14:paraId="12701496" w14:textId="11777BB2" w:rsidR="00CF634D" w:rsidRPr="0037575F" w:rsidRDefault="003D37E2">
      <w:pPr>
        <w:rPr>
          <w:rFonts w:ascii="Century Gothic" w:hAnsi="Century Gothic" w:cs="Arial"/>
        </w:rPr>
      </w:pPr>
      <w:r w:rsidRPr="00036A8E">
        <w:rPr>
          <w:rFonts w:ascii="Century Gothic" w:eastAsia="Calibri" w:hAnsi="Century Gothic" w:cs="Arial"/>
        </w:rPr>
        <w:t xml:space="preserve">The information you provide will be used to assess, investigate and respond to your complaint, maintain appropriate records and comply with legal and regulatory obligations. Information may be shared with relevant Trust personnel, </w:t>
      </w:r>
      <w:r w:rsidRPr="00036A8E">
        <w:rPr>
          <w:rFonts w:ascii="Century Gothic" w:eastAsia="Calibri" w:hAnsi="Century Gothic" w:cs="Arial"/>
        </w:rPr>
        <w:lastRenderedPageBreak/>
        <w:t>advisers, regulators and service providers where necessary and lawful. Information will be retained in accordance with the Trust Records Management Policy.</w:t>
      </w:r>
    </w:p>
    <w:p w14:paraId="70D28453" w14:textId="77777777" w:rsidR="00CF634D" w:rsidRPr="001E2EBC" w:rsidRDefault="00DC2497">
      <w:pPr>
        <w:rPr>
          <w:rFonts w:ascii="Century Gothic" w:hAnsi="Century Gothic" w:cs="Arial"/>
        </w:rPr>
      </w:pPr>
      <w:r w:rsidRPr="001E2EBC">
        <w:rPr>
          <w:rFonts w:ascii="Century Gothic" w:hAnsi="Century Gothic" w:cs="Arial"/>
        </w:rPr>
        <w:t>____________________________________________________________</w:t>
      </w:r>
    </w:p>
    <w:sectPr w:rsidR="00CF634D" w:rsidRPr="001E2EBC" w:rsidSect="0037575F">
      <w:headerReference w:type="default" r:id="rId12"/>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20CE8" w14:textId="77777777" w:rsidR="007C5556" w:rsidRDefault="007C5556" w:rsidP="00176EE2">
      <w:pPr>
        <w:spacing w:after="0" w:line="240" w:lineRule="auto"/>
      </w:pPr>
      <w:r>
        <w:separator/>
      </w:r>
    </w:p>
  </w:endnote>
  <w:endnote w:type="continuationSeparator" w:id="0">
    <w:p w14:paraId="02EE60CA" w14:textId="77777777" w:rsidR="007C5556" w:rsidRDefault="007C5556" w:rsidP="00176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Gilroy-Light">
    <w:altName w:val="Calibri"/>
    <w:charset w:val="00"/>
    <w:family w:val="auto"/>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695C4" w14:textId="77777777" w:rsidR="007C5556" w:rsidRDefault="007C5556" w:rsidP="00176EE2">
      <w:pPr>
        <w:spacing w:after="0" w:line="240" w:lineRule="auto"/>
      </w:pPr>
      <w:r>
        <w:separator/>
      </w:r>
    </w:p>
  </w:footnote>
  <w:footnote w:type="continuationSeparator" w:id="0">
    <w:p w14:paraId="72BB7899" w14:textId="77777777" w:rsidR="007C5556" w:rsidRDefault="007C5556" w:rsidP="00176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DACC" w14:textId="4DF88404" w:rsidR="00176EE2" w:rsidRDefault="00176EE2" w:rsidP="00176EE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EA27EAD"/>
    <w:multiLevelType w:val="hybridMultilevel"/>
    <w:tmpl w:val="014AD8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8373115">
    <w:abstractNumId w:val="8"/>
  </w:num>
  <w:num w:numId="2" w16cid:durableId="349262219">
    <w:abstractNumId w:val="6"/>
  </w:num>
  <w:num w:numId="3" w16cid:durableId="410735385">
    <w:abstractNumId w:val="5"/>
  </w:num>
  <w:num w:numId="4" w16cid:durableId="118114012">
    <w:abstractNumId w:val="4"/>
  </w:num>
  <w:num w:numId="5" w16cid:durableId="529613347">
    <w:abstractNumId w:val="7"/>
  </w:num>
  <w:num w:numId="6" w16cid:durableId="426004587">
    <w:abstractNumId w:val="3"/>
  </w:num>
  <w:num w:numId="7" w16cid:durableId="422998542">
    <w:abstractNumId w:val="2"/>
  </w:num>
  <w:num w:numId="8" w16cid:durableId="1333603504">
    <w:abstractNumId w:val="1"/>
  </w:num>
  <w:num w:numId="9" w16cid:durableId="2126191474">
    <w:abstractNumId w:val="0"/>
  </w:num>
  <w:num w:numId="10" w16cid:durableId="21338654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0C4"/>
    <w:rsid w:val="00034616"/>
    <w:rsid w:val="00036A8E"/>
    <w:rsid w:val="0006063C"/>
    <w:rsid w:val="00077781"/>
    <w:rsid w:val="000F60E7"/>
    <w:rsid w:val="0015074B"/>
    <w:rsid w:val="00176EE2"/>
    <w:rsid w:val="001E2EBC"/>
    <w:rsid w:val="001F0EA6"/>
    <w:rsid w:val="0029639D"/>
    <w:rsid w:val="002D1BD9"/>
    <w:rsid w:val="002F5FA2"/>
    <w:rsid w:val="00314C6E"/>
    <w:rsid w:val="00326F90"/>
    <w:rsid w:val="0037575F"/>
    <w:rsid w:val="003D37E2"/>
    <w:rsid w:val="003F1EB5"/>
    <w:rsid w:val="00407FD8"/>
    <w:rsid w:val="004204AE"/>
    <w:rsid w:val="00443B65"/>
    <w:rsid w:val="00462655"/>
    <w:rsid w:val="004C7DE3"/>
    <w:rsid w:val="004D420E"/>
    <w:rsid w:val="004E3D20"/>
    <w:rsid w:val="005411D7"/>
    <w:rsid w:val="005D46CB"/>
    <w:rsid w:val="00606A96"/>
    <w:rsid w:val="00607C1E"/>
    <w:rsid w:val="007C5556"/>
    <w:rsid w:val="007D6C40"/>
    <w:rsid w:val="008F1FE5"/>
    <w:rsid w:val="00A7241A"/>
    <w:rsid w:val="00AA1D8D"/>
    <w:rsid w:val="00AD1230"/>
    <w:rsid w:val="00B47730"/>
    <w:rsid w:val="00CB0664"/>
    <w:rsid w:val="00CF634D"/>
    <w:rsid w:val="00CF6882"/>
    <w:rsid w:val="00D40154"/>
    <w:rsid w:val="00D93052"/>
    <w:rsid w:val="00DA4E69"/>
    <w:rsid w:val="00DC2497"/>
    <w:rsid w:val="00E153EF"/>
    <w:rsid w:val="00E43288"/>
    <w:rsid w:val="00EB788C"/>
    <w:rsid w:val="00EC55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32A976"/>
  <w14:defaultImageDpi w14:val="300"/>
  <w15:docId w15:val="{8EBA771F-B7A4-4210-BF49-A132C7680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E3D20"/>
    <w:rPr>
      <w:color w:val="0000FF" w:themeColor="hyperlink"/>
      <w:u w:val="single"/>
    </w:rPr>
  </w:style>
  <w:style w:type="character" w:styleId="UnresolvedMention">
    <w:name w:val="Unresolved Mention"/>
    <w:basedOn w:val="DefaultParagraphFont"/>
    <w:uiPriority w:val="99"/>
    <w:semiHidden/>
    <w:unhideWhenUsed/>
    <w:rsid w:val="004E3D20"/>
    <w:rPr>
      <w:color w:val="605E5C"/>
      <w:shd w:val="clear" w:color="auto" w:fill="E1DFDD"/>
    </w:rPr>
  </w:style>
  <w:style w:type="paragraph" w:customStyle="1" w:styleId="Table">
    <w:name w:val="Table"/>
    <w:basedOn w:val="Normal"/>
    <w:rsid w:val="001E2EBC"/>
    <w:pPr>
      <w:spacing w:before="60" w:after="40" w:line="240" w:lineRule="auto"/>
    </w:pPr>
    <w:rPr>
      <w:rFonts w:ascii="Arial" w:eastAsia="SimSun" w:hAnsi="Arial" w:cs="Times New Roman"/>
      <w:sz w:val="18"/>
      <w:szCs w:val="20"/>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Props1.xml><?xml version="1.0" encoding="utf-8"?>
<ds:datastoreItem xmlns:ds="http://schemas.openxmlformats.org/officeDocument/2006/customXml" ds:itemID="{DBF2562B-1E93-4F7A-BC5E-731547DE4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ca735-d6d9-4b1d-9915-1fd475f15570"/>
    <ds:schemaRef ds:uri="ad6fdf58-1093-4c3a-a694-348f85f9a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82CD59-64F1-437E-9FFC-0D7DE1B2D006}">
  <ds:schemaRefs>
    <ds:schemaRef ds:uri="http://schemas.microsoft.com/sharepoint/v3/contenttype/forms"/>
  </ds:schemaRefs>
</ds:datastoreItem>
</file>

<file path=customXml/itemProps3.xml><?xml version="1.0" encoding="utf-8"?>
<ds:datastoreItem xmlns:ds="http://schemas.openxmlformats.org/officeDocument/2006/customXml" ds:itemID="{517E7102-77DC-45FF-945F-8FEDE0253F58}">
  <ds:schemaRefs>
    <ds:schemaRef ds:uri="http://schemas.openxmlformats.org/officeDocument/2006/bibliography"/>
  </ds:schemaRefs>
</ds:datastoreItem>
</file>

<file path=customXml/itemProps4.xml><?xml version="1.0" encoding="utf-8"?>
<ds:datastoreItem xmlns:ds="http://schemas.openxmlformats.org/officeDocument/2006/customXml" ds:itemID="{1B02601E-59DB-4D02-AC41-AB6CAA4766CB}">
  <ds:schemaRefs>
    <ds:schemaRef ds:uri="http://schemas.microsoft.com/office/2006/metadata/properties"/>
    <ds:schemaRef ds:uri="http://schemas.microsoft.com/office/infopath/2007/PartnerControls"/>
    <ds:schemaRef ds:uri="182ca735-d6d9-4b1d-9915-1fd475f15570"/>
    <ds:schemaRef ds:uri="ad6fdf58-1093-4c3a-a694-348f85f9af7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Tracey Payton</cp:lastModifiedBy>
  <cp:revision>4</cp:revision>
  <cp:lastPrinted>2026-10-22T10:02:00Z</cp:lastPrinted>
  <dcterms:created xsi:type="dcterms:W3CDTF">2026-09-24T16:10:00Z</dcterms:created>
  <dcterms:modified xsi:type="dcterms:W3CDTF">2026-10-22T10:04:00Z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0x0101002BEDB521D835884383E84641D9450E47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en</vt:lpwstr>
  </property>
</Properties>
</file>