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D8274" w14:textId="6570CE6E" w:rsidR="00BB3D84" w:rsidRDefault="00BB3D84">
      <w:pPr>
        <w:jc w:val="center"/>
        <w:rPr>
          <w:b/>
          <w:sz w:val="44"/>
        </w:rPr>
      </w:pPr>
    </w:p>
    <w:p w14:paraId="312DAA6D" w14:textId="33AC2EE0" w:rsidR="00BB3D84" w:rsidRDefault="005A1EF9">
      <w:pPr>
        <w:jc w:val="center"/>
        <w:rPr>
          <w:b/>
          <w:sz w:val="44"/>
        </w:rPr>
      </w:pPr>
      <w:r>
        <w:rPr>
          <w:noProof/>
          <w:lang w:eastAsia="en-GB"/>
        </w:rPr>
        <w:drawing>
          <wp:anchor distT="0" distB="0" distL="114300" distR="114300" simplePos="0" relativeHeight="251659264" behindDoc="0" locked="0" layoutInCell="1" allowOverlap="1" wp14:anchorId="712518A7" wp14:editId="6F8F03D7">
            <wp:simplePos x="0" y="0"/>
            <wp:positionH relativeFrom="margin">
              <wp:align>left</wp:align>
            </wp:positionH>
            <wp:positionV relativeFrom="paragraph">
              <wp:posOffset>385445</wp:posOffset>
            </wp:positionV>
            <wp:extent cx="4448175" cy="1551940"/>
            <wp:effectExtent l="0" t="0" r="9525"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t="7627" b="6330"/>
                    <a:stretch>
                      <a:fillRect/>
                    </a:stretch>
                  </pic:blipFill>
                  <pic:spPr>
                    <a:xfrm>
                      <a:off x="0" y="0"/>
                      <a:ext cx="4448175" cy="15519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00BCA04" w14:textId="73DF63A5" w:rsidR="00BB3D84" w:rsidRDefault="005A1EF9">
      <w:pPr>
        <w:jc w:val="center"/>
        <w:rPr>
          <w:b/>
          <w:sz w:val="44"/>
        </w:rPr>
      </w:pPr>
      <w:r>
        <w:rPr>
          <w:rFonts w:asciiTheme="minorHAnsi" w:hAnsiTheme="minorHAnsi" w:cstheme="minorHAnsi"/>
          <w:b/>
          <w:noProof/>
          <w:sz w:val="24"/>
          <w:szCs w:val="24"/>
          <w:u w:val="single"/>
          <w:lang w:eastAsia="en-GB"/>
        </w:rPr>
        <w:drawing>
          <wp:inline distT="0" distB="0" distL="0" distR="0" wp14:anchorId="5BFEB903" wp14:editId="560C7C88">
            <wp:extent cx="1365821" cy="86106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7990" cy="875036"/>
                    </a:xfrm>
                    <a:prstGeom prst="rect">
                      <a:avLst/>
                    </a:prstGeom>
                    <a:noFill/>
                  </pic:spPr>
                </pic:pic>
              </a:graphicData>
            </a:graphic>
          </wp:inline>
        </w:drawing>
      </w:r>
    </w:p>
    <w:p w14:paraId="55E87C85" w14:textId="77777777" w:rsidR="00BB3D84" w:rsidRDefault="00BB3D84">
      <w:pPr>
        <w:jc w:val="center"/>
        <w:rPr>
          <w:b/>
          <w:sz w:val="44"/>
        </w:rPr>
      </w:pPr>
    </w:p>
    <w:p w14:paraId="30F0D9C6" w14:textId="0F51F31E" w:rsidR="004C1563" w:rsidRDefault="00000000">
      <w:pPr>
        <w:jc w:val="center"/>
        <w:rPr>
          <w:b/>
          <w:sz w:val="96"/>
          <w:szCs w:val="96"/>
        </w:rPr>
      </w:pPr>
      <w:r w:rsidRPr="00BB3D84">
        <w:rPr>
          <w:b/>
          <w:sz w:val="96"/>
          <w:szCs w:val="96"/>
        </w:rPr>
        <w:t>Mobile Phone Policy</w:t>
      </w:r>
    </w:p>
    <w:p w14:paraId="53281279" w14:textId="77777777" w:rsidR="00BB3D84" w:rsidRDefault="00BB3D84">
      <w:pPr>
        <w:jc w:val="center"/>
        <w:rPr>
          <w:b/>
          <w:sz w:val="96"/>
          <w:szCs w:val="96"/>
        </w:rPr>
      </w:pPr>
    </w:p>
    <w:p w14:paraId="5B57E153" w14:textId="77777777" w:rsidR="00BB3D84" w:rsidRDefault="00BB3D84">
      <w:pPr>
        <w:jc w:val="center"/>
        <w:rPr>
          <w:b/>
          <w:sz w:val="96"/>
          <w:szCs w:val="96"/>
        </w:rPr>
      </w:pPr>
    </w:p>
    <w:p w14:paraId="0C2E7C89" w14:textId="77777777" w:rsidR="00BB3D84" w:rsidRDefault="00BB3D84">
      <w:pPr>
        <w:jc w:val="center"/>
        <w:rPr>
          <w:b/>
          <w:sz w:val="96"/>
          <w:szCs w:val="96"/>
        </w:rPr>
      </w:pPr>
    </w:p>
    <w:tbl>
      <w:tblPr>
        <w:tblW w:w="8923" w:type="dxa"/>
        <w:tblLayout w:type="fixed"/>
        <w:tblCellMar>
          <w:left w:w="10" w:type="dxa"/>
          <w:right w:w="10" w:type="dxa"/>
        </w:tblCellMar>
        <w:tblLook w:val="04A0" w:firstRow="1" w:lastRow="0" w:firstColumn="1" w:lastColumn="0" w:noHBand="0" w:noVBand="1"/>
      </w:tblPr>
      <w:tblGrid>
        <w:gridCol w:w="2852"/>
        <w:gridCol w:w="6071"/>
      </w:tblGrid>
      <w:tr w:rsidR="00BB3D84" w:rsidRPr="005828A7" w14:paraId="1F08E350" w14:textId="77777777" w:rsidTr="00300A1E">
        <w:trPr>
          <w:trHeight w:val="388"/>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F7909F" w14:textId="77777777" w:rsidR="00BB3D84" w:rsidRPr="005828A7" w:rsidRDefault="00BB3D84" w:rsidP="00300A1E">
            <w:pPr>
              <w:pStyle w:val="TableParagraph"/>
              <w:spacing w:before="59"/>
              <w:ind w:left="6"/>
            </w:pPr>
            <w:r w:rsidRPr="005828A7">
              <w:rPr>
                <w:rFonts w:ascii="Helvetica" w:hAnsi="Helvetica"/>
                <w:b/>
              </w:rPr>
              <w:t>Policy</w:t>
            </w:r>
            <w:r w:rsidRPr="005828A7">
              <w:rPr>
                <w:rFonts w:ascii="Helvetica" w:hAnsi="Helvetica"/>
                <w:b/>
                <w:spacing w:val="-7"/>
              </w:rPr>
              <w:t xml:space="preserve"> </w:t>
            </w:r>
            <w:proofErr w:type="gramStart"/>
            <w:r w:rsidRPr="005828A7">
              <w:rPr>
                <w:rFonts w:ascii="Helvetica" w:hAnsi="Helvetica"/>
                <w:b/>
                <w:spacing w:val="-2"/>
              </w:rPr>
              <w:t>lead</w:t>
            </w:r>
            <w:proofErr w:type="gramEnd"/>
            <w:r w:rsidRPr="005828A7">
              <w:rPr>
                <w:rFonts w:ascii="Helvetica" w:hAnsi="Helvetica"/>
                <w:b/>
                <w:spacing w:val="-2"/>
              </w:rPr>
              <w:t>:</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73F19C" w14:textId="77777777" w:rsidR="00BB3D84" w:rsidRPr="005828A7" w:rsidRDefault="00BB3D84" w:rsidP="00300A1E">
            <w:pPr>
              <w:pStyle w:val="TableParagraph"/>
              <w:spacing w:before="59"/>
            </w:pPr>
            <w:r w:rsidRPr="005828A7">
              <w:rPr>
                <w:rFonts w:ascii="Helvetica" w:hAnsi="Helvetica"/>
                <w:bCs/>
              </w:rPr>
              <w:t>Rebecca Crawshaw</w:t>
            </w:r>
          </w:p>
        </w:tc>
      </w:tr>
      <w:tr w:rsidR="00BB3D84" w:rsidRPr="005828A7" w14:paraId="0655882C" w14:textId="77777777" w:rsidTr="00300A1E">
        <w:trPr>
          <w:trHeight w:val="390"/>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052E6F" w14:textId="77777777" w:rsidR="00BB3D84" w:rsidRPr="005828A7" w:rsidRDefault="00BB3D84" w:rsidP="00300A1E">
            <w:pPr>
              <w:pStyle w:val="TableParagraph"/>
              <w:ind w:left="6"/>
            </w:pPr>
            <w:r w:rsidRPr="005828A7">
              <w:rPr>
                <w:rFonts w:ascii="Helvetica" w:hAnsi="Helvetica"/>
                <w:b/>
              </w:rPr>
              <w:t>Approval</w:t>
            </w:r>
            <w:r w:rsidRPr="005828A7">
              <w:rPr>
                <w:rFonts w:ascii="Helvetica" w:hAnsi="Helvetica"/>
                <w:b/>
                <w:spacing w:val="-5"/>
              </w:rPr>
              <w:t xml:space="preserve"> </w:t>
            </w:r>
            <w:r w:rsidRPr="005828A7">
              <w:rPr>
                <w:rFonts w:ascii="Helvetica" w:hAnsi="Helvetica"/>
                <w:b/>
                <w:spacing w:val="-4"/>
              </w:rPr>
              <w:t>date:</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31EE8" w14:textId="77777777" w:rsidR="00BB3D84" w:rsidRPr="005828A7" w:rsidRDefault="00BB3D84" w:rsidP="00300A1E">
            <w:pPr>
              <w:pStyle w:val="TableParagraph"/>
            </w:pPr>
            <w:r w:rsidRPr="005828A7">
              <w:rPr>
                <w:rFonts w:ascii="Helvetica" w:hAnsi="Helvetica"/>
                <w:bCs/>
              </w:rPr>
              <w:t>6/10/26</w:t>
            </w:r>
          </w:p>
        </w:tc>
      </w:tr>
      <w:tr w:rsidR="00BB3D84" w:rsidRPr="005828A7" w14:paraId="50B6F328" w14:textId="77777777" w:rsidTr="00300A1E">
        <w:trPr>
          <w:trHeight w:val="390"/>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55A3F4" w14:textId="77777777" w:rsidR="00BB3D84" w:rsidRPr="005828A7" w:rsidRDefault="00BB3D84" w:rsidP="00300A1E">
            <w:pPr>
              <w:pStyle w:val="TableParagraph"/>
              <w:ind w:left="6"/>
            </w:pPr>
            <w:r w:rsidRPr="005828A7">
              <w:rPr>
                <w:rFonts w:ascii="Helvetica" w:hAnsi="Helvetica"/>
                <w:b/>
              </w:rPr>
              <w:t>Next</w:t>
            </w:r>
            <w:r w:rsidRPr="005828A7">
              <w:rPr>
                <w:rFonts w:ascii="Helvetica" w:hAnsi="Helvetica"/>
                <w:b/>
                <w:spacing w:val="-5"/>
              </w:rPr>
              <w:t xml:space="preserve"> </w:t>
            </w:r>
            <w:r w:rsidRPr="005828A7">
              <w:rPr>
                <w:rFonts w:ascii="Helvetica" w:hAnsi="Helvetica"/>
                <w:b/>
              </w:rPr>
              <w:t>review</w:t>
            </w:r>
            <w:r w:rsidRPr="005828A7">
              <w:rPr>
                <w:rFonts w:ascii="Helvetica" w:hAnsi="Helvetica"/>
                <w:b/>
                <w:spacing w:val="-3"/>
              </w:rPr>
              <w:t xml:space="preserve"> </w:t>
            </w:r>
            <w:r w:rsidRPr="005828A7">
              <w:rPr>
                <w:rFonts w:ascii="Helvetica" w:hAnsi="Helvetica"/>
                <w:b/>
                <w:spacing w:val="-2"/>
              </w:rPr>
              <w:t>date:</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7F824F" w14:textId="77777777" w:rsidR="00BB3D84" w:rsidRPr="005828A7" w:rsidRDefault="00BB3D84" w:rsidP="00300A1E">
            <w:r w:rsidRPr="005828A7">
              <w:t>October 2027</w:t>
            </w:r>
          </w:p>
        </w:tc>
      </w:tr>
      <w:tr w:rsidR="00BB3D84" w:rsidRPr="005828A7" w14:paraId="1401A79E" w14:textId="77777777" w:rsidTr="00300A1E">
        <w:trPr>
          <w:trHeight w:val="537"/>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9B12EF" w14:textId="77777777" w:rsidR="00BB3D84" w:rsidRPr="005828A7" w:rsidRDefault="00BB3D84" w:rsidP="00300A1E">
            <w:pPr>
              <w:pStyle w:val="TableParagraph"/>
              <w:spacing w:before="133"/>
              <w:ind w:left="6"/>
            </w:pPr>
            <w:r w:rsidRPr="005828A7">
              <w:rPr>
                <w:rFonts w:ascii="Helvetica" w:hAnsi="Helvetica"/>
                <w:b/>
              </w:rPr>
              <w:t>Approval</w:t>
            </w:r>
            <w:r w:rsidRPr="005828A7">
              <w:rPr>
                <w:rFonts w:ascii="Helvetica" w:hAnsi="Helvetica"/>
                <w:b/>
                <w:spacing w:val="-3"/>
              </w:rPr>
              <w:t xml:space="preserve"> </w:t>
            </w:r>
            <w:r w:rsidRPr="005828A7">
              <w:rPr>
                <w:rFonts w:ascii="Helvetica" w:hAnsi="Helvetica"/>
                <w:b/>
              </w:rPr>
              <w:t>needed</w:t>
            </w:r>
            <w:r w:rsidRPr="005828A7">
              <w:rPr>
                <w:rFonts w:ascii="Helvetica" w:hAnsi="Helvetica"/>
                <w:b/>
                <w:spacing w:val="-3"/>
              </w:rPr>
              <w:t xml:space="preserve"> </w:t>
            </w:r>
            <w:r w:rsidRPr="005828A7">
              <w:rPr>
                <w:rFonts w:ascii="Helvetica" w:hAnsi="Helvetica"/>
                <w:b/>
                <w:spacing w:val="-5"/>
              </w:rPr>
              <w:t>by:</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3226A6" w14:textId="7C675C3C" w:rsidR="00BB3D84" w:rsidRPr="005828A7" w:rsidRDefault="00BB3D84" w:rsidP="00300A1E">
            <w:pPr>
              <w:pStyle w:val="TableParagraph"/>
              <w:spacing w:before="0" w:line="268" w:lineRule="exact"/>
            </w:pPr>
            <w:r w:rsidRPr="005828A7">
              <w:rPr>
                <w:rFonts w:ascii="Helvetica" w:hAnsi="Helvetica"/>
                <w:bCs/>
              </w:rPr>
              <w:t>Neil McKinlay</w:t>
            </w:r>
          </w:p>
        </w:tc>
      </w:tr>
    </w:tbl>
    <w:p w14:paraId="075DBB43" w14:textId="77777777" w:rsidR="00BB3D84" w:rsidRPr="005828A7" w:rsidRDefault="00BB3D84" w:rsidP="00BB3D84">
      <w:pPr>
        <w:rPr>
          <w:b/>
          <w:sz w:val="96"/>
          <w:szCs w:val="96"/>
        </w:rPr>
      </w:pPr>
    </w:p>
    <w:p w14:paraId="31687B79" w14:textId="77777777" w:rsidR="004C1563" w:rsidRPr="005828A7" w:rsidRDefault="00000000">
      <w:pPr>
        <w:pStyle w:val="Heading1"/>
      </w:pPr>
      <w:r w:rsidRPr="005828A7">
        <w:lastRenderedPageBreak/>
        <w:t>Contents</w:t>
      </w:r>
    </w:p>
    <w:p w14:paraId="1055985E" w14:textId="77777777" w:rsidR="004C1563" w:rsidRPr="005828A7" w:rsidRDefault="00000000">
      <w:r w:rsidRPr="005828A7">
        <w:t>1. Introduction and aims</w:t>
      </w:r>
    </w:p>
    <w:p w14:paraId="3EC30599" w14:textId="77777777" w:rsidR="004C1563" w:rsidRPr="005828A7" w:rsidRDefault="00000000">
      <w:r w:rsidRPr="005828A7">
        <w:t>2. Relevant guidance</w:t>
      </w:r>
    </w:p>
    <w:p w14:paraId="5ABA81F1" w14:textId="77777777" w:rsidR="004C1563" w:rsidRPr="005828A7" w:rsidRDefault="00000000">
      <w:r w:rsidRPr="005828A7">
        <w:t>3. Roles and responsibilities</w:t>
      </w:r>
    </w:p>
    <w:p w14:paraId="4017DFB4" w14:textId="77777777" w:rsidR="004C1563" w:rsidRPr="005828A7" w:rsidRDefault="00000000">
      <w:r w:rsidRPr="005828A7">
        <w:t>4. Use of mobile phones by staff</w:t>
      </w:r>
    </w:p>
    <w:p w14:paraId="6EEDDE78" w14:textId="77777777" w:rsidR="004C1563" w:rsidRPr="005828A7" w:rsidRDefault="00000000">
      <w:r w:rsidRPr="005828A7">
        <w:t>5. Use of mobile phones by pupils</w:t>
      </w:r>
    </w:p>
    <w:p w14:paraId="367C98E1" w14:textId="77777777" w:rsidR="004C1563" w:rsidRPr="005828A7" w:rsidRDefault="00000000">
      <w:r w:rsidRPr="005828A7">
        <w:t>6. Use of mobile phones by parents/carers, volunteers and visitors</w:t>
      </w:r>
    </w:p>
    <w:p w14:paraId="6501D02B" w14:textId="77777777" w:rsidR="004C1563" w:rsidRPr="005828A7" w:rsidRDefault="00000000">
      <w:r w:rsidRPr="005828A7">
        <w:t>7. Loss, theft or damage</w:t>
      </w:r>
    </w:p>
    <w:p w14:paraId="119BF90F" w14:textId="77777777" w:rsidR="004C1563" w:rsidRPr="005828A7" w:rsidRDefault="00000000">
      <w:r w:rsidRPr="005828A7">
        <w:t>8. Monitoring and review</w:t>
      </w:r>
    </w:p>
    <w:p w14:paraId="27AE7C75" w14:textId="77777777" w:rsidR="004C1563" w:rsidRPr="005828A7" w:rsidRDefault="00000000">
      <w:r w:rsidRPr="005828A7">
        <w:t>9. Appendix 1: Template mobile phone information slip for visitors</w:t>
      </w:r>
    </w:p>
    <w:p w14:paraId="6BE95D55" w14:textId="77777777" w:rsidR="004C1563" w:rsidRPr="005828A7" w:rsidRDefault="00000000">
      <w:pPr>
        <w:pStyle w:val="Heading1"/>
      </w:pPr>
      <w:r w:rsidRPr="005828A7">
        <w:t>1. Introduction and aims</w:t>
      </w:r>
    </w:p>
    <w:p w14:paraId="72AE74FF" w14:textId="77777777" w:rsidR="004C1563" w:rsidRPr="005828A7" w:rsidRDefault="00000000">
      <w:r w:rsidRPr="005828A7">
        <w:t xml:space="preserve">At Egerton Primary School and </w:t>
      </w:r>
      <w:proofErr w:type="gramStart"/>
      <w:r w:rsidRPr="005828A7">
        <w:t>Nursery</w:t>
      </w:r>
      <w:proofErr w:type="gramEnd"/>
      <w:r w:rsidRPr="005828A7">
        <w:t xml:space="preserve"> we recognise that mobile phones and similar devices, including smartphones, are an important part of everyday life for our pupils, parents/carers and staff, as well as the wider school community.</w:t>
      </w:r>
    </w:p>
    <w:p w14:paraId="29CB42DD" w14:textId="77777777" w:rsidR="004C1563" w:rsidRPr="005828A7" w:rsidRDefault="00000000">
      <w:r w:rsidRPr="005828A7">
        <w:t>Our policy aims to:</w:t>
      </w:r>
    </w:p>
    <w:p w14:paraId="75D0E53C" w14:textId="77777777" w:rsidR="004C1563" w:rsidRPr="005828A7" w:rsidRDefault="00000000">
      <w:r w:rsidRPr="005828A7">
        <w:t>Ensure our environment is mobile phone-free by default</w:t>
      </w:r>
    </w:p>
    <w:p w14:paraId="69F71D8A" w14:textId="77777777" w:rsidR="004C1563" w:rsidRPr="005828A7" w:rsidRDefault="00000000">
      <w:pPr>
        <w:pStyle w:val="ListBullet"/>
      </w:pPr>
      <w:r w:rsidRPr="005828A7">
        <w:t>Promote safe and responsible phone use</w:t>
      </w:r>
    </w:p>
    <w:p w14:paraId="483522F4" w14:textId="77777777" w:rsidR="004C1563" w:rsidRPr="005828A7" w:rsidRDefault="00000000">
      <w:pPr>
        <w:pStyle w:val="ListBullet"/>
      </w:pPr>
      <w:r w:rsidRPr="005828A7">
        <w:t>Set clear guidelines for the use of mobile phones for pupils, staff, parents/carers, visitors and volunteers</w:t>
      </w:r>
    </w:p>
    <w:p w14:paraId="398AD317" w14:textId="77777777" w:rsidR="004C1563" w:rsidRPr="005828A7" w:rsidRDefault="00000000">
      <w:pPr>
        <w:pStyle w:val="ListBullet"/>
      </w:pPr>
      <w:r w:rsidRPr="005828A7">
        <w:t>Support the school’s other policies, especially those related to child protection and behaviour</w:t>
      </w:r>
    </w:p>
    <w:p w14:paraId="1DD0FB24" w14:textId="77777777" w:rsidR="004C1563" w:rsidRPr="005828A7" w:rsidRDefault="00000000">
      <w:r w:rsidRPr="005828A7">
        <w:t>This policy also aims to address some of the challenges posed by mobile phones in school, such as:</w:t>
      </w:r>
    </w:p>
    <w:p w14:paraId="753F4920" w14:textId="77777777" w:rsidR="004C1563" w:rsidRPr="005828A7" w:rsidRDefault="00000000">
      <w:pPr>
        <w:pStyle w:val="ListBullet"/>
      </w:pPr>
      <w:r w:rsidRPr="005828A7">
        <w:t>Risks to child protection</w:t>
      </w:r>
    </w:p>
    <w:p w14:paraId="17E5418B" w14:textId="77777777" w:rsidR="004C1563" w:rsidRPr="005828A7" w:rsidRDefault="00000000">
      <w:pPr>
        <w:pStyle w:val="ListBullet"/>
      </w:pPr>
      <w:r w:rsidRPr="005828A7">
        <w:t>Data protection issues</w:t>
      </w:r>
    </w:p>
    <w:p w14:paraId="51104125" w14:textId="77777777" w:rsidR="004C1563" w:rsidRPr="005828A7" w:rsidRDefault="00000000">
      <w:pPr>
        <w:pStyle w:val="ListBullet"/>
      </w:pPr>
      <w:r w:rsidRPr="005828A7">
        <w:t>Potential for lesson disruption</w:t>
      </w:r>
    </w:p>
    <w:p w14:paraId="77A00580" w14:textId="77777777" w:rsidR="004C1563" w:rsidRPr="005828A7" w:rsidRDefault="00000000">
      <w:pPr>
        <w:pStyle w:val="ListBullet"/>
      </w:pPr>
      <w:r w:rsidRPr="005828A7">
        <w:t>Risk of theft, loss, or damage</w:t>
      </w:r>
    </w:p>
    <w:p w14:paraId="50FFF044" w14:textId="77777777" w:rsidR="004C1563" w:rsidRPr="005828A7" w:rsidRDefault="00000000">
      <w:pPr>
        <w:pStyle w:val="ListBullet"/>
      </w:pPr>
      <w:r w:rsidRPr="005828A7">
        <w:t>Appropriate use of technology in the classroom</w:t>
      </w:r>
    </w:p>
    <w:p w14:paraId="05B148C8" w14:textId="77777777" w:rsidR="004C1563" w:rsidRPr="005828A7" w:rsidRDefault="00000000">
      <w:r w:rsidRPr="005828A7">
        <w:t xml:space="preserve">Note: </w:t>
      </w:r>
      <w:proofErr w:type="gramStart"/>
      <w:r w:rsidRPr="005828A7">
        <w:t>throughout</w:t>
      </w:r>
      <w:proofErr w:type="gramEnd"/>
      <w:r w:rsidRPr="005828A7">
        <w:t xml:space="preserve"> this </w:t>
      </w:r>
      <w:proofErr w:type="gramStart"/>
      <w:r w:rsidRPr="005828A7">
        <w:t>policy, ‘</w:t>
      </w:r>
      <w:proofErr w:type="gramEnd"/>
      <w:r w:rsidRPr="005828A7">
        <w:t xml:space="preserve">mobile </w:t>
      </w:r>
      <w:proofErr w:type="gramStart"/>
      <w:r w:rsidRPr="005828A7">
        <w:t>phones’ refers</w:t>
      </w:r>
      <w:proofErr w:type="gramEnd"/>
      <w:r w:rsidRPr="005828A7">
        <w:t xml:space="preserve"> to mobile phones and similar devices.</w:t>
      </w:r>
    </w:p>
    <w:p w14:paraId="7D41DF98" w14:textId="77777777" w:rsidR="004C1563" w:rsidRPr="005828A7" w:rsidRDefault="00000000">
      <w:pPr>
        <w:pStyle w:val="Heading1"/>
      </w:pPr>
      <w:r w:rsidRPr="005828A7">
        <w:t>2. Relevant guidance</w:t>
      </w:r>
    </w:p>
    <w:p w14:paraId="632BBA3C" w14:textId="77777777" w:rsidR="004C1563" w:rsidRPr="005828A7" w:rsidRDefault="00000000">
      <w:r w:rsidRPr="005828A7">
        <w:t>This policy meets the requirements of section 36 of the Children’s Wellbeing and Schools Act 2026, and the Department for Education (DfE)’s mobile phone guidance and behaviour guidance. Further guidance that should be considered alongside this policy includes Keeping Children Safe in Education, which sets out the expectation that all schools should be mobile phone-free environments by default.</w:t>
      </w:r>
    </w:p>
    <w:p w14:paraId="1F947EEB" w14:textId="77777777" w:rsidR="004C1563" w:rsidRPr="005828A7" w:rsidRDefault="00000000">
      <w:pPr>
        <w:pStyle w:val="Heading1"/>
      </w:pPr>
      <w:r w:rsidRPr="005828A7">
        <w:lastRenderedPageBreak/>
        <w:t>3. Roles and responsibilities</w:t>
      </w:r>
    </w:p>
    <w:p w14:paraId="1ED5BF29" w14:textId="77777777" w:rsidR="004C1563" w:rsidRPr="005828A7" w:rsidRDefault="00000000">
      <w:pPr>
        <w:pStyle w:val="Heading2"/>
      </w:pPr>
      <w:r w:rsidRPr="005828A7">
        <w:t>3.1 Staff</w:t>
      </w:r>
    </w:p>
    <w:p w14:paraId="09134DCE" w14:textId="77777777" w:rsidR="004C1563" w:rsidRPr="005828A7" w:rsidRDefault="00000000">
      <w:r w:rsidRPr="005828A7">
        <w:t>All staff (including teachers, support staff and supply staff) are required to actively enforce this policy and challenge any breach of mobile phone restrictions immediately and consistently.</w:t>
      </w:r>
    </w:p>
    <w:p w14:paraId="449C9D5F" w14:textId="77777777" w:rsidR="004C1563" w:rsidRPr="005828A7" w:rsidRDefault="00000000">
      <w:r w:rsidRPr="005828A7">
        <w:t>Volunteers, or anyone else otherwise engaged by the school, must alert a member of staff if they witness, or are aware of, a breach of this policy.</w:t>
      </w:r>
    </w:p>
    <w:p w14:paraId="474E0E91" w14:textId="77777777" w:rsidR="004C1563" w:rsidRPr="005828A7" w:rsidRDefault="00000000">
      <w:r w:rsidRPr="005828A7">
        <w:t>The Head Teacher is responsible for monitoring the policy every 2 years, reviewing it, and holding staff and pupils accountable for its implementation.</w:t>
      </w:r>
    </w:p>
    <w:p w14:paraId="1891AE57" w14:textId="77777777" w:rsidR="004C1563" w:rsidRPr="005828A7" w:rsidRDefault="00000000">
      <w:r w:rsidRPr="005828A7">
        <w:t xml:space="preserve">Staff will address any questions or concerns from parents/carers </w:t>
      </w:r>
      <w:proofErr w:type="gramStart"/>
      <w:r w:rsidRPr="005828A7">
        <w:t>quickly, and</w:t>
      </w:r>
      <w:proofErr w:type="gramEnd"/>
      <w:r w:rsidRPr="005828A7">
        <w:t xml:space="preserve"> clearly communicate the reasons for prohibiting the use of mobile phones.</w:t>
      </w:r>
    </w:p>
    <w:p w14:paraId="27D9F508" w14:textId="77777777" w:rsidR="004C1563" w:rsidRPr="005828A7" w:rsidRDefault="00000000">
      <w:pPr>
        <w:pStyle w:val="Heading1"/>
      </w:pPr>
      <w:r w:rsidRPr="005828A7">
        <w:t>4. Use of mobile phones by staff</w:t>
      </w:r>
    </w:p>
    <w:p w14:paraId="6F99FAF0" w14:textId="77777777" w:rsidR="004C1563" w:rsidRPr="005828A7" w:rsidRDefault="00000000">
      <w:pPr>
        <w:pStyle w:val="Heading2"/>
      </w:pPr>
      <w:r w:rsidRPr="005828A7">
        <w:t>4.1 Personal mobile phones</w:t>
      </w:r>
    </w:p>
    <w:p w14:paraId="013CAA86" w14:textId="77777777" w:rsidR="004C1563" w:rsidRPr="005828A7" w:rsidRDefault="00000000">
      <w:r w:rsidRPr="005828A7">
        <w:t>Staff (including volunteers, contractors and anyone else otherwise engaged by the school) are not permitted to use their personal mobile phone, while children are present. Use of personal mobile phones must be restricted to non-contact time, and to areas of the school where pupils are not present (such as the staffroom).</w:t>
      </w:r>
    </w:p>
    <w:p w14:paraId="0F66885C" w14:textId="77777777" w:rsidR="004C1563" w:rsidRPr="005828A7" w:rsidRDefault="00000000">
      <w:r w:rsidRPr="005828A7">
        <w:t>There may be circumstances in which it’s appropriate for a member of staff to have use of their phone during contact time for personal reasons. For instance (this list is non-exhaustive):</w:t>
      </w:r>
    </w:p>
    <w:p w14:paraId="6B89F54E" w14:textId="77777777" w:rsidR="004C1563" w:rsidRPr="005828A7" w:rsidRDefault="00000000">
      <w:pPr>
        <w:pStyle w:val="ListBullet"/>
      </w:pPr>
      <w:r w:rsidRPr="005828A7">
        <w:t>For emergency contact by their child, or their child’s school</w:t>
      </w:r>
    </w:p>
    <w:p w14:paraId="2694AC68" w14:textId="77777777" w:rsidR="004C1563" w:rsidRPr="005828A7" w:rsidRDefault="00000000">
      <w:pPr>
        <w:pStyle w:val="ListBullet"/>
      </w:pPr>
      <w:r w:rsidRPr="005828A7">
        <w:t>In the case of acutely ill dependents or family members</w:t>
      </w:r>
    </w:p>
    <w:p w14:paraId="30A6E5C7" w14:textId="77777777" w:rsidR="004C1563" w:rsidRPr="005828A7" w:rsidRDefault="00000000">
      <w:r w:rsidRPr="005828A7">
        <w:t>The headteacher will decide on a case-by-case basis whether to allow for special arrangements.</w:t>
      </w:r>
    </w:p>
    <w:p w14:paraId="0DC9CE86" w14:textId="77777777" w:rsidR="004C1563" w:rsidRPr="005828A7" w:rsidRDefault="00000000">
      <w:r w:rsidRPr="005828A7">
        <w:t>If special arrangements are not deemed necessary, school staff can use the school office number 01565 213 127 as a point of emergency contact.</w:t>
      </w:r>
    </w:p>
    <w:p w14:paraId="1204AC3F" w14:textId="77777777" w:rsidR="004C1563" w:rsidRPr="005828A7" w:rsidRDefault="00000000">
      <w:pPr>
        <w:pStyle w:val="Heading2"/>
      </w:pPr>
      <w:r w:rsidRPr="005828A7">
        <w:t>4.2 Data protection</w:t>
      </w:r>
    </w:p>
    <w:p w14:paraId="58509DE3" w14:textId="77777777" w:rsidR="004C1563" w:rsidRPr="005828A7" w:rsidRDefault="00000000">
      <w:r w:rsidRPr="005828A7">
        <w:t>Staff must not use their personal mobile phones to process personal data, or any other confidential school information, including entering such data into generative artificial intelligence (AI) tools such as chatbots (e.g. ChatGPT and Google Bard).</w:t>
      </w:r>
    </w:p>
    <w:p w14:paraId="27C605BA" w14:textId="77777777" w:rsidR="004C1563" w:rsidRPr="005828A7" w:rsidRDefault="00000000">
      <w:r w:rsidRPr="005828A7">
        <w:t>For further information please see the school’s data protection policy or ICT acceptable use policy.</w:t>
      </w:r>
    </w:p>
    <w:p w14:paraId="72D67880" w14:textId="77777777" w:rsidR="004C1563" w:rsidRPr="005828A7" w:rsidRDefault="00000000">
      <w:pPr>
        <w:pStyle w:val="Heading2"/>
      </w:pPr>
      <w:r w:rsidRPr="005828A7">
        <w:t>4.3 Safeguarding</w:t>
      </w:r>
    </w:p>
    <w:p w14:paraId="28D9AEBA" w14:textId="77777777" w:rsidR="004C1563" w:rsidRPr="005828A7" w:rsidRDefault="00000000">
      <w:r w:rsidRPr="005828A7">
        <w:t>Staff must not give their personal contact details to parents/carers or pupils, including connecting through social media and messaging apps.</w:t>
      </w:r>
    </w:p>
    <w:p w14:paraId="4210E286" w14:textId="77777777" w:rsidR="004C1563" w:rsidRPr="005828A7" w:rsidRDefault="00000000">
      <w:r w:rsidRPr="005828A7">
        <w:t>Staff must avoid publicising their contact details on any social media platform or website, to avoid unwanted contact by parents/carers or pupils.</w:t>
      </w:r>
    </w:p>
    <w:p w14:paraId="1CCEF710" w14:textId="77777777" w:rsidR="004C1563" w:rsidRPr="005828A7" w:rsidRDefault="00000000">
      <w:r w:rsidRPr="005828A7">
        <w:t>Staff must not use their personal mobile phones to take photographs or recordings of pupils, their work, or anything else that could identify a pupil. If it’s necessary to take photos or recordings as part of a lesson/school trip/activity, this must be done using school equipment.</w:t>
      </w:r>
    </w:p>
    <w:p w14:paraId="4AE8E61F" w14:textId="77777777" w:rsidR="004C1563" w:rsidRPr="005828A7" w:rsidRDefault="00000000">
      <w:pPr>
        <w:pStyle w:val="Heading2"/>
      </w:pPr>
      <w:r w:rsidRPr="005828A7">
        <w:lastRenderedPageBreak/>
        <w:t>4.4 Using personal mobiles for work purposes</w:t>
      </w:r>
    </w:p>
    <w:p w14:paraId="63D10DC6" w14:textId="77777777" w:rsidR="004C1563" w:rsidRPr="005828A7" w:rsidRDefault="00000000">
      <w:r w:rsidRPr="005828A7">
        <w:t>In some circumstances, it may be appropriate for staff to use personal mobile phones for work. Such circumstances may include, but are not limited to:</w:t>
      </w:r>
    </w:p>
    <w:p w14:paraId="660A4EF4" w14:textId="77777777" w:rsidR="004C1563" w:rsidRPr="005828A7" w:rsidRDefault="00000000">
      <w:pPr>
        <w:pStyle w:val="ListBullet"/>
      </w:pPr>
      <w:r w:rsidRPr="005828A7">
        <w:t>Issuing homework, rewards or sanctions</w:t>
      </w:r>
    </w:p>
    <w:p w14:paraId="3483C14E" w14:textId="77777777" w:rsidR="004C1563" w:rsidRPr="005828A7" w:rsidRDefault="00000000">
      <w:pPr>
        <w:pStyle w:val="ListBullet"/>
      </w:pPr>
      <w:r w:rsidRPr="005828A7">
        <w:t>Use of multi-factor authentication</w:t>
      </w:r>
    </w:p>
    <w:p w14:paraId="3D9B9EEF" w14:textId="77777777" w:rsidR="004C1563" w:rsidRPr="005828A7" w:rsidRDefault="00000000">
      <w:pPr>
        <w:pStyle w:val="ListBullet"/>
      </w:pPr>
      <w:r w:rsidRPr="005828A7">
        <w:t>Emergency evacuations</w:t>
      </w:r>
    </w:p>
    <w:p w14:paraId="162D0940" w14:textId="77777777" w:rsidR="004C1563" w:rsidRPr="005828A7" w:rsidRDefault="00000000">
      <w:pPr>
        <w:pStyle w:val="ListBullet"/>
      </w:pPr>
      <w:r w:rsidRPr="005828A7">
        <w:t>Supervising off-site trips</w:t>
      </w:r>
    </w:p>
    <w:p w14:paraId="58C8883B" w14:textId="77777777" w:rsidR="004C1563" w:rsidRPr="005828A7" w:rsidRDefault="00000000">
      <w:pPr>
        <w:pStyle w:val="ListBullet"/>
      </w:pPr>
      <w:r w:rsidRPr="005828A7">
        <w:t>Supervising residential visits</w:t>
      </w:r>
    </w:p>
    <w:p w14:paraId="201F312D" w14:textId="77777777" w:rsidR="004C1563" w:rsidRPr="005828A7" w:rsidRDefault="00000000">
      <w:pPr>
        <w:pStyle w:val="ListBullet"/>
      </w:pPr>
      <w:r w:rsidRPr="005828A7">
        <w:t xml:space="preserve">Staff are allowed to use their mobile phones whilst on trips or </w:t>
      </w:r>
      <w:proofErr w:type="gramStart"/>
      <w:r w:rsidRPr="005828A7">
        <w:t>residentials</w:t>
      </w:r>
      <w:proofErr w:type="gramEnd"/>
      <w:r w:rsidRPr="005828A7">
        <w:t xml:space="preserve"> in case of emergencies.</w:t>
      </w:r>
    </w:p>
    <w:p w14:paraId="67AE5AD8" w14:textId="77777777" w:rsidR="004C1563" w:rsidRPr="005828A7" w:rsidRDefault="00000000">
      <w:r w:rsidRPr="005828A7">
        <w:t>In these circumstances, staff will:</w:t>
      </w:r>
    </w:p>
    <w:p w14:paraId="26E005F5" w14:textId="77777777" w:rsidR="004C1563" w:rsidRPr="005828A7" w:rsidRDefault="00000000">
      <w:pPr>
        <w:pStyle w:val="ListBullet"/>
      </w:pPr>
      <w:r w:rsidRPr="005828A7">
        <w:t>Use their mobile phones in an appropriate and professional manner, in line with our staff code of conduct</w:t>
      </w:r>
    </w:p>
    <w:p w14:paraId="7B515AA6" w14:textId="77777777" w:rsidR="004C1563" w:rsidRPr="005828A7" w:rsidRDefault="00000000">
      <w:pPr>
        <w:pStyle w:val="ListBullet"/>
      </w:pPr>
      <w:r w:rsidRPr="005828A7">
        <w:t xml:space="preserve">Not </w:t>
      </w:r>
      <w:proofErr w:type="gramStart"/>
      <w:r w:rsidRPr="005828A7">
        <w:t>use</w:t>
      </w:r>
      <w:proofErr w:type="gramEnd"/>
      <w:r w:rsidRPr="005828A7">
        <w:t xml:space="preserve"> their phones to take photographs or recordings of pupils, their work, or anything else that could identify a pupil</w:t>
      </w:r>
    </w:p>
    <w:p w14:paraId="7B0F798D" w14:textId="77777777" w:rsidR="004C1563" w:rsidRPr="005828A7" w:rsidRDefault="00000000">
      <w:pPr>
        <w:pStyle w:val="ListBullet"/>
      </w:pPr>
      <w:r w:rsidRPr="005828A7">
        <w:t>Refrain from using their phones to contact parents/carers. If necessary, contact must be made via the school office</w:t>
      </w:r>
    </w:p>
    <w:p w14:paraId="1BB7221E" w14:textId="77777777" w:rsidR="004C1563" w:rsidRPr="005828A7" w:rsidRDefault="00000000">
      <w:pPr>
        <w:pStyle w:val="Heading2"/>
      </w:pPr>
      <w:r w:rsidRPr="005828A7">
        <w:t>4.5 Sanctions</w:t>
      </w:r>
    </w:p>
    <w:p w14:paraId="5BA4912B" w14:textId="77777777" w:rsidR="004C1563" w:rsidRPr="005828A7" w:rsidRDefault="00000000">
      <w:r w:rsidRPr="005828A7">
        <w:t>Staff that fail to adhere to this policy may face disciplinary action.</w:t>
      </w:r>
    </w:p>
    <w:p w14:paraId="53620845" w14:textId="77777777" w:rsidR="004C1563" w:rsidRPr="005828A7" w:rsidRDefault="00000000">
      <w:r w:rsidRPr="005828A7">
        <w:t>See the school’s staff disciplinary policy for more information.</w:t>
      </w:r>
    </w:p>
    <w:p w14:paraId="72E41D40" w14:textId="77777777" w:rsidR="004C1563" w:rsidRPr="005828A7" w:rsidRDefault="00000000">
      <w:pPr>
        <w:pStyle w:val="Heading1"/>
      </w:pPr>
      <w:r w:rsidRPr="005828A7">
        <w:t>5. Use of mobile phones by pupils</w:t>
      </w:r>
    </w:p>
    <w:p w14:paraId="34430674" w14:textId="77777777" w:rsidR="004C1563" w:rsidRPr="005828A7" w:rsidRDefault="00000000">
      <w:r w:rsidRPr="005828A7">
        <w:t xml:space="preserve">Pupils must not use their mobile phones </w:t>
      </w:r>
      <w:r w:rsidR="004565A3" w:rsidRPr="005828A7">
        <w:t xml:space="preserve">on school </w:t>
      </w:r>
      <w:proofErr w:type="gramStart"/>
      <w:r w:rsidR="004565A3" w:rsidRPr="005828A7">
        <w:t>site</w:t>
      </w:r>
      <w:proofErr w:type="gramEnd"/>
      <w:r w:rsidR="004565A3" w:rsidRPr="005828A7">
        <w:t xml:space="preserve"> for example; walking on to and out of the playground, </w:t>
      </w:r>
      <w:r w:rsidRPr="005828A7">
        <w:t>during the school day, including during lessons, in the time between lessons, at breaktimes and at lunchtimes, unless explicitly authorised by a member of staff</w:t>
      </w:r>
      <w:r w:rsidR="004565A3" w:rsidRPr="005828A7">
        <w:t>.</w:t>
      </w:r>
    </w:p>
    <w:p w14:paraId="0A5B60B1" w14:textId="77777777" w:rsidR="004C1563" w:rsidRPr="005828A7" w:rsidRDefault="00000000">
      <w:r w:rsidRPr="005828A7">
        <w:t xml:space="preserve">Staff will collect mobile phones on arrival and lock them in a </w:t>
      </w:r>
      <w:r w:rsidR="004565A3" w:rsidRPr="005828A7">
        <w:t xml:space="preserve">designated </w:t>
      </w:r>
      <w:proofErr w:type="gramStart"/>
      <w:r w:rsidRPr="005828A7">
        <w:t>drawer</w:t>
      </w:r>
      <w:proofErr w:type="gramEnd"/>
      <w:r w:rsidRPr="005828A7">
        <w:t xml:space="preserve"> or the pupils (Y6 only) will take their phones to the school office.</w:t>
      </w:r>
    </w:p>
    <w:p w14:paraId="6E9923E4" w14:textId="77777777" w:rsidR="004C1563" w:rsidRPr="005828A7" w:rsidRDefault="00000000">
      <w:r w:rsidRPr="005828A7">
        <w:t>Pupils will be taught the risks that are associated with the use of mobile phones, both in school and more broadly, to make sure they understand the decision to prohibit the use of mobile phones throughout the school day. These risks can include a loss of focus in lessons, classroom disruption and an increase in bullying. Pupils will be encouraged to see a mobile-</w:t>
      </w:r>
      <w:proofErr w:type="gramStart"/>
      <w:r w:rsidRPr="005828A7">
        <w:t>phone free</w:t>
      </w:r>
      <w:proofErr w:type="gramEnd"/>
      <w:r w:rsidRPr="005828A7">
        <w:t xml:space="preserve"> environment as desirable and valuable.</w:t>
      </w:r>
    </w:p>
    <w:p w14:paraId="0402C783" w14:textId="77777777" w:rsidR="004C1563" w:rsidRPr="005828A7" w:rsidRDefault="00000000">
      <w:pPr>
        <w:pStyle w:val="Heading2"/>
      </w:pPr>
      <w:r w:rsidRPr="005828A7">
        <w:t>5.1 Use of smartwatches by pupils</w:t>
      </w:r>
    </w:p>
    <w:p w14:paraId="79AC8C6E" w14:textId="77777777" w:rsidR="004C1563" w:rsidRPr="005828A7" w:rsidRDefault="00000000">
      <w:r w:rsidRPr="005828A7">
        <w:t>The DfE’s statutory mobile phones guidance includes in the term ‘mobile phones’ all devices with communications and smart technology that the school chooses to include in its policy.</w:t>
      </w:r>
    </w:p>
    <w:p w14:paraId="6B945FBB" w14:textId="77777777" w:rsidR="004C1563" w:rsidRPr="005828A7" w:rsidRDefault="00000000">
      <w:r w:rsidRPr="005828A7">
        <w:t>Smartwatches are wristwatches with smart technology in them. They can be used to tell the time, send and receive text and voice messages, make calls and listen to music. Some smart watches have wellness and health-related features.</w:t>
      </w:r>
    </w:p>
    <w:p w14:paraId="362967DE" w14:textId="77777777" w:rsidR="004C1563" w:rsidRPr="005828A7" w:rsidRDefault="00000000">
      <w:r w:rsidRPr="005828A7">
        <w:t>Pupils may not bring smartwatches into school.</w:t>
      </w:r>
    </w:p>
    <w:p w14:paraId="6D828EE1" w14:textId="77777777" w:rsidR="004C1563" w:rsidRPr="005828A7" w:rsidRDefault="00000000">
      <w:pPr>
        <w:pStyle w:val="Heading2"/>
      </w:pPr>
      <w:r w:rsidRPr="005828A7">
        <w:lastRenderedPageBreak/>
        <w:t>5.2 Sanctions</w:t>
      </w:r>
    </w:p>
    <w:p w14:paraId="44B048C5" w14:textId="77777777" w:rsidR="004C1563" w:rsidRPr="005828A7" w:rsidRDefault="00000000">
      <w:r w:rsidRPr="005828A7">
        <w:t>Any pupil who is in breach of this policy and uses their phone whilst in school will have their phone confiscated and returned to a parent or carer. They will then be asked not to bring in their phone for the rest of the half term.</w:t>
      </w:r>
    </w:p>
    <w:p w14:paraId="39E4914C" w14:textId="77777777" w:rsidR="004C1563" w:rsidRPr="005828A7" w:rsidRDefault="00000000">
      <w:r w:rsidRPr="005828A7">
        <w:t>The Headteacher, or a member of staff authorised by the Headteacher, may search for a mobile phone or similar device where there are reasonable grounds and where the device is identified in the school rules as an item that may be searched for. Any search must be carried out in accordance with the DfE’s guidance on searching, screening and confiscation and the school’s Behaviour Policy.</w:t>
      </w:r>
    </w:p>
    <w:p w14:paraId="10A6E163" w14:textId="77777777" w:rsidR="004C1563" w:rsidRPr="005828A7" w:rsidRDefault="00000000">
      <w:r w:rsidRPr="005828A7">
        <w:t>If a pupil has inappropriate content on their phone, this must be brought to the attention of the DSL or a DDSL straight away. The device should be secured and the DSL/DDSL will decide the appropriate safeguarding response, including whether and when parents/carers should be informed.</w:t>
      </w:r>
    </w:p>
    <w:p w14:paraId="6D213F18" w14:textId="77777777" w:rsidR="004C1563" w:rsidRPr="005828A7" w:rsidRDefault="00000000">
      <w:r w:rsidRPr="005828A7">
        <w:t>In each case, the sanction given must be reasonable and proportionate. The school will also consider whether:</w:t>
      </w:r>
    </w:p>
    <w:p w14:paraId="2F7E7B66" w14:textId="77777777" w:rsidR="004C1563" w:rsidRPr="005828A7" w:rsidRDefault="00000000">
      <w:pPr>
        <w:pStyle w:val="ListBullet"/>
      </w:pPr>
      <w:r w:rsidRPr="005828A7">
        <w:t>There are any relevant special circumstances (for example, age, religious requirements, special educational needs, disability)</w:t>
      </w:r>
    </w:p>
    <w:p w14:paraId="2250BF50" w14:textId="77777777" w:rsidR="004C1563" w:rsidRPr="005828A7" w:rsidRDefault="00000000">
      <w:pPr>
        <w:pStyle w:val="ListBullet"/>
      </w:pPr>
      <w:r w:rsidRPr="005828A7">
        <w:t>The pupil’s behaviour may indicate they may be suffering, or at risk of, harm. If this is suspected, staff will follow the appropriate procedure set out in Part 1 of Keeping Children Safe in Education</w:t>
      </w:r>
    </w:p>
    <w:p w14:paraId="0EC82FF0" w14:textId="77777777" w:rsidR="004C1563" w:rsidRPr="005828A7" w:rsidRDefault="00000000">
      <w:r w:rsidRPr="005828A7">
        <w:t>Certain types of conduct, bullying or harassment can be classified as criminal conduct. The school takes such conduct extremely seriously and will involve the police or other agencies as appropriate.</w:t>
      </w:r>
    </w:p>
    <w:p w14:paraId="30E3D5CB" w14:textId="77777777" w:rsidR="004C1563" w:rsidRPr="005828A7" w:rsidRDefault="00000000">
      <w:r w:rsidRPr="005828A7">
        <w:t>Such conduct includes, but is not limited to:</w:t>
      </w:r>
    </w:p>
    <w:p w14:paraId="2F8D8ACA" w14:textId="77777777" w:rsidR="004C1563" w:rsidRPr="005828A7" w:rsidRDefault="00000000">
      <w:pPr>
        <w:pStyle w:val="ListBullet"/>
      </w:pPr>
      <w:r w:rsidRPr="005828A7">
        <w:t xml:space="preserve">Making of or sharing nudes and semi-nudes including images that are digitally altered or wholly generated using AI (such as ‘deepfakes’ or ‘deep </w:t>
      </w:r>
      <w:proofErr w:type="gramStart"/>
      <w:r w:rsidRPr="005828A7">
        <w:t>nudes’</w:t>
      </w:r>
      <w:proofErr w:type="gramEnd"/>
      <w:r w:rsidRPr="005828A7">
        <w:t>)</w:t>
      </w:r>
    </w:p>
    <w:p w14:paraId="64122A24" w14:textId="77777777" w:rsidR="004C1563" w:rsidRPr="005828A7" w:rsidRDefault="00000000">
      <w:pPr>
        <w:pStyle w:val="ListBullet"/>
      </w:pPr>
      <w:r w:rsidRPr="005828A7">
        <w:t>Upskirting</w:t>
      </w:r>
    </w:p>
    <w:p w14:paraId="27E7A137" w14:textId="77777777" w:rsidR="004C1563" w:rsidRPr="005828A7" w:rsidRDefault="00000000">
      <w:pPr>
        <w:pStyle w:val="ListBullet"/>
      </w:pPr>
      <w:r w:rsidRPr="005828A7">
        <w:t>Threats of violence or assault</w:t>
      </w:r>
    </w:p>
    <w:p w14:paraId="7C20714D" w14:textId="77777777" w:rsidR="004C1563" w:rsidRPr="005828A7" w:rsidRDefault="00000000">
      <w:pPr>
        <w:pStyle w:val="ListBullet"/>
      </w:pPr>
      <w:r w:rsidRPr="005828A7">
        <w:t xml:space="preserve">Abusive calls, emails, social media posts or texts directed at someone </w:t>
      </w:r>
      <w:proofErr w:type="gramStart"/>
      <w:r w:rsidRPr="005828A7">
        <w:t>on the basis of</w:t>
      </w:r>
      <w:proofErr w:type="gramEnd"/>
      <w:r w:rsidRPr="005828A7">
        <w:t xml:space="preserve"> someone’s ethnicity, religious beliefs or sexual orientation</w:t>
      </w:r>
    </w:p>
    <w:p w14:paraId="03A78B44" w14:textId="77777777" w:rsidR="004C1563" w:rsidRPr="005828A7" w:rsidRDefault="00000000">
      <w:pPr>
        <w:pStyle w:val="Heading1"/>
      </w:pPr>
      <w:r w:rsidRPr="005828A7">
        <w:t>6. Use of mobile phones by parents/carers, volunteers and visitors</w:t>
      </w:r>
    </w:p>
    <w:p w14:paraId="4D965F95" w14:textId="77777777" w:rsidR="004C1563" w:rsidRPr="005828A7" w:rsidRDefault="00000000">
      <w:r w:rsidRPr="005828A7">
        <w:t>Parents/carers, visitors and volunteers (including governors and contractors) must adhere to this policy as it relates to staff if they are on the school site during the school day.</w:t>
      </w:r>
    </w:p>
    <w:p w14:paraId="1CDDB398" w14:textId="77777777" w:rsidR="004C1563" w:rsidRPr="005828A7" w:rsidRDefault="00000000">
      <w:r w:rsidRPr="005828A7">
        <w:t>This means:</w:t>
      </w:r>
    </w:p>
    <w:p w14:paraId="003F873E" w14:textId="77777777" w:rsidR="004C1563" w:rsidRPr="005828A7" w:rsidRDefault="00000000">
      <w:pPr>
        <w:pStyle w:val="ListBullet"/>
      </w:pPr>
      <w:r w:rsidRPr="005828A7">
        <w:t>Not taking pictures or recordings of pupils, unless it’s at a public event (such as a school fair), or of their own child</w:t>
      </w:r>
    </w:p>
    <w:p w14:paraId="203411C5" w14:textId="77777777" w:rsidR="004C1563" w:rsidRPr="005828A7" w:rsidRDefault="00000000">
      <w:pPr>
        <w:pStyle w:val="ListBullet"/>
      </w:pPr>
      <w:r w:rsidRPr="005828A7">
        <w:t>Using any photographs or recordings for personal use only, and not posting on social media without consent</w:t>
      </w:r>
    </w:p>
    <w:p w14:paraId="089A678C" w14:textId="77777777" w:rsidR="004C1563" w:rsidRPr="005828A7" w:rsidRDefault="00000000">
      <w:pPr>
        <w:pStyle w:val="ListBullet"/>
      </w:pPr>
      <w:r w:rsidRPr="005828A7">
        <w:t>Not using phones in lessons, when working with pupils or while children are present</w:t>
      </w:r>
    </w:p>
    <w:p w14:paraId="26831178" w14:textId="77777777" w:rsidR="004C1563" w:rsidRPr="005828A7" w:rsidRDefault="00000000">
      <w:r w:rsidRPr="005828A7">
        <w:t>Parents/carers, visitors and volunteers will be informed of the rules for mobile phone use when they sign in at reception or attend a public event at school.</w:t>
      </w:r>
    </w:p>
    <w:p w14:paraId="0D41F77F" w14:textId="77777777" w:rsidR="004C1563" w:rsidRPr="005828A7" w:rsidRDefault="00000000">
      <w:r w:rsidRPr="005828A7">
        <w:t>Parents/carers or volunteers supervising school trips or residential visits must not:</w:t>
      </w:r>
    </w:p>
    <w:p w14:paraId="36C080E1" w14:textId="77777777" w:rsidR="004C1563" w:rsidRPr="005828A7" w:rsidRDefault="00000000">
      <w:pPr>
        <w:pStyle w:val="ListBullet"/>
      </w:pPr>
      <w:r w:rsidRPr="005828A7">
        <w:lastRenderedPageBreak/>
        <w:t xml:space="preserve">Use their phone to </w:t>
      </w:r>
      <w:proofErr w:type="gramStart"/>
      <w:r w:rsidRPr="005828A7">
        <w:t>make contact with</w:t>
      </w:r>
      <w:proofErr w:type="gramEnd"/>
      <w:r w:rsidRPr="005828A7">
        <w:t xml:space="preserve"> other parents/carers</w:t>
      </w:r>
    </w:p>
    <w:p w14:paraId="121D04FE" w14:textId="77777777" w:rsidR="004C1563" w:rsidRPr="005828A7" w:rsidRDefault="00000000">
      <w:pPr>
        <w:pStyle w:val="ListBullet"/>
      </w:pPr>
      <w:r w:rsidRPr="005828A7">
        <w:t>Take photos or recordings of pupils, their work, or anything else that could identify a pupil</w:t>
      </w:r>
    </w:p>
    <w:p w14:paraId="7E554229" w14:textId="77777777" w:rsidR="004C1563" w:rsidRPr="005828A7" w:rsidRDefault="00000000">
      <w:r w:rsidRPr="005828A7">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p>
    <w:p w14:paraId="27D82073" w14:textId="77777777" w:rsidR="004C1563" w:rsidRPr="005828A7" w:rsidRDefault="00000000">
      <w:r w:rsidRPr="005828A7">
        <w:t>Parents/carers must use the school office as the first point of contact if they need to get in touch with their child during the school day. They must not try to contact their child on their personal mobile during the school day.</w:t>
      </w:r>
    </w:p>
    <w:p w14:paraId="29619181" w14:textId="77777777" w:rsidR="004C1563" w:rsidRPr="005828A7" w:rsidRDefault="00000000">
      <w:pPr>
        <w:pStyle w:val="Heading1"/>
      </w:pPr>
      <w:r w:rsidRPr="005828A7">
        <w:t>7. Loss, theft or damage</w:t>
      </w:r>
    </w:p>
    <w:p w14:paraId="1F17BE68" w14:textId="77777777" w:rsidR="004C1563" w:rsidRPr="005828A7" w:rsidRDefault="00000000">
      <w:r w:rsidRPr="005828A7">
        <w:t>Pupils bringing mobile phones to school must ensure that the phones are stored securely in accordance with the arrangements set out in section 5.</w:t>
      </w:r>
    </w:p>
    <w:p w14:paraId="6CF06CA0" w14:textId="77777777" w:rsidR="004C1563" w:rsidRPr="005828A7" w:rsidRDefault="00000000">
      <w:r w:rsidRPr="005828A7">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5E8435F3" w14:textId="77777777" w:rsidR="004C1563" w:rsidRPr="005828A7" w:rsidRDefault="00000000">
      <w:r w:rsidRPr="005828A7">
        <w:t>The school accepts no responsibility for mobile phones that are lost, damaged or stolen on school premises or transport, during school visits or trips, or while pupils are travelling to and from school.</w:t>
      </w:r>
    </w:p>
    <w:p w14:paraId="1116A6FD" w14:textId="77777777" w:rsidR="004C1563" w:rsidRPr="005828A7" w:rsidRDefault="00000000">
      <w:r w:rsidRPr="005828A7">
        <w:t>Parents and carers will be made aware of the school’s arrangements and responsibilities regarding personal mobile phones.</w:t>
      </w:r>
    </w:p>
    <w:p w14:paraId="2D10E71E" w14:textId="77777777" w:rsidR="004C1563" w:rsidRPr="005828A7" w:rsidRDefault="00000000">
      <w:r w:rsidRPr="005828A7">
        <w:t>Confiscated phones will be stored in the school office, in a locked drawer if being kept overnight.</w:t>
      </w:r>
    </w:p>
    <w:p w14:paraId="7C7F2E01" w14:textId="77777777" w:rsidR="004C1563" w:rsidRPr="005828A7" w:rsidRDefault="00000000">
      <w:r w:rsidRPr="005828A7">
        <w:t>Lost phones should be returned to the school office. The school will then attempt to contact the owner.</w:t>
      </w:r>
    </w:p>
    <w:p w14:paraId="3614E0D6" w14:textId="77777777" w:rsidR="004C1563" w:rsidRPr="005828A7" w:rsidRDefault="00000000">
      <w:pPr>
        <w:pStyle w:val="Heading1"/>
      </w:pPr>
      <w:r w:rsidRPr="005828A7">
        <w:t>8. Monitoring and review</w:t>
      </w:r>
    </w:p>
    <w:p w14:paraId="5A0250FA" w14:textId="77777777" w:rsidR="004C1563" w:rsidRPr="005828A7" w:rsidRDefault="00000000">
      <w:r w:rsidRPr="005828A7">
        <w:t xml:space="preserve">The school is committed to ensuring that this policy has a positive impact on pupils’ education, behaviour and welfare. When reviewing the policy, the school will </w:t>
      </w:r>
      <w:proofErr w:type="gramStart"/>
      <w:r w:rsidRPr="005828A7">
        <w:t>take into account</w:t>
      </w:r>
      <w:proofErr w:type="gramEnd"/>
      <w:r w:rsidRPr="005828A7">
        <w:t>:</w:t>
      </w:r>
    </w:p>
    <w:p w14:paraId="25E95B7E" w14:textId="77777777" w:rsidR="004C1563" w:rsidRPr="005828A7" w:rsidRDefault="00000000">
      <w:pPr>
        <w:pStyle w:val="ListBullet"/>
      </w:pPr>
      <w:r w:rsidRPr="005828A7">
        <w:t>Feedback from parents/carers and pupils</w:t>
      </w:r>
    </w:p>
    <w:p w14:paraId="0467ADFE" w14:textId="77777777" w:rsidR="004C1563" w:rsidRPr="005828A7" w:rsidRDefault="00000000">
      <w:pPr>
        <w:pStyle w:val="ListBullet"/>
      </w:pPr>
      <w:r w:rsidRPr="005828A7">
        <w:t>Feedback from staff</w:t>
      </w:r>
    </w:p>
    <w:p w14:paraId="188AAC1D" w14:textId="77777777" w:rsidR="004C1563" w:rsidRPr="005828A7" w:rsidRDefault="00000000">
      <w:pPr>
        <w:pStyle w:val="ListBullet"/>
      </w:pPr>
      <w:r w:rsidRPr="005828A7">
        <w:t>Records of behaviour and safeguarding incidents</w:t>
      </w:r>
    </w:p>
    <w:p w14:paraId="1AF988EA" w14:textId="77777777" w:rsidR="004C1563" w:rsidRPr="005828A7" w:rsidRDefault="00000000">
      <w:pPr>
        <w:pStyle w:val="ListBullet"/>
      </w:pPr>
      <w:r w:rsidRPr="005828A7">
        <w:t>Relevant advice from the Department for Education, the local authority and any other relevant organisations</w:t>
      </w:r>
    </w:p>
    <w:p w14:paraId="72062B35" w14:textId="77777777" w:rsidR="004C1563" w:rsidRPr="005828A7" w:rsidRDefault="00000000">
      <w:r w:rsidRPr="005828A7">
        <w:t>If there are any concerns regarding this policy these should be brought to the attention of the headteacher in a timely manner.</w:t>
      </w:r>
    </w:p>
    <w:p w14:paraId="71B484EA" w14:textId="77777777" w:rsidR="004C1563" w:rsidRPr="005828A7" w:rsidRDefault="00000000">
      <w:pPr>
        <w:pStyle w:val="Heading1"/>
      </w:pPr>
      <w:r w:rsidRPr="005828A7">
        <w:t>9. Appendix 1: Template mobile phone information slip for visitors</w:t>
      </w:r>
    </w:p>
    <w:p w14:paraId="355BFE2B" w14:textId="77777777" w:rsidR="004C1563" w:rsidRPr="005828A7" w:rsidRDefault="00000000">
      <w:r w:rsidRPr="005828A7">
        <w:t>Use of mobile phones and similar devices in our school</w:t>
      </w:r>
    </w:p>
    <w:p w14:paraId="25328686" w14:textId="77777777" w:rsidR="004C1563" w:rsidRPr="005828A7" w:rsidRDefault="00000000">
      <w:pPr>
        <w:pStyle w:val="ListBullet"/>
      </w:pPr>
      <w:r w:rsidRPr="005828A7">
        <w:t xml:space="preserve">Please keep your mobile </w:t>
      </w:r>
      <w:proofErr w:type="gramStart"/>
      <w:r w:rsidRPr="005828A7">
        <w:t>phone on</w:t>
      </w:r>
      <w:proofErr w:type="gramEnd"/>
      <w:r w:rsidRPr="005828A7">
        <w:t xml:space="preserve"> silent/vibrate while on the school grounds</w:t>
      </w:r>
    </w:p>
    <w:p w14:paraId="1E5F806C" w14:textId="77777777" w:rsidR="004C1563" w:rsidRPr="005828A7" w:rsidRDefault="00000000">
      <w:pPr>
        <w:pStyle w:val="ListBullet"/>
      </w:pPr>
      <w:r w:rsidRPr="005828A7">
        <w:t xml:space="preserve">Please do not use phones where pupils are present. If you must use your phone, you </w:t>
      </w:r>
      <w:proofErr w:type="gramStart"/>
      <w:r w:rsidRPr="005828A7">
        <w:t>may</w:t>
      </w:r>
      <w:proofErr w:type="gramEnd"/>
      <w:r w:rsidRPr="005828A7">
        <w:t xml:space="preserve"> go to the staff room.</w:t>
      </w:r>
    </w:p>
    <w:p w14:paraId="50CE7C7C" w14:textId="77777777" w:rsidR="004C1563" w:rsidRPr="005828A7" w:rsidRDefault="00000000">
      <w:pPr>
        <w:pStyle w:val="ListBullet"/>
      </w:pPr>
      <w:r w:rsidRPr="005828A7">
        <w:t>Do not take photos or recordings of pupils (unless it is your own child), or staff</w:t>
      </w:r>
    </w:p>
    <w:p w14:paraId="1C8A854E" w14:textId="77777777" w:rsidR="004C1563" w:rsidRPr="005828A7" w:rsidRDefault="00000000">
      <w:pPr>
        <w:pStyle w:val="ListBullet"/>
      </w:pPr>
      <w:r w:rsidRPr="005828A7">
        <w:lastRenderedPageBreak/>
        <w:t>Do not use your phone in lessons, or when working with pupils</w:t>
      </w:r>
    </w:p>
    <w:p w14:paraId="0928B62A" w14:textId="77777777" w:rsidR="004C1563" w:rsidRPr="005828A7" w:rsidRDefault="00000000">
      <w:r w:rsidRPr="005828A7">
        <w:t>The school accepts no responsibility for phones that are lost, damaged or stolen while you are on the school grounds.</w:t>
      </w:r>
    </w:p>
    <w:p w14:paraId="79E11EE7" w14:textId="77777777" w:rsidR="004C1563" w:rsidRDefault="00000000">
      <w:r w:rsidRPr="005828A7">
        <w:t>A full copy of our mobile phone policy is available from the school office.</w:t>
      </w:r>
    </w:p>
    <w:sectPr w:rsidR="004C1563" w:rsidSect="00593CF1">
      <w:pgSz w:w="12240" w:h="15840"/>
      <w:pgMar w:top="936" w:right="1080" w:bottom="936" w:left="1080" w:header="720" w:footer="720" w:gutter="0"/>
      <w:pgBorders w:offsetFrom="page">
        <w:top w:val="single" w:sz="24" w:space="24" w:color="EE0000"/>
        <w:left w:val="single" w:sz="24" w:space="24" w:color="EE0000"/>
        <w:bottom w:val="single" w:sz="24" w:space="24" w:color="EE0000"/>
        <w:right w:val="single" w:sz="24" w:space="24" w:color="EE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9581848">
    <w:abstractNumId w:val="8"/>
  </w:num>
  <w:num w:numId="2" w16cid:durableId="992291322">
    <w:abstractNumId w:val="6"/>
  </w:num>
  <w:num w:numId="3" w16cid:durableId="1995834812">
    <w:abstractNumId w:val="5"/>
  </w:num>
  <w:num w:numId="4" w16cid:durableId="119349791">
    <w:abstractNumId w:val="4"/>
  </w:num>
  <w:num w:numId="5" w16cid:durableId="678698957">
    <w:abstractNumId w:val="7"/>
  </w:num>
  <w:num w:numId="6" w16cid:durableId="2117404126">
    <w:abstractNumId w:val="3"/>
  </w:num>
  <w:num w:numId="7" w16cid:durableId="532960951">
    <w:abstractNumId w:val="2"/>
  </w:num>
  <w:num w:numId="8" w16cid:durableId="808060690">
    <w:abstractNumId w:val="1"/>
  </w:num>
  <w:num w:numId="9" w16cid:durableId="162496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DA3"/>
    <w:rsid w:val="00034616"/>
    <w:rsid w:val="0006063C"/>
    <w:rsid w:val="00092E64"/>
    <w:rsid w:val="0015074B"/>
    <w:rsid w:val="0029639D"/>
    <w:rsid w:val="002F4427"/>
    <w:rsid w:val="00326F90"/>
    <w:rsid w:val="004565A3"/>
    <w:rsid w:val="004C1563"/>
    <w:rsid w:val="004C7ABC"/>
    <w:rsid w:val="005828A7"/>
    <w:rsid w:val="00593CF1"/>
    <w:rsid w:val="005A1EF9"/>
    <w:rsid w:val="00AA1D8D"/>
    <w:rsid w:val="00B47730"/>
    <w:rsid w:val="00BB3D8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D11266"/>
  <w14:defaultImageDpi w14:val="300"/>
  <w15:docId w15:val="{7867A4EB-41AC-F649-BE76-0A75B648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rsid w:val="00BB3D84"/>
    <w:pPr>
      <w:widowControl w:val="0"/>
      <w:suppressAutoHyphens/>
      <w:autoSpaceDE w:val="0"/>
      <w:autoSpaceDN w:val="0"/>
      <w:spacing w:before="61" w:after="0" w:line="240" w:lineRule="auto"/>
      <w:ind w:left="-1"/>
      <w:textAlignment w:val="baseline"/>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Jessica Healey</cp:lastModifiedBy>
  <cp:revision>2</cp:revision>
  <dcterms:created xsi:type="dcterms:W3CDTF">2026-10-07T13:29:00Z</dcterms:created>
  <dcterms:modified xsi:type="dcterms:W3CDTF">2026-10-07T13:29:00Z</dcterms:modified>
  <cp:category/>
</cp:coreProperties>
</file>