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7" w:type="dxa"/>
        <w:tblInd w:w="-885" w:type="dxa"/>
        <w:tblLook w:val="04A0" w:firstRow="1" w:lastRow="0" w:firstColumn="1" w:lastColumn="0" w:noHBand="0" w:noVBand="1"/>
      </w:tblPr>
      <w:tblGrid>
        <w:gridCol w:w="2183"/>
        <w:gridCol w:w="1021"/>
        <w:gridCol w:w="2272"/>
        <w:gridCol w:w="1537"/>
        <w:gridCol w:w="2530"/>
        <w:gridCol w:w="2106"/>
        <w:gridCol w:w="2640"/>
        <w:gridCol w:w="738"/>
      </w:tblGrid>
      <w:tr w:rsidR="009A6F93" w14:paraId="378C1C44" w14:textId="77777777" w:rsidTr="009A6F93">
        <w:tc>
          <w:tcPr>
            <w:tcW w:w="2212" w:type="dxa"/>
            <w:shd w:val="clear" w:color="auto" w:fill="C00000"/>
          </w:tcPr>
          <w:p w14:paraId="380C0F96" w14:textId="77777777" w:rsidR="006474BE" w:rsidRPr="009A6F93" w:rsidRDefault="00000000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>Strand</w:t>
            </w:r>
          </w:p>
        </w:tc>
        <w:tc>
          <w:tcPr>
            <w:tcW w:w="872" w:type="dxa"/>
            <w:shd w:val="clear" w:color="auto" w:fill="C00000"/>
          </w:tcPr>
          <w:p w14:paraId="41BEB5CC" w14:textId="77777777" w:rsidR="006474BE" w:rsidRPr="009A6F93" w:rsidRDefault="00000000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2304" w:type="dxa"/>
            <w:shd w:val="clear" w:color="auto" w:fill="C00000"/>
          </w:tcPr>
          <w:p w14:paraId="4C5137D0" w14:textId="77777777" w:rsidR="006474BE" w:rsidRPr="009A6F93" w:rsidRDefault="00000000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>Enquiry</w:t>
            </w:r>
          </w:p>
        </w:tc>
        <w:tc>
          <w:tcPr>
            <w:tcW w:w="1559" w:type="dxa"/>
            <w:shd w:val="clear" w:color="auto" w:fill="C00000"/>
          </w:tcPr>
          <w:p w14:paraId="62D70532" w14:textId="77777777" w:rsidR="006474BE" w:rsidRPr="009A6F93" w:rsidRDefault="00000000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>Term</w:t>
            </w:r>
          </w:p>
        </w:tc>
        <w:tc>
          <w:tcPr>
            <w:tcW w:w="2551" w:type="dxa"/>
            <w:shd w:val="clear" w:color="auto" w:fill="C00000"/>
          </w:tcPr>
          <w:p w14:paraId="6DEF38CF" w14:textId="77777777" w:rsidR="006474BE" w:rsidRPr="009A6F93" w:rsidRDefault="00000000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>Sustainability Action</w:t>
            </w:r>
          </w:p>
        </w:tc>
        <w:tc>
          <w:tcPr>
            <w:tcW w:w="2127" w:type="dxa"/>
            <w:shd w:val="clear" w:color="auto" w:fill="C00000"/>
          </w:tcPr>
          <w:p w14:paraId="0D6361C0" w14:textId="795E0091" w:rsidR="006474BE" w:rsidRPr="009A6F93" w:rsidRDefault="009A6F93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>Expertise or skills to be developed</w:t>
            </w:r>
          </w:p>
        </w:tc>
        <w:tc>
          <w:tcPr>
            <w:tcW w:w="2693" w:type="dxa"/>
            <w:shd w:val="clear" w:color="auto" w:fill="C00000"/>
          </w:tcPr>
          <w:p w14:paraId="38A9C2AA" w14:textId="4387373B" w:rsidR="006474BE" w:rsidRPr="009A6F93" w:rsidRDefault="00000000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 xml:space="preserve">Linked Subject </w:t>
            </w:r>
          </w:p>
        </w:tc>
        <w:tc>
          <w:tcPr>
            <w:tcW w:w="709" w:type="dxa"/>
            <w:shd w:val="clear" w:color="auto" w:fill="C00000"/>
          </w:tcPr>
          <w:p w14:paraId="639DCB46" w14:textId="77777777" w:rsidR="006474BE" w:rsidRPr="009A6F93" w:rsidRDefault="00000000">
            <w:pPr>
              <w:rPr>
                <w:b/>
                <w:bCs/>
                <w:sz w:val="28"/>
                <w:szCs w:val="28"/>
              </w:rPr>
            </w:pPr>
            <w:r w:rsidRPr="009A6F93">
              <w:rPr>
                <w:b/>
                <w:bCs/>
                <w:sz w:val="28"/>
                <w:szCs w:val="28"/>
              </w:rPr>
              <w:t>SDG</w:t>
            </w:r>
          </w:p>
        </w:tc>
      </w:tr>
      <w:tr w:rsidR="009A6F93" w:rsidRPr="009A6F93" w14:paraId="18559D6C" w14:textId="77777777" w:rsidTr="009A6F93">
        <w:tc>
          <w:tcPr>
            <w:tcW w:w="2212" w:type="dxa"/>
          </w:tcPr>
          <w:p w14:paraId="15251C65" w14:textId="79F6E43B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="Segoe UI Emoji" w:hAnsi="Segoe UI Emoji" w:cs="Segoe UI Emoji"/>
              </w:rPr>
              <w:t>🌡️</w:t>
            </w:r>
            <w:r w:rsidRPr="009A6F93">
              <w:rPr>
                <w:rFonts w:asciiTheme="majorHAnsi" w:hAnsiTheme="majorHAnsi" w:cstheme="majorHAnsi"/>
              </w:rPr>
              <w:t xml:space="preserve"> Energy &amp; Climate Change</w:t>
            </w:r>
          </w:p>
        </w:tc>
        <w:tc>
          <w:tcPr>
            <w:tcW w:w="872" w:type="dxa"/>
          </w:tcPr>
          <w:p w14:paraId="4BBF114D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Year 2</w:t>
            </w:r>
          </w:p>
        </w:tc>
        <w:tc>
          <w:tcPr>
            <w:tcW w:w="2304" w:type="dxa"/>
          </w:tcPr>
          <w:p w14:paraId="7C07A32A" w14:textId="77777777" w:rsidR="009A6F93" w:rsidRP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  <w:r w:rsidRPr="009A6F93">
              <w:rPr>
                <w:rFonts w:asciiTheme="majorHAnsi" w:hAnsiTheme="majorHAnsi" w:cstheme="majorHAnsi"/>
                <w:i/>
                <w:iCs/>
              </w:rPr>
              <w:t>Where are the polar regions and how are they changing?</w:t>
            </w:r>
          </w:p>
        </w:tc>
        <w:tc>
          <w:tcPr>
            <w:tcW w:w="1559" w:type="dxa"/>
          </w:tcPr>
          <w:p w14:paraId="4C0B8D8D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Autumn 2</w:t>
            </w:r>
          </w:p>
        </w:tc>
        <w:tc>
          <w:tcPr>
            <w:tcW w:w="2551" w:type="dxa"/>
          </w:tcPr>
          <w:p w14:paraId="72422779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Identify 3 personal energy saving actions</w:t>
            </w:r>
          </w:p>
        </w:tc>
        <w:tc>
          <w:tcPr>
            <w:tcW w:w="2127" w:type="dxa"/>
          </w:tcPr>
          <w:p w14:paraId="6EF13135" w14:textId="443A5924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I understand how human actions use energy and affect climate</w:t>
            </w:r>
          </w:p>
        </w:tc>
        <w:tc>
          <w:tcPr>
            <w:tcW w:w="2693" w:type="dxa"/>
          </w:tcPr>
          <w:p w14:paraId="35F9BFF5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Geography: locational knowledge of hot/cold areas of the world</w:t>
            </w:r>
          </w:p>
        </w:tc>
        <w:tc>
          <w:tcPr>
            <w:tcW w:w="709" w:type="dxa"/>
          </w:tcPr>
          <w:p w14:paraId="4945DDAA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13</w:t>
            </w:r>
          </w:p>
        </w:tc>
      </w:tr>
      <w:tr w:rsidR="009A6F93" w:rsidRPr="009A6F93" w14:paraId="30F7BCD1" w14:textId="77777777" w:rsidTr="009A6F93">
        <w:tc>
          <w:tcPr>
            <w:tcW w:w="2212" w:type="dxa"/>
          </w:tcPr>
          <w:p w14:paraId="278509D5" w14:textId="0F9E923D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="Segoe UI Emoji" w:hAnsi="Segoe UI Emoji" w:cs="Segoe UI Emoji"/>
              </w:rPr>
              <w:t>♻️</w:t>
            </w:r>
            <w:r w:rsidRPr="009A6F93">
              <w:rPr>
                <w:rFonts w:asciiTheme="majorHAnsi" w:hAnsiTheme="majorHAnsi" w:cstheme="majorHAnsi"/>
              </w:rPr>
              <w:t xml:space="preserve"> Cycles &amp; Waste</w:t>
            </w:r>
          </w:p>
        </w:tc>
        <w:tc>
          <w:tcPr>
            <w:tcW w:w="872" w:type="dxa"/>
          </w:tcPr>
          <w:p w14:paraId="35D702CD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Year 2</w:t>
            </w:r>
          </w:p>
        </w:tc>
        <w:tc>
          <w:tcPr>
            <w:tcW w:w="2304" w:type="dxa"/>
          </w:tcPr>
          <w:p w14:paraId="1A63B992" w14:textId="77777777" w:rsid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  <w:r w:rsidRPr="009A6F93">
              <w:rPr>
                <w:rFonts w:asciiTheme="majorHAnsi" w:hAnsiTheme="majorHAnsi" w:cstheme="majorHAnsi"/>
                <w:i/>
                <w:iCs/>
              </w:rPr>
              <w:t>How do living things change as they grow and decay?</w:t>
            </w:r>
          </w:p>
          <w:p w14:paraId="149344D2" w14:textId="77777777" w:rsidR="009A6F93" w:rsidRP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559" w:type="dxa"/>
          </w:tcPr>
          <w:p w14:paraId="70C3F7AA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Summer 1</w:t>
            </w:r>
          </w:p>
        </w:tc>
        <w:tc>
          <w:tcPr>
            <w:tcW w:w="2551" w:type="dxa"/>
          </w:tcPr>
          <w:p w14:paraId="29012A9F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Composting food waste and observing decomposition</w:t>
            </w:r>
          </w:p>
        </w:tc>
        <w:tc>
          <w:tcPr>
            <w:tcW w:w="2127" w:type="dxa"/>
          </w:tcPr>
          <w:p w14:paraId="2CCCE4F6" w14:textId="0664EA46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I understand life cycles and decay supporting new life</w:t>
            </w:r>
          </w:p>
        </w:tc>
        <w:tc>
          <w:tcPr>
            <w:tcW w:w="2693" w:type="dxa"/>
          </w:tcPr>
          <w:p w14:paraId="4B788AFB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Science: living things and their habitats</w:t>
            </w:r>
          </w:p>
        </w:tc>
        <w:tc>
          <w:tcPr>
            <w:tcW w:w="709" w:type="dxa"/>
          </w:tcPr>
          <w:p w14:paraId="6A78A250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12</w:t>
            </w:r>
          </w:p>
        </w:tc>
      </w:tr>
      <w:tr w:rsidR="009A6F93" w:rsidRPr="009A6F93" w14:paraId="0D985F95" w14:textId="77777777" w:rsidTr="009A6F93">
        <w:tc>
          <w:tcPr>
            <w:tcW w:w="2212" w:type="dxa"/>
          </w:tcPr>
          <w:p w14:paraId="2B136B07" w14:textId="515CE9BA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="Segoe UI Emoji" w:hAnsi="Segoe UI Emoji" w:cs="Segoe UI Emoji"/>
              </w:rPr>
              <w:t>🌿</w:t>
            </w:r>
            <w:r w:rsidRPr="009A6F93">
              <w:rPr>
                <w:rFonts w:asciiTheme="majorHAnsi" w:hAnsiTheme="majorHAnsi" w:cstheme="majorHAnsi"/>
              </w:rPr>
              <w:t xml:space="preserve"> Biodiversity</w:t>
            </w:r>
          </w:p>
        </w:tc>
        <w:tc>
          <w:tcPr>
            <w:tcW w:w="872" w:type="dxa"/>
          </w:tcPr>
          <w:p w14:paraId="22FDC1DD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Year 2</w:t>
            </w:r>
          </w:p>
        </w:tc>
        <w:tc>
          <w:tcPr>
            <w:tcW w:w="2304" w:type="dxa"/>
          </w:tcPr>
          <w:p w14:paraId="7C02F859" w14:textId="77777777" w:rsidR="009A6F93" w:rsidRP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  <w:r w:rsidRPr="009A6F93">
              <w:rPr>
                <w:rFonts w:asciiTheme="majorHAnsi" w:hAnsiTheme="majorHAnsi" w:cstheme="majorHAnsi"/>
                <w:i/>
                <w:iCs/>
              </w:rPr>
              <w:t>How does living in a big city affect the environment?</w:t>
            </w:r>
          </w:p>
        </w:tc>
        <w:tc>
          <w:tcPr>
            <w:tcW w:w="1559" w:type="dxa"/>
          </w:tcPr>
          <w:p w14:paraId="18FE6FF6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Spring 2</w:t>
            </w:r>
          </w:p>
        </w:tc>
        <w:tc>
          <w:tcPr>
            <w:tcW w:w="2551" w:type="dxa"/>
          </w:tcPr>
          <w:p w14:paraId="7419ED22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Creating wildflower habitats and observing urban wildlife</w:t>
            </w:r>
          </w:p>
        </w:tc>
        <w:tc>
          <w:tcPr>
            <w:tcW w:w="2127" w:type="dxa"/>
          </w:tcPr>
          <w:p w14:paraId="21AB171B" w14:textId="2495DAB3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I can talk about habitats and environmental change</w:t>
            </w:r>
          </w:p>
        </w:tc>
        <w:tc>
          <w:tcPr>
            <w:tcW w:w="2693" w:type="dxa"/>
          </w:tcPr>
          <w:p w14:paraId="3BA2340F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Science: habitats / Geography: human &amp; physical features</w:t>
            </w:r>
          </w:p>
        </w:tc>
        <w:tc>
          <w:tcPr>
            <w:tcW w:w="709" w:type="dxa"/>
          </w:tcPr>
          <w:p w14:paraId="58B407B4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15</w:t>
            </w:r>
          </w:p>
        </w:tc>
      </w:tr>
      <w:tr w:rsidR="009A6F93" w:rsidRPr="009A6F93" w14:paraId="18FE09CE" w14:textId="77777777" w:rsidTr="009A6F93">
        <w:tc>
          <w:tcPr>
            <w:tcW w:w="2212" w:type="dxa"/>
          </w:tcPr>
          <w:p w14:paraId="29978CC7" w14:textId="3FADF7FA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="Segoe UI Emoji" w:hAnsi="Segoe UI Emoji" w:cs="Segoe UI Emoji"/>
              </w:rPr>
              <w:t>🚀</w:t>
            </w:r>
            <w:r w:rsidRPr="009A6F93">
              <w:rPr>
                <w:rFonts w:asciiTheme="majorHAnsi" w:hAnsiTheme="majorHAnsi" w:cstheme="majorHAnsi"/>
              </w:rPr>
              <w:t xml:space="preserve"> Adaptations for the Future</w:t>
            </w:r>
          </w:p>
        </w:tc>
        <w:tc>
          <w:tcPr>
            <w:tcW w:w="872" w:type="dxa"/>
          </w:tcPr>
          <w:p w14:paraId="36008A3B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Year 2</w:t>
            </w:r>
          </w:p>
        </w:tc>
        <w:tc>
          <w:tcPr>
            <w:tcW w:w="2304" w:type="dxa"/>
          </w:tcPr>
          <w:p w14:paraId="76D486C5" w14:textId="77777777" w:rsid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  <w:r w:rsidRPr="009A6F93">
              <w:rPr>
                <w:rFonts w:asciiTheme="majorHAnsi" w:hAnsiTheme="majorHAnsi" w:cstheme="majorHAnsi"/>
                <w:i/>
                <w:iCs/>
              </w:rPr>
              <w:t>How can we improve our local area for people, plants and animals?</w:t>
            </w:r>
          </w:p>
          <w:p w14:paraId="4DC3CE67" w14:textId="77777777" w:rsidR="009A6F93" w:rsidRP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559" w:type="dxa"/>
          </w:tcPr>
          <w:p w14:paraId="6BD21E81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Summer 2</w:t>
            </w:r>
          </w:p>
        </w:tc>
        <w:tc>
          <w:tcPr>
            <w:tcW w:w="2551" w:type="dxa"/>
          </w:tcPr>
          <w:p w14:paraId="76E939F0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Local fieldwork: parking, green spaces, wildlife areas</w:t>
            </w:r>
          </w:p>
        </w:tc>
        <w:tc>
          <w:tcPr>
            <w:tcW w:w="2127" w:type="dxa"/>
          </w:tcPr>
          <w:p w14:paraId="6C60AEC9" w14:textId="2C50D7F1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I can observe, record and suggest improvements</w:t>
            </w:r>
          </w:p>
        </w:tc>
        <w:tc>
          <w:tcPr>
            <w:tcW w:w="2693" w:type="dxa"/>
          </w:tcPr>
          <w:p w14:paraId="541E45F0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Geography: fieldwork and mapping skills</w:t>
            </w:r>
          </w:p>
        </w:tc>
        <w:tc>
          <w:tcPr>
            <w:tcW w:w="709" w:type="dxa"/>
          </w:tcPr>
          <w:p w14:paraId="286DD7D7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11, 15</w:t>
            </w:r>
          </w:p>
        </w:tc>
      </w:tr>
      <w:tr w:rsidR="009A6F93" w:rsidRPr="009A6F93" w14:paraId="246EAC14" w14:textId="77777777" w:rsidTr="009A6F93">
        <w:tc>
          <w:tcPr>
            <w:tcW w:w="2212" w:type="dxa"/>
          </w:tcPr>
          <w:p w14:paraId="64CAEE3D" w14:textId="6AC60DE6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="Segoe UI Emoji" w:hAnsi="Segoe UI Emoji" w:cs="Segoe UI Emoji"/>
              </w:rPr>
              <w:t>❤️</w:t>
            </w:r>
            <w:r w:rsidRPr="009A6F93">
              <w:rPr>
                <w:rFonts w:asciiTheme="majorHAnsi" w:hAnsiTheme="majorHAnsi" w:cstheme="majorHAnsi"/>
              </w:rPr>
              <w:t xml:space="preserve"> </w:t>
            </w:r>
            <w:r w:rsidR="00E0068D">
              <w:rPr>
                <w:rFonts w:asciiTheme="majorHAnsi" w:hAnsiTheme="majorHAnsi" w:cstheme="majorHAnsi"/>
              </w:rPr>
              <w:t xml:space="preserve">Environment, </w:t>
            </w:r>
            <w:r w:rsidRPr="009A6F93">
              <w:rPr>
                <w:rFonts w:asciiTheme="majorHAnsi" w:hAnsiTheme="majorHAnsi" w:cstheme="majorHAnsi"/>
              </w:rPr>
              <w:t>Health &amp; Wellbeing</w:t>
            </w:r>
          </w:p>
        </w:tc>
        <w:tc>
          <w:tcPr>
            <w:tcW w:w="872" w:type="dxa"/>
          </w:tcPr>
          <w:p w14:paraId="58228229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Year 2</w:t>
            </w:r>
          </w:p>
        </w:tc>
        <w:tc>
          <w:tcPr>
            <w:tcW w:w="2304" w:type="dxa"/>
          </w:tcPr>
          <w:p w14:paraId="75C16E59" w14:textId="77777777" w:rsid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  <w:r w:rsidRPr="009A6F93">
              <w:rPr>
                <w:rFonts w:asciiTheme="majorHAnsi" w:hAnsiTheme="majorHAnsi" w:cstheme="majorHAnsi"/>
                <w:i/>
                <w:iCs/>
              </w:rPr>
              <w:t>How can we make healthy choices every day?</w:t>
            </w:r>
          </w:p>
          <w:p w14:paraId="3EE83D3B" w14:textId="77777777" w:rsidR="009A6F93" w:rsidRP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559" w:type="dxa"/>
          </w:tcPr>
          <w:p w14:paraId="6E81CE35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Spring 1</w:t>
            </w:r>
          </w:p>
        </w:tc>
        <w:tc>
          <w:tcPr>
            <w:tcW w:w="2551" w:type="dxa"/>
          </w:tcPr>
          <w:p w14:paraId="04D0B5ED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Healthy habits tracker</w:t>
            </w:r>
          </w:p>
        </w:tc>
        <w:tc>
          <w:tcPr>
            <w:tcW w:w="2127" w:type="dxa"/>
          </w:tcPr>
          <w:p w14:paraId="55E00383" w14:textId="0ACCED13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I can explain  how lifestyle choices support wellbeing</w:t>
            </w:r>
          </w:p>
        </w:tc>
        <w:tc>
          <w:tcPr>
            <w:tcW w:w="2693" w:type="dxa"/>
          </w:tcPr>
          <w:p w14:paraId="0DF39E32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Science: humans need food, exercise and hygiene</w:t>
            </w:r>
          </w:p>
        </w:tc>
        <w:tc>
          <w:tcPr>
            <w:tcW w:w="709" w:type="dxa"/>
          </w:tcPr>
          <w:p w14:paraId="5608A354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3</w:t>
            </w:r>
          </w:p>
        </w:tc>
      </w:tr>
      <w:tr w:rsidR="009A6F93" w:rsidRPr="009A6F93" w14:paraId="6B48944F" w14:textId="77777777" w:rsidTr="009A6F93">
        <w:tc>
          <w:tcPr>
            <w:tcW w:w="2212" w:type="dxa"/>
          </w:tcPr>
          <w:p w14:paraId="44CC3795" w14:textId="7ECFD1C1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="Segoe UI Emoji" w:hAnsi="Segoe UI Emoji" w:cs="Segoe UI Emoji"/>
              </w:rPr>
              <w:t>🌾</w:t>
            </w:r>
            <w:r w:rsidRPr="009A6F93">
              <w:rPr>
                <w:rFonts w:asciiTheme="majorHAnsi" w:hAnsiTheme="majorHAnsi" w:cstheme="majorHAnsi"/>
              </w:rPr>
              <w:t xml:space="preserve"> Food &amp; Farming</w:t>
            </w:r>
          </w:p>
        </w:tc>
        <w:tc>
          <w:tcPr>
            <w:tcW w:w="872" w:type="dxa"/>
          </w:tcPr>
          <w:p w14:paraId="697D316F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Year 2</w:t>
            </w:r>
          </w:p>
        </w:tc>
        <w:tc>
          <w:tcPr>
            <w:tcW w:w="2304" w:type="dxa"/>
          </w:tcPr>
          <w:p w14:paraId="2E9DB759" w14:textId="77777777" w:rsid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  <w:r w:rsidRPr="009A6F93">
              <w:rPr>
                <w:rFonts w:asciiTheme="majorHAnsi" w:hAnsiTheme="majorHAnsi" w:cstheme="majorHAnsi"/>
                <w:i/>
                <w:iCs/>
              </w:rPr>
              <w:t>What can I discover about plants and how they grow?</w:t>
            </w:r>
          </w:p>
          <w:p w14:paraId="02DE5528" w14:textId="77777777" w:rsidR="009A6F93" w:rsidRPr="009A6F93" w:rsidRDefault="009A6F93" w:rsidP="009A6F93">
            <w:pPr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559" w:type="dxa"/>
          </w:tcPr>
          <w:p w14:paraId="26758D3D" w14:textId="585C5B2E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Autumn  Summer</w:t>
            </w:r>
          </w:p>
        </w:tc>
        <w:tc>
          <w:tcPr>
            <w:tcW w:w="2551" w:type="dxa"/>
          </w:tcPr>
          <w:p w14:paraId="06B82F5D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Growing plants from seeds and bulbs</w:t>
            </w:r>
          </w:p>
        </w:tc>
        <w:tc>
          <w:tcPr>
            <w:tcW w:w="2127" w:type="dxa"/>
          </w:tcPr>
          <w:p w14:paraId="62FDB0DD" w14:textId="44147596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I am able to explain  plant growth requirements</w:t>
            </w:r>
          </w:p>
        </w:tc>
        <w:tc>
          <w:tcPr>
            <w:tcW w:w="2693" w:type="dxa"/>
          </w:tcPr>
          <w:p w14:paraId="39770353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Science: plants</w:t>
            </w:r>
          </w:p>
        </w:tc>
        <w:tc>
          <w:tcPr>
            <w:tcW w:w="709" w:type="dxa"/>
          </w:tcPr>
          <w:p w14:paraId="25C7565A" w14:textId="77777777" w:rsidR="009A6F93" w:rsidRPr="009A6F93" w:rsidRDefault="009A6F93" w:rsidP="009A6F93">
            <w:pPr>
              <w:rPr>
                <w:rFonts w:asciiTheme="majorHAnsi" w:hAnsiTheme="majorHAnsi" w:cstheme="majorHAnsi"/>
              </w:rPr>
            </w:pPr>
            <w:r w:rsidRPr="009A6F93">
              <w:rPr>
                <w:rFonts w:asciiTheme="majorHAnsi" w:hAnsiTheme="majorHAnsi" w:cstheme="majorHAnsi"/>
              </w:rPr>
              <w:t>2, 15</w:t>
            </w:r>
          </w:p>
        </w:tc>
      </w:tr>
    </w:tbl>
    <w:p w14:paraId="5A6E7DD4" w14:textId="77777777" w:rsidR="00DD1674" w:rsidRPr="009A6F93" w:rsidRDefault="00DD1674">
      <w:pPr>
        <w:rPr>
          <w:rFonts w:asciiTheme="majorHAnsi" w:hAnsiTheme="majorHAnsi" w:cstheme="majorHAnsi"/>
          <w:sz w:val="24"/>
          <w:szCs w:val="24"/>
        </w:rPr>
      </w:pPr>
    </w:p>
    <w:sectPr w:rsidR="00DD1674" w:rsidRPr="009A6F93" w:rsidSect="009A6F93">
      <w:headerReference w:type="default" r:id="rId8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6335C" w14:textId="77777777" w:rsidR="002D55F8" w:rsidRDefault="002D55F8" w:rsidP="009A6F93">
      <w:pPr>
        <w:spacing w:after="0" w:line="240" w:lineRule="auto"/>
      </w:pPr>
      <w:r>
        <w:separator/>
      </w:r>
    </w:p>
  </w:endnote>
  <w:endnote w:type="continuationSeparator" w:id="0">
    <w:p w14:paraId="6804A193" w14:textId="77777777" w:rsidR="002D55F8" w:rsidRDefault="002D55F8" w:rsidP="009A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58731" w14:textId="77777777" w:rsidR="002D55F8" w:rsidRDefault="002D55F8" w:rsidP="009A6F93">
      <w:pPr>
        <w:spacing w:after="0" w:line="240" w:lineRule="auto"/>
      </w:pPr>
      <w:r>
        <w:separator/>
      </w:r>
    </w:p>
  </w:footnote>
  <w:footnote w:type="continuationSeparator" w:id="0">
    <w:p w14:paraId="7D55C040" w14:textId="77777777" w:rsidR="002D55F8" w:rsidRDefault="002D55F8" w:rsidP="009A6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C9F7D" w14:textId="4DE47048" w:rsidR="009A6F93" w:rsidRDefault="009A6F93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FB461DB" wp14:editId="561AF76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eastAsiaTheme="minorHAnsi"/>
                              <w:caps/>
                              <w:color w:val="FFFFFF" w:themeColor="background1"/>
                              <w:kern w:val="2"/>
                              <w:sz w:val="32"/>
                              <w:szCs w:val="32"/>
                              <w:lang w:val="en-GB"/>
                              <w14:ligatures w14:val="standardContextual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9EE3D30" w14:textId="50DADEF8" w:rsidR="009A6F93" w:rsidRDefault="009A6F93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9A6F93">
                                <w:rPr>
                                  <w:rFonts w:eastAsiaTheme="minorHAnsi"/>
                                  <w:caps/>
                                  <w:color w:val="FFFFFF" w:themeColor="background1"/>
                                  <w:kern w:val="2"/>
                                  <w:sz w:val="32"/>
                                  <w:szCs w:val="32"/>
                                  <w:lang w:val="en-GB"/>
                                  <w14:ligatures w14:val="standardContextual"/>
                                </w:rPr>
                                <w:t xml:space="preserve">YEAR </w:t>
                              </w:r>
                              <w:r>
                                <w:rPr>
                                  <w:rFonts w:eastAsiaTheme="minorHAnsi"/>
                                  <w:caps/>
                                  <w:color w:val="FFFFFF" w:themeColor="background1"/>
                                  <w:kern w:val="2"/>
                                  <w:sz w:val="32"/>
                                  <w:szCs w:val="32"/>
                                  <w:lang w:val="en-GB"/>
                                  <w14:ligatures w14:val="standardContextual"/>
                                </w:rPr>
                                <w:t>2</w:t>
                              </w:r>
                              <w:r w:rsidRPr="009A6F93">
                                <w:rPr>
                                  <w:rFonts w:eastAsiaTheme="minorHAnsi"/>
                                  <w:caps/>
                                  <w:color w:val="FFFFFF" w:themeColor="background1"/>
                                  <w:kern w:val="2"/>
                                  <w:sz w:val="32"/>
                                  <w:szCs w:val="32"/>
                                  <w:lang w:val="en-GB"/>
                                  <w14:ligatures w14:val="standardContextual"/>
                                </w:rPr>
                                <w:t xml:space="preserve"> SUSTAINABILITY CURRICULUM OVERVIEW 2026-27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FB461DB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eastAsiaTheme="minorHAnsi"/>
                        <w:caps/>
                        <w:color w:val="FFFFFF" w:themeColor="background1"/>
                        <w:kern w:val="2"/>
                        <w:sz w:val="32"/>
                        <w:szCs w:val="32"/>
                        <w:lang w:val="en-GB"/>
                        <w14:ligatures w14:val="standardContextual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9EE3D30" w14:textId="50DADEF8" w:rsidR="009A6F93" w:rsidRDefault="009A6F93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9A6F93">
                          <w:rPr>
                            <w:rFonts w:eastAsiaTheme="minorHAnsi"/>
                            <w:caps/>
                            <w:color w:val="FFFFFF" w:themeColor="background1"/>
                            <w:kern w:val="2"/>
                            <w:sz w:val="32"/>
                            <w:szCs w:val="32"/>
                            <w:lang w:val="en-GB"/>
                            <w14:ligatures w14:val="standardContextual"/>
                          </w:rPr>
                          <w:t xml:space="preserve">YEAR </w:t>
                        </w:r>
                        <w:r>
                          <w:rPr>
                            <w:rFonts w:eastAsiaTheme="minorHAnsi"/>
                            <w:caps/>
                            <w:color w:val="FFFFFF" w:themeColor="background1"/>
                            <w:kern w:val="2"/>
                            <w:sz w:val="32"/>
                            <w:szCs w:val="32"/>
                            <w:lang w:val="en-GB"/>
                            <w14:ligatures w14:val="standardContextual"/>
                          </w:rPr>
                          <w:t>2</w:t>
                        </w:r>
                        <w:r w:rsidRPr="009A6F93">
                          <w:rPr>
                            <w:rFonts w:eastAsiaTheme="minorHAnsi"/>
                            <w:caps/>
                            <w:color w:val="FFFFFF" w:themeColor="background1"/>
                            <w:kern w:val="2"/>
                            <w:sz w:val="32"/>
                            <w:szCs w:val="32"/>
                            <w:lang w:val="en-GB"/>
                            <w14:ligatures w14:val="standardContextual"/>
                          </w:rPr>
                          <w:t xml:space="preserve"> SUSTAINABILITY CURRICULUM OVERVIEW 2026-27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0791733">
    <w:abstractNumId w:val="8"/>
  </w:num>
  <w:num w:numId="2" w16cid:durableId="754278800">
    <w:abstractNumId w:val="6"/>
  </w:num>
  <w:num w:numId="3" w16cid:durableId="15083224">
    <w:abstractNumId w:val="5"/>
  </w:num>
  <w:num w:numId="4" w16cid:durableId="528690777">
    <w:abstractNumId w:val="4"/>
  </w:num>
  <w:num w:numId="5" w16cid:durableId="1098594980">
    <w:abstractNumId w:val="7"/>
  </w:num>
  <w:num w:numId="6" w16cid:durableId="1137994456">
    <w:abstractNumId w:val="3"/>
  </w:num>
  <w:num w:numId="7" w16cid:durableId="2037465827">
    <w:abstractNumId w:val="2"/>
  </w:num>
  <w:num w:numId="8" w16cid:durableId="911625784">
    <w:abstractNumId w:val="1"/>
  </w:num>
  <w:num w:numId="9" w16cid:durableId="99976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55F8"/>
    <w:rsid w:val="00326F90"/>
    <w:rsid w:val="006474BE"/>
    <w:rsid w:val="00767C4A"/>
    <w:rsid w:val="009A6F93"/>
    <w:rsid w:val="00AA1D8D"/>
    <w:rsid w:val="00B47730"/>
    <w:rsid w:val="00CB0664"/>
    <w:rsid w:val="00DD1674"/>
    <w:rsid w:val="00E006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D99B65"/>
  <w14:defaultImageDpi w14:val="300"/>
  <w15:docId w15:val="{9325CB07-ADF8-4455-80AA-454DF095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SUSTAINABILITY CURRICULUM OVERVIEW 2026-27</dc:title>
  <dc:subject/>
  <dc:creator>python-docx</dc:creator>
  <cp:keywords/>
  <dc:description>generated by python-docx</dc:description>
  <cp:lastModifiedBy>Dominic Sedgwick</cp:lastModifiedBy>
  <cp:revision>3</cp:revision>
  <dcterms:created xsi:type="dcterms:W3CDTF">2026-05-29T12:52:00Z</dcterms:created>
  <dcterms:modified xsi:type="dcterms:W3CDTF">2026-06-06T08:12:00Z</dcterms:modified>
  <cp:category/>
</cp:coreProperties>
</file>