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BBD1" w14:textId="77777777" w:rsidR="00711832" w:rsidRDefault="00803BB0">
      <w:pPr>
        <w:jc w:val="center"/>
      </w:pPr>
      <w:r>
        <w:rPr>
          <w:noProof/>
        </w:rPr>
        <w:drawing>
          <wp:inline distT="0" distB="0" distL="0" distR="0" wp14:anchorId="0A2FD716" wp14:editId="62E95515">
            <wp:extent cx="2158365" cy="2158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78eba3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081C" w14:textId="77777777" w:rsidR="00711832" w:rsidRPr="00870588" w:rsidRDefault="00803BB0">
      <w:pPr>
        <w:pStyle w:val="Heading1"/>
        <w:jc w:val="center"/>
        <w:rPr>
          <w:rFonts w:ascii="Letter-join Basic 40" w:hAnsi="Letter-join Basic 40"/>
        </w:rPr>
      </w:pPr>
      <w:r w:rsidRPr="00870588">
        <w:rPr>
          <w:rFonts w:ascii="Letter-join Basic 40" w:hAnsi="Letter-join Basic 40"/>
        </w:rPr>
        <w:t>Pupil Action Group Presents:</w:t>
      </w:r>
    </w:p>
    <w:p w14:paraId="4232E314" w14:textId="77777777" w:rsidR="00711832" w:rsidRPr="00AC690E" w:rsidRDefault="00803BB0">
      <w:pPr>
        <w:jc w:val="center"/>
        <w:rPr>
          <w:rFonts w:ascii="Letter-join Basic 40" w:hAnsi="Letter-join Basic 40"/>
          <w:sz w:val="24"/>
          <w:szCs w:val="24"/>
        </w:rPr>
      </w:pPr>
      <w:r w:rsidRPr="00AC690E">
        <w:rPr>
          <w:rFonts w:ascii="Letter-join Basic 40" w:hAnsi="Letter-join Basic 40"/>
          <w:sz w:val="24"/>
          <w:szCs w:val="24"/>
        </w:rPr>
        <w:t>Our Voice, Our School</w:t>
      </w:r>
    </w:p>
    <w:p w14:paraId="310FDEF1" w14:textId="77777777" w:rsidR="00711832" w:rsidRPr="00AC690E" w:rsidRDefault="00803BB0">
      <w:pPr>
        <w:rPr>
          <w:rFonts w:ascii="Letter-join Basic 40" w:hAnsi="Letter-join Basic 40"/>
          <w:sz w:val="24"/>
          <w:szCs w:val="24"/>
        </w:rPr>
      </w:pPr>
      <w:r w:rsidRPr="00AC690E">
        <w:rPr>
          <w:rFonts w:ascii="Letter-join Basic 40" w:hAnsi="Letter-join Basic 40"/>
          <w:b/>
          <w:sz w:val="24"/>
          <w:szCs w:val="24"/>
        </w:rPr>
        <w:t>We’ve had our first meeting — and the ideas are in!</w:t>
      </w:r>
      <w:r w:rsidRPr="00AC690E">
        <w:rPr>
          <w:rFonts w:ascii="Letter-join Basic 40" w:hAnsi="Letter-join Basic 40"/>
          <w:b/>
          <w:sz w:val="24"/>
          <w:szCs w:val="24"/>
        </w:rPr>
        <w:br/>
      </w:r>
      <w:r w:rsidRPr="00AC690E">
        <w:rPr>
          <w:rFonts w:ascii="Letter-join Basic 40" w:hAnsi="Letter-join Basic 40"/>
          <w:sz w:val="24"/>
          <w:szCs w:val="24"/>
        </w:rPr>
        <w:t>Let’s come together to support Children in Need with two exciting events:</w:t>
      </w:r>
    </w:p>
    <w:p w14:paraId="1BFC98C2" w14:textId="77777777" w:rsidR="00711832" w:rsidRPr="00AC690E" w:rsidRDefault="00803BB0">
      <w:pPr>
        <w:rPr>
          <w:rFonts w:ascii="Letter-join Basic 40" w:hAnsi="Letter-join Basic 40"/>
          <w:sz w:val="24"/>
          <w:szCs w:val="24"/>
        </w:rPr>
      </w:pPr>
      <w:r w:rsidRPr="00E807CB">
        <w:rPr>
          <w:rFonts w:ascii="Segoe UI Emoji" w:hAnsi="Segoe UI Emoji" w:cs="Segoe UI Emoji"/>
          <w:b/>
          <w:sz w:val="48"/>
          <w:szCs w:val="48"/>
        </w:rPr>
        <w:t>👕</w:t>
      </w:r>
      <w:r w:rsidRPr="00E807CB">
        <w:rPr>
          <w:rFonts w:ascii="Letter-join Basic 40" w:hAnsi="Letter-join Basic 40"/>
          <w:b/>
          <w:sz w:val="48"/>
          <w:szCs w:val="48"/>
        </w:rPr>
        <w:t xml:space="preserve"> </w:t>
      </w:r>
      <w:r w:rsidRPr="00AC690E">
        <w:rPr>
          <w:rFonts w:ascii="Letter-join Basic 40" w:hAnsi="Letter-join Basic 40"/>
          <w:b/>
          <w:sz w:val="24"/>
          <w:szCs w:val="24"/>
        </w:rPr>
        <w:t>Non-Uniform Day – Embrace the Theme of 25!</w:t>
      </w:r>
      <w:r w:rsidRPr="00AC690E">
        <w:rPr>
          <w:rFonts w:ascii="Letter-join Basic 40" w:hAnsi="Letter-join Basic 40"/>
          <w:b/>
          <w:sz w:val="24"/>
          <w:szCs w:val="24"/>
        </w:rPr>
        <w:br/>
      </w:r>
      <w:r w:rsidRPr="00AC690E">
        <w:rPr>
          <w:rFonts w:ascii="Letter-join Basic 40" w:hAnsi="Letter-join Basic 40"/>
          <w:sz w:val="24"/>
          <w:szCs w:val="24"/>
        </w:rPr>
        <w:t xml:space="preserve">Wear something fun that </w:t>
      </w:r>
      <w:r w:rsidRPr="00AC690E">
        <w:rPr>
          <w:rFonts w:ascii="Letter-join Basic 40" w:hAnsi="Letter-join Basic 40"/>
          <w:sz w:val="24"/>
          <w:szCs w:val="24"/>
        </w:rPr>
        <w:t>celebrates the number 25 — spots, stripes, accessories, or colours!</w:t>
      </w:r>
    </w:p>
    <w:p w14:paraId="0A4CA9A3" w14:textId="55ED9B55" w:rsidR="00711832" w:rsidRPr="00AC690E" w:rsidRDefault="00803BB0">
      <w:pPr>
        <w:rPr>
          <w:rFonts w:ascii="Letter-join Basic 40" w:hAnsi="Letter-join Basic 40"/>
          <w:sz w:val="24"/>
          <w:szCs w:val="24"/>
        </w:rPr>
      </w:pPr>
      <w:r w:rsidRPr="00E807CB">
        <w:rPr>
          <w:rFonts w:ascii="Segoe UI Emoji" w:hAnsi="Segoe UI Emoji" w:cs="Segoe UI Emoji"/>
          <w:b/>
          <w:sz w:val="48"/>
          <w:szCs w:val="48"/>
        </w:rPr>
        <w:t>🏃</w:t>
      </w:r>
      <w:r w:rsidRPr="00E807CB">
        <w:rPr>
          <w:rFonts w:ascii="Letter-join Basic 40" w:hAnsi="Letter-join Basic 40"/>
          <w:b/>
          <w:sz w:val="48"/>
          <w:szCs w:val="48"/>
        </w:rPr>
        <w:t xml:space="preserve"> </w:t>
      </w:r>
      <w:r w:rsidRPr="00AC690E">
        <w:rPr>
          <w:rFonts w:ascii="Letter-join Basic 40" w:hAnsi="Letter-join Basic 40"/>
          <w:b/>
          <w:sz w:val="24"/>
          <w:szCs w:val="24"/>
        </w:rPr>
        <w:t>Sponsored Playground Challenge – 25 Laps!</w:t>
      </w:r>
      <w:r w:rsidRPr="00AC690E">
        <w:rPr>
          <w:rFonts w:ascii="Letter-join Basic 40" w:hAnsi="Letter-join Basic 40"/>
          <w:b/>
          <w:sz w:val="24"/>
          <w:szCs w:val="24"/>
        </w:rPr>
        <w:br/>
      </w:r>
      <w:r w:rsidRPr="00AC690E">
        <w:rPr>
          <w:rFonts w:ascii="Letter-join Basic 40" w:hAnsi="Letter-join Basic 40"/>
          <w:sz w:val="24"/>
          <w:szCs w:val="24"/>
        </w:rPr>
        <w:t>Join us as we run, walk, or skip 25 laps around the playground to raise money for a great cause.</w:t>
      </w:r>
      <w:r w:rsidR="00307941">
        <w:rPr>
          <w:rFonts w:ascii="Letter-join Basic 40" w:hAnsi="Letter-join Basic 40"/>
          <w:sz w:val="24"/>
          <w:szCs w:val="24"/>
        </w:rPr>
        <w:t xml:space="preserve"> Sponsorship forma are attached.</w:t>
      </w:r>
    </w:p>
    <w:p w14:paraId="3E00E401" w14:textId="5951BB5A" w:rsidR="00711832" w:rsidRPr="00AC690E" w:rsidRDefault="00803BB0" w:rsidP="00307941">
      <w:pPr>
        <w:jc w:val="center"/>
        <w:rPr>
          <w:rFonts w:ascii="Letter-join Basic 40" w:hAnsi="Letter-join Basic 40"/>
          <w:sz w:val="24"/>
          <w:szCs w:val="24"/>
        </w:rPr>
      </w:pPr>
      <w:r w:rsidRPr="00E807CB">
        <w:rPr>
          <w:rFonts w:ascii="Segoe UI Emoji" w:hAnsi="Segoe UI Emoji" w:cs="Segoe UI Emoji"/>
          <w:i/>
          <w:sz w:val="48"/>
          <w:szCs w:val="48"/>
        </w:rPr>
        <w:t>📅</w:t>
      </w:r>
      <w:r w:rsidRPr="00E807CB">
        <w:rPr>
          <w:rFonts w:ascii="Letter-join Basic 40" w:hAnsi="Letter-join Basic 40"/>
          <w:i/>
          <w:sz w:val="48"/>
          <w:szCs w:val="48"/>
        </w:rPr>
        <w:t xml:space="preserve"> </w:t>
      </w:r>
      <w:r w:rsidRPr="00803BB0">
        <w:rPr>
          <w:rFonts w:ascii="Letter-join Basic 40" w:hAnsi="Letter-join Basic 40"/>
          <w:b/>
          <w:bCs/>
          <w:i/>
          <w:sz w:val="28"/>
          <w:szCs w:val="28"/>
        </w:rPr>
        <w:t>Event</w:t>
      </w:r>
      <w:r w:rsidRPr="00803BB0">
        <w:rPr>
          <w:rFonts w:ascii="Letter-join Basic 40" w:hAnsi="Letter-join Basic 40"/>
          <w:b/>
          <w:bCs/>
          <w:i/>
          <w:sz w:val="28"/>
          <w:szCs w:val="28"/>
        </w:rPr>
        <w:t>:</w:t>
      </w:r>
      <w:r w:rsidR="00183B7F" w:rsidRPr="00803BB0">
        <w:rPr>
          <w:rFonts w:ascii="Letter-join Basic 40" w:hAnsi="Letter-join Basic 40"/>
          <w:b/>
          <w:bCs/>
          <w:i/>
          <w:sz w:val="28"/>
          <w:szCs w:val="28"/>
        </w:rPr>
        <w:t xml:space="preserve"> Friday 14</w:t>
      </w:r>
      <w:r w:rsidR="00183B7F" w:rsidRPr="00803BB0">
        <w:rPr>
          <w:rFonts w:ascii="Letter-join Basic 40" w:hAnsi="Letter-join Basic 40"/>
          <w:b/>
          <w:bCs/>
          <w:i/>
          <w:sz w:val="28"/>
          <w:szCs w:val="28"/>
          <w:vertAlign w:val="superscript"/>
        </w:rPr>
        <w:t>th</w:t>
      </w:r>
      <w:r w:rsidR="00183B7F" w:rsidRPr="00803BB0">
        <w:rPr>
          <w:rFonts w:ascii="Letter-join Basic 40" w:hAnsi="Letter-join Basic 40"/>
          <w:b/>
          <w:bCs/>
          <w:i/>
          <w:sz w:val="28"/>
          <w:szCs w:val="28"/>
        </w:rPr>
        <w:t xml:space="preserve"> November</w:t>
      </w:r>
      <w:r w:rsidRPr="00803BB0">
        <w:rPr>
          <w:rFonts w:ascii="Segoe UI Emoji" w:hAnsi="Segoe UI Emoji" w:cs="Segoe UI Emoji"/>
          <w:i/>
          <w:sz w:val="48"/>
          <w:szCs w:val="48"/>
        </w:rPr>
        <w:t xml:space="preserve"> </w:t>
      </w:r>
      <w:r w:rsidRPr="00E807CB">
        <w:rPr>
          <w:rFonts w:ascii="Segoe UI Emoji" w:hAnsi="Segoe UI Emoji" w:cs="Segoe UI Emoji"/>
          <w:i/>
          <w:sz w:val="48"/>
          <w:szCs w:val="48"/>
        </w:rPr>
        <w:t>📅</w:t>
      </w:r>
    </w:p>
    <w:p w14:paraId="4C9BA5AE" w14:textId="202B59B2" w:rsidR="00711832" w:rsidRPr="00E807CB" w:rsidRDefault="00803BB0" w:rsidP="00803BB0">
      <w:pPr>
        <w:jc w:val="center"/>
        <w:rPr>
          <w:rFonts w:ascii="Letter-join Basic 40" w:hAnsi="Letter-join Basic 40"/>
          <w:sz w:val="32"/>
          <w:szCs w:val="32"/>
        </w:rPr>
      </w:pPr>
      <w:r w:rsidRPr="00AC690E">
        <w:rPr>
          <w:rFonts w:ascii="Letter-join Basic 40" w:hAnsi="Letter-join Basic 40"/>
          <w:b/>
          <w:sz w:val="24"/>
          <w:szCs w:val="24"/>
        </w:rPr>
        <w:t>Let’s sh</w:t>
      </w:r>
      <w:r w:rsidRPr="00AC690E">
        <w:rPr>
          <w:rFonts w:ascii="Letter-join Basic 40" w:hAnsi="Letter-join Basic 40"/>
          <w:b/>
          <w:sz w:val="24"/>
          <w:szCs w:val="24"/>
        </w:rPr>
        <w:t>ow how pupil voice can make a real difference!</w:t>
      </w:r>
      <w:r w:rsidRPr="00AC690E">
        <w:rPr>
          <w:rFonts w:ascii="Letter-join Basic 40" w:hAnsi="Letter-join Basic 40"/>
          <w:b/>
          <w:sz w:val="24"/>
          <w:szCs w:val="24"/>
        </w:rPr>
        <w:br/>
      </w:r>
      <w:r w:rsidRPr="00E807CB">
        <w:rPr>
          <w:rFonts w:ascii="Segoe UI Emoji" w:hAnsi="Segoe UI Emoji" w:cs="Segoe UI Emoji"/>
          <w:sz w:val="48"/>
          <w:szCs w:val="48"/>
        </w:rPr>
        <w:t>💛</w:t>
      </w:r>
      <w:r w:rsidRPr="00E807CB">
        <w:rPr>
          <w:rFonts w:ascii="Letter-join Basic 40" w:hAnsi="Letter-join Basic 40"/>
          <w:sz w:val="48"/>
          <w:szCs w:val="48"/>
        </w:rPr>
        <w:t xml:space="preserve"> </w:t>
      </w:r>
      <w:r w:rsidRPr="00E807CB">
        <w:rPr>
          <w:rFonts w:ascii="Letter-join Basic 40" w:hAnsi="Letter-join Basic 40"/>
          <w:sz w:val="28"/>
          <w:szCs w:val="28"/>
        </w:rPr>
        <w:t>Together, we can help Children in Need!</w:t>
      </w:r>
      <w:r>
        <w:rPr>
          <w:rFonts w:ascii="Letter-join Basic 40" w:hAnsi="Letter-join Basic 40"/>
          <w:sz w:val="28"/>
          <w:szCs w:val="28"/>
        </w:rPr>
        <w:t xml:space="preserve"> </w:t>
      </w:r>
      <w:r w:rsidRPr="00E807CB">
        <w:rPr>
          <w:rFonts w:ascii="Segoe UI Emoji" w:hAnsi="Segoe UI Emoji" w:cs="Segoe UI Emoji"/>
          <w:sz w:val="48"/>
          <w:szCs w:val="48"/>
        </w:rPr>
        <w:t>💛</w:t>
      </w:r>
    </w:p>
    <w:sectPr w:rsidR="00711832" w:rsidRPr="00E807C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etter-join Basic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83B7F"/>
    <w:rsid w:val="0029639D"/>
    <w:rsid w:val="00307941"/>
    <w:rsid w:val="00326F90"/>
    <w:rsid w:val="00711832"/>
    <w:rsid w:val="00744506"/>
    <w:rsid w:val="00803BB0"/>
    <w:rsid w:val="00870588"/>
    <w:rsid w:val="00AA1D8D"/>
    <w:rsid w:val="00AC690E"/>
    <w:rsid w:val="00B47730"/>
    <w:rsid w:val="00CB0664"/>
    <w:rsid w:val="00E807C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496FF"/>
  <w14:defaultImageDpi w14:val="300"/>
  <w15:docId w15:val="{C121AB23-5CD8-4B9B-A420-BD2C8B20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5A6D47D12F844B663B9340261527A" ma:contentTypeVersion="18" ma:contentTypeDescription="Create a new document." ma:contentTypeScope="" ma:versionID="90e7487e3a442e4e33ccfdd09cd6bde7">
  <xsd:schema xmlns:xsd="http://www.w3.org/2001/XMLSchema" xmlns:xs="http://www.w3.org/2001/XMLSchema" xmlns:p="http://schemas.microsoft.com/office/2006/metadata/properties" xmlns:ns3="3e8f6df0-411d-489e-8ddd-7bed81b089b0" xmlns:ns4="41ae10e0-c06f-45eb-9412-9dd2378cde81" targetNamespace="http://schemas.microsoft.com/office/2006/metadata/properties" ma:root="true" ma:fieldsID="568438cd81a3ea39148f3efdff42a016" ns3:_="" ns4:_="">
    <xsd:import namespace="3e8f6df0-411d-489e-8ddd-7bed81b089b0"/>
    <xsd:import namespace="41ae10e0-c06f-45eb-9412-9dd2378cde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f6df0-411d-489e-8ddd-7bed81b08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e10e0-c06f-45eb-9412-9dd2378cde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8f6df0-411d-489e-8ddd-7bed81b089b0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088DA1-4243-4A6F-8452-48D87943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f6df0-411d-489e-8ddd-7bed81b089b0"/>
    <ds:schemaRef ds:uri="41ae10e0-c06f-45eb-9412-9dd2378cd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8433C3-2006-418E-900E-B20258B978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C17E67-BA56-4A17-AC33-47D3A6EE23D3}">
  <ds:schemaRefs>
    <ds:schemaRef ds:uri="http://schemas.microsoft.com/office/2006/metadata/properties"/>
    <ds:schemaRef ds:uri="http://schemas.microsoft.com/office/infopath/2007/PartnerControls"/>
    <ds:schemaRef ds:uri="3e8f6df0-411d-489e-8ddd-7bed81b089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517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Claire Arthur</cp:lastModifiedBy>
  <cp:revision>8</cp:revision>
  <dcterms:created xsi:type="dcterms:W3CDTF">2025-10-21T11:35:00Z</dcterms:created>
  <dcterms:modified xsi:type="dcterms:W3CDTF">2025-10-21T11:41:00Z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0x0101003435A6D47D12F844B663B9340261527A</vt:lpwstr>
  </property>
</Properties>
</file>