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9D1" w:rsidRDefault="009729D1" w:rsidP="009729D1">
      <w:pPr>
        <w:spacing w:after="0" w:line="257" w:lineRule="auto"/>
        <w:ind w:left="4510" w:right="4455"/>
      </w:pPr>
      <w:r>
        <w:rPr>
          <w:rFonts w:ascii="Calibri" w:eastAsia="Calibri" w:hAnsi="Calibri" w:cs="Calibri"/>
          <w:b/>
          <w:sz w:val="24"/>
        </w:rPr>
        <w:t xml:space="preserve"> </w:t>
      </w:r>
      <w:r>
        <w:rPr>
          <w:b/>
          <w:color w:val="2F5496"/>
        </w:rPr>
        <w:t xml:space="preserve"> </w:t>
      </w:r>
    </w:p>
    <w:p w:rsidR="009729D1" w:rsidRDefault="009729D1" w:rsidP="009729D1">
      <w:pPr>
        <w:spacing w:after="481" w:line="259" w:lineRule="auto"/>
        <w:ind w:left="1090"/>
      </w:pPr>
      <w:r>
        <w:rPr>
          <w:rFonts w:ascii="Calibri" w:eastAsia="Calibri" w:hAnsi="Calibri" w:cs="Calibri"/>
          <w:noProof/>
        </w:rPr>
        <mc:AlternateContent>
          <mc:Choice Requires="wpg">
            <w:drawing>
              <wp:inline distT="0" distB="0" distL="0" distR="0" wp14:anchorId="275D8FEB" wp14:editId="4B670077">
                <wp:extent cx="4406900" cy="4513406"/>
                <wp:effectExtent l="0" t="0" r="0" b="0"/>
                <wp:docPr id="16244" name="Group 16244"/>
                <wp:cNvGraphicFramePr/>
                <a:graphic xmlns:a="http://schemas.openxmlformats.org/drawingml/2006/main">
                  <a:graphicData uri="http://schemas.microsoft.com/office/word/2010/wordprocessingGroup">
                    <wpg:wgp>
                      <wpg:cNvGrpSpPr/>
                      <wpg:grpSpPr>
                        <a:xfrm>
                          <a:off x="0" y="0"/>
                          <a:ext cx="4406900" cy="4513406"/>
                          <a:chOff x="0" y="0"/>
                          <a:chExt cx="4406900" cy="4513406"/>
                        </a:xfrm>
                      </wpg:grpSpPr>
                      <pic:pic xmlns:pic="http://schemas.openxmlformats.org/drawingml/2006/picture">
                        <pic:nvPicPr>
                          <pic:cNvPr id="7" name="Picture 7"/>
                          <pic:cNvPicPr/>
                        </pic:nvPicPr>
                        <pic:blipFill>
                          <a:blip r:embed="rId6"/>
                          <a:stretch>
                            <a:fillRect/>
                          </a:stretch>
                        </pic:blipFill>
                        <pic:spPr>
                          <a:xfrm>
                            <a:off x="0" y="0"/>
                            <a:ext cx="4406900" cy="4406900"/>
                          </a:xfrm>
                          <a:prstGeom prst="rect">
                            <a:avLst/>
                          </a:prstGeom>
                        </pic:spPr>
                      </pic:pic>
                      <wps:wsp>
                        <wps:cNvPr id="14" name="Rectangle 14"/>
                        <wps:cNvSpPr/>
                        <wps:spPr>
                          <a:xfrm>
                            <a:off x="2172081" y="1201574"/>
                            <a:ext cx="76010" cy="334175"/>
                          </a:xfrm>
                          <a:prstGeom prst="rect">
                            <a:avLst/>
                          </a:prstGeom>
                          <a:ln>
                            <a:noFill/>
                          </a:ln>
                        </wps:spPr>
                        <wps:txbx>
                          <w:txbxContent>
                            <w:p w:rsidR="009729D1" w:rsidRDefault="009729D1" w:rsidP="009729D1">
                              <w:pPr>
                                <w:spacing w:after="160" w:line="259" w:lineRule="auto"/>
                              </w:pPr>
                              <w:r>
                                <w:rPr>
                                  <w:rFonts w:ascii="Berlin Sans FB" w:eastAsia="Berlin Sans FB" w:hAnsi="Berlin Sans FB" w:cs="Berlin Sans FB"/>
                                  <w:sz w:val="36"/>
                                </w:rPr>
                                <w:t xml:space="preserve"> </w:t>
                              </w:r>
                            </w:p>
                          </w:txbxContent>
                        </wps:txbx>
                        <wps:bodyPr horzOverflow="overflow" vert="horz" lIns="0" tIns="0" rIns="0" bIns="0" rtlCol="0">
                          <a:noAutofit/>
                        </wps:bodyPr>
                      </wps:wsp>
                      <wps:wsp>
                        <wps:cNvPr id="15" name="Rectangle 15"/>
                        <wps:cNvSpPr/>
                        <wps:spPr>
                          <a:xfrm>
                            <a:off x="2172081" y="1757833"/>
                            <a:ext cx="76010" cy="334175"/>
                          </a:xfrm>
                          <a:prstGeom prst="rect">
                            <a:avLst/>
                          </a:prstGeom>
                          <a:ln>
                            <a:noFill/>
                          </a:ln>
                        </wps:spPr>
                        <wps:txbx>
                          <w:txbxContent>
                            <w:p w:rsidR="009729D1" w:rsidRDefault="009729D1" w:rsidP="009729D1">
                              <w:pPr>
                                <w:spacing w:after="160" w:line="259" w:lineRule="auto"/>
                              </w:pPr>
                              <w:r>
                                <w:rPr>
                                  <w:rFonts w:ascii="Berlin Sans FB" w:eastAsia="Berlin Sans FB" w:hAnsi="Berlin Sans FB" w:cs="Berlin Sans FB"/>
                                  <w:sz w:val="36"/>
                                </w:rPr>
                                <w:t xml:space="preserve"> </w:t>
                              </w:r>
                            </w:p>
                          </w:txbxContent>
                        </wps:txbx>
                        <wps:bodyPr horzOverflow="overflow" vert="horz" lIns="0" tIns="0" rIns="0" bIns="0" rtlCol="0">
                          <a:noAutofit/>
                        </wps:bodyPr>
                      </wps:wsp>
                      <wps:wsp>
                        <wps:cNvPr id="16" name="Rectangle 16"/>
                        <wps:cNvSpPr/>
                        <wps:spPr>
                          <a:xfrm>
                            <a:off x="2172081" y="2314475"/>
                            <a:ext cx="76010" cy="334175"/>
                          </a:xfrm>
                          <a:prstGeom prst="rect">
                            <a:avLst/>
                          </a:prstGeom>
                          <a:ln>
                            <a:noFill/>
                          </a:ln>
                        </wps:spPr>
                        <wps:txbx>
                          <w:txbxContent>
                            <w:p w:rsidR="009729D1" w:rsidRDefault="009729D1" w:rsidP="009729D1">
                              <w:pPr>
                                <w:spacing w:after="160" w:line="259" w:lineRule="auto"/>
                              </w:pPr>
                              <w:r>
                                <w:rPr>
                                  <w:rFonts w:ascii="Berlin Sans FB" w:eastAsia="Berlin Sans FB" w:hAnsi="Berlin Sans FB" w:cs="Berlin Sans FB"/>
                                  <w:sz w:val="36"/>
                                </w:rPr>
                                <w:t xml:space="preserve"> </w:t>
                              </w:r>
                            </w:p>
                          </w:txbxContent>
                        </wps:txbx>
                        <wps:bodyPr horzOverflow="overflow" vert="horz" lIns="0" tIns="0" rIns="0" bIns="0" rtlCol="0">
                          <a:noAutofit/>
                        </wps:bodyPr>
                      </wps:wsp>
                      <wps:wsp>
                        <wps:cNvPr id="17" name="Rectangle 17"/>
                        <wps:cNvSpPr/>
                        <wps:spPr>
                          <a:xfrm>
                            <a:off x="2172081" y="2644443"/>
                            <a:ext cx="65888" cy="264422"/>
                          </a:xfrm>
                          <a:prstGeom prst="rect">
                            <a:avLst/>
                          </a:prstGeom>
                          <a:ln>
                            <a:noFill/>
                          </a:ln>
                        </wps:spPr>
                        <wps:txbx>
                          <w:txbxContent>
                            <w:p w:rsidR="009729D1" w:rsidRDefault="009729D1" w:rsidP="009729D1">
                              <w:pPr>
                                <w:spacing w:after="160" w:line="259" w:lineRule="auto"/>
                              </w:pPr>
                              <w:r>
                                <w:rPr>
                                  <w:b/>
                                  <w:sz w:val="28"/>
                                </w:rPr>
                                <w:t xml:space="preserve"> </w:t>
                              </w:r>
                            </w:p>
                          </w:txbxContent>
                        </wps:txbx>
                        <wps:bodyPr horzOverflow="overflow" vert="horz" lIns="0" tIns="0" rIns="0" bIns="0" rtlCol="0">
                          <a:noAutofit/>
                        </wps:bodyPr>
                      </wps:wsp>
                      <wps:wsp>
                        <wps:cNvPr id="18" name="Rectangle 18"/>
                        <wps:cNvSpPr/>
                        <wps:spPr>
                          <a:xfrm>
                            <a:off x="2172081" y="3151150"/>
                            <a:ext cx="76010" cy="334175"/>
                          </a:xfrm>
                          <a:prstGeom prst="rect">
                            <a:avLst/>
                          </a:prstGeom>
                          <a:ln>
                            <a:noFill/>
                          </a:ln>
                        </wps:spPr>
                        <wps:txbx>
                          <w:txbxContent>
                            <w:p w:rsidR="009729D1" w:rsidRDefault="009729D1" w:rsidP="009729D1">
                              <w:pPr>
                                <w:spacing w:after="160" w:line="259" w:lineRule="auto"/>
                              </w:pPr>
                              <w:r>
                                <w:rPr>
                                  <w:rFonts w:ascii="Berlin Sans FB" w:eastAsia="Berlin Sans FB" w:hAnsi="Berlin Sans FB" w:cs="Berlin Sans FB"/>
                                  <w:sz w:val="36"/>
                                </w:rPr>
                                <w:t xml:space="preserve"> </w:t>
                              </w:r>
                            </w:p>
                          </w:txbxContent>
                        </wps:txbx>
                        <wps:bodyPr horzOverflow="overflow" vert="horz" lIns="0" tIns="0" rIns="0" bIns="0" rtlCol="0">
                          <a:noAutofit/>
                        </wps:bodyPr>
                      </wps:wsp>
                      <wps:wsp>
                        <wps:cNvPr id="19" name="Rectangle 19"/>
                        <wps:cNvSpPr/>
                        <wps:spPr>
                          <a:xfrm>
                            <a:off x="2172081" y="3705887"/>
                            <a:ext cx="76010" cy="334175"/>
                          </a:xfrm>
                          <a:prstGeom prst="rect">
                            <a:avLst/>
                          </a:prstGeom>
                          <a:ln>
                            <a:noFill/>
                          </a:ln>
                        </wps:spPr>
                        <wps:txbx>
                          <w:txbxContent>
                            <w:p w:rsidR="009729D1" w:rsidRDefault="009729D1" w:rsidP="009729D1">
                              <w:pPr>
                                <w:spacing w:after="160" w:line="259" w:lineRule="auto"/>
                              </w:pPr>
                              <w:r>
                                <w:rPr>
                                  <w:rFonts w:ascii="Berlin Sans FB" w:eastAsia="Berlin Sans FB" w:hAnsi="Berlin Sans FB" w:cs="Berlin Sans FB"/>
                                  <w:sz w:val="36"/>
                                </w:rPr>
                                <w:t xml:space="preserve"> </w:t>
                              </w:r>
                            </w:p>
                          </w:txbxContent>
                        </wps:txbx>
                        <wps:bodyPr horzOverflow="overflow" vert="horz" lIns="0" tIns="0" rIns="0" bIns="0" rtlCol="0">
                          <a:noAutofit/>
                        </wps:bodyPr>
                      </wps:wsp>
                      <wps:wsp>
                        <wps:cNvPr id="20" name="Rectangle 20"/>
                        <wps:cNvSpPr/>
                        <wps:spPr>
                          <a:xfrm>
                            <a:off x="2172081" y="4262147"/>
                            <a:ext cx="76010" cy="334175"/>
                          </a:xfrm>
                          <a:prstGeom prst="rect">
                            <a:avLst/>
                          </a:prstGeom>
                          <a:ln>
                            <a:noFill/>
                          </a:ln>
                        </wps:spPr>
                        <wps:txbx>
                          <w:txbxContent>
                            <w:p w:rsidR="009729D1" w:rsidRDefault="009729D1" w:rsidP="009729D1">
                              <w:pPr>
                                <w:spacing w:after="160" w:line="259" w:lineRule="auto"/>
                              </w:pPr>
                              <w:r>
                                <w:rPr>
                                  <w:rFonts w:ascii="Berlin Sans FB" w:eastAsia="Berlin Sans FB" w:hAnsi="Berlin Sans FB" w:cs="Berlin Sans FB"/>
                                  <w:sz w:val="36"/>
                                </w:rPr>
                                <w:t xml:space="preserve"> </w:t>
                              </w:r>
                            </w:p>
                          </w:txbxContent>
                        </wps:txbx>
                        <wps:bodyPr horzOverflow="overflow" vert="horz" lIns="0" tIns="0" rIns="0" bIns="0" rtlCol="0">
                          <a:noAutofit/>
                        </wps:bodyPr>
                      </wps:wsp>
                    </wpg:wgp>
                  </a:graphicData>
                </a:graphic>
              </wp:inline>
            </w:drawing>
          </mc:Choice>
          <mc:Fallback>
            <w:pict>
              <v:group w14:anchorId="275D8FEB" id="Group 16244" o:spid="_x0000_s1026" style="width:347pt;height:355.4pt;mso-position-horizontal-relative:char;mso-position-vertical-relative:line" coordsize="44069,45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44069;height:44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">
                  <v:imagedata r:id="rId7" o:title=""/>
                </v:shape>
                <v:rect id="Rectangle 14" o:spid="_x0000_s1028" style="position:absolute;left:21720;top:12015;width:760;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9729D1" w:rsidRDefault="009729D1" w:rsidP="009729D1">
                        <w:pPr>
                          <w:spacing w:after="160" w:line="259" w:lineRule="auto"/>
                        </w:pPr>
                        <w:r>
                          <w:rPr>
                            <w:rFonts w:ascii="Berlin Sans FB" w:eastAsia="Berlin Sans FB" w:hAnsi="Berlin Sans FB" w:cs="Berlin Sans FB"/>
                            <w:sz w:val="36"/>
                          </w:rPr>
                          <w:t xml:space="preserve"> </w:t>
                        </w:r>
                      </w:p>
                    </w:txbxContent>
                  </v:textbox>
                </v:rect>
                <v:rect id="Rectangle 15" o:spid="_x0000_s1029" style="position:absolute;left:21720;top:17578;width:760;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9729D1" w:rsidRDefault="009729D1" w:rsidP="009729D1">
                        <w:pPr>
                          <w:spacing w:after="160" w:line="259" w:lineRule="auto"/>
                        </w:pPr>
                        <w:r>
                          <w:rPr>
                            <w:rFonts w:ascii="Berlin Sans FB" w:eastAsia="Berlin Sans FB" w:hAnsi="Berlin Sans FB" w:cs="Berlin Sans FB"/>
                            <w:sz w:val="36"/>
                          </w:rPr>
                          <w:t xml:space="preserve"> </w:t>
                        </w:r>
                      </w:p>
                    </w:txbxContent>
                  </v:textbox>
                </v:rect>
                <v:rect id="Rectangle 16" o:spid="_x0000_s1030" style="position:absolute;left:21720;top:23144;width:760;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9729D1" w:rsidRDefault="009729D1" w:rsidP="009729D1">
                        <w:pPr>
                          <w:spacing w:after="160" w:line="259" w:lineRule="auto"/>
                        </w:pPr>
                        <w:r>
                          <w:rPr>
                            <w:rFonts w:ascii="Berlin Sans FB" w:eastAsia="Berlin Sans FB" w:hAnsi="Berlin Sans FB" w:cs="Berlin Sans FB"/>
                            <w:sz w:val="36"/>
                          </w:rPr>
                          <w:t xml:space="preserve"> </w:t>
                        </w:r>
                      </w:p>
                    </w:txbxContent>
                  </v:textbox>
                </v:rect>
                <v:rect id="Rectangle 17" o:spid="_x0000_s1031" style="position:absolute;left:21720;top:26444;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9729D1" w:rsidRDefault="009729D1" w:rsidP="009729D1">
                        <w:pPr>
                          <w:spacing w:after="160" w:line="259" w:lineRule="auto"/>
                        </w:pPr>
                        <w:r>
                          <w:rPr>
                            <w:b/>
                            <w:sz w:val="28"/>
                          </w:rPr>
                          <w:t xml:space="preserve"> </w:t>
                        </w:r>
                      </w:p>
                    </w:txbxContent>
                  </v:textbox>
                </v:rect>
                <v:rect id="Rectangle 18" o:spid="_x0000_s1032" style="position:absolute;left:21720;top:31511;width:760;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9729D1" w:rsidRDefault="009729D1" w:rsidP="009729D1">
                        <w:pPr>
                          <w:spacing w:after="160" w:line="259" w:lineRule="auto"/>
                        </w:pPr>
                        <w:r>
                          <w:rPr>
                            <w:rFonts w:ascii="Berlin Sans FB" w:eastAsia="Berlin Sans FB" w:hAnsi="Berlin Sans FB" w:cs="Berlin Sans FB"/>
                            <w:sz w:val="36"/>
                          </w:rPr>
                          <w:t xml:space="preserve"> </w:t>
                        </w:r>
                      </w:p>
                    </w:txbxContent>
                  </v:textbox>
                </v:rect>
                <v:rect id="Rectangle 19" o:spid="_x0000_s1033" style="position:absolute;left:21720;top:37058;width:760;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9729D1" w:rsidRDefault="009729D1" w:rsidP="009729D1">
                        <w:pPr>
                          <w:spacing w:after="160" w:line="259" w:lineRule="auto"/>
                        </w:pPr>
                        <w:r>
                          <w:rPr>
                            <w:rFonts w:ascii="Berlin Sans FB" w:eastAsia="Berlin Sans FB" w:hAnsi="Berlin Sans FB" w:cs="Berlin Sans FB"/>
                            <w:sz w:val="36"/>
                          </w:rPr>
                          <w:t xml:space="preserve"> </w:t>
                        </w:r>
                      </w:p>
                    </w:txbxContent>
                  </v:textbox>
                </v:rect>
                <v:rect id="Rectangle 20" o:spid="_x0000_s1034" style="position:absolute;left:21720;top:42621;width:760;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9729D1" w:rsidRDefault="009729D1" w:rsidP="009729D1">
                        <w:pPr>
                          <w:spacing w:after="160" w:line="259" w:lineRule="auto"/>
                        </w:pPr>
                        <w:r>
                          <w:rPr>
                            <w:rFonts w:ascii="Berlin Sans FB" w:eastAsia="Berlin Sans FB" w:hAnsi="Berlin Sans FB" w:cs="Berlin Sans FB"/>
                            <w:sz w:val="36"/>
                          </w:rPr>
                          <w:t xml:space="preserve"> </w:t>
                        </w:r>
                      </w:p>
                    </w:txbxContent>
                  </v:textbox>
                </v:rect>
                <w10:anchorlock/>
              </v:group>
            </w:pict>
          </mc:Fallback>
        </mc:AlternateContent>
      </w:r>
    </w:p>
    <w:p w:rsidR="009729D1" w:rsidRDefault="009729D1" w:rsidP="009729D1">
      <w:pPr>
        <w:spacing w:after="362" w:line="238" w:lineRule="auto"/>
        <w:ind w:left="1570" w:hanging="1066"/>
        <w:jc w:val="center"/>
      </w:pPr>
      <w:r>
        <w:rPr>
          <w:rFonts w:ascii="Berlin Sans FB" w:eastAsia="Berlin Sans FB" w:hAnsi="Berlin Sans FB" w:cs="Berlin Sans FB"/>
          <w:sz w:val="36"/>
        </w:rPr>
        <w:t>Barring from the School Premises Policy</w:t>
      </w:r>
    </w:p>
    <w:p w:rsidR="009729D1" w:rsidRDefault="009729D1" w:rsidP="009729D1">
      <w:pPr>
        <w:spacing w:after="95" w:line="259" w:lineRule="auto"/>
        <w:ind w:left="55"/>
        <w:jc w:val="center"/>
      </w:pPr>
      <w:r>
        <w:rPr>
          <w:b/>
        </w:rPr>
        <w:t xml:space="preserve"> </w:t>
      </w:r>
    </w:p>
    <w:p w:rsidR="009729D1" w:rsidRDefault="009729D1" w:rsidP="009729D1">
      <w:pPr>
        <w:spacing w:after="79" w:line="259" w:lineRule="auto"/>
        <w:ind w:right="88"/>
        <w:jc w:val="center"/>
      </w:pPr>
      <w:r>
        <w:rPr>
          <w:b/>
          <w:sz w:val="24"/>
        </w:rPr>
        <w:t xml:space="preserve"> </w:t>
      </w:r>
    </w:p>
    <w:p w:rsidR="009729D1" w:rsidRDefault="009729D1" w:rsidP="009729D1">
      <w:pPr>
        <w:spacing w:after="76" w:line="259" w:lineRule="auto"/>
        <w:ind w:right="88"/>
        <w:jc w:val="center"/>
      </w:pPr>
      <w:r>
        <w:rPr>
          <w:color w:val="FF0000"/>
          <w:sz w:val="24"/>
        </w:rPr>
        <w:t xml:space="preserve"> </w:t>
      </w:r>
    </w:p>
    <w:p w:rsidR="009729D1" w:rsidRDefault="009729D1" w:rsidP="009729D1">
      <w:pPr>
        <w:spacing w:after="76" w:line="259" w:lineRule="auto"/>
        <w:ind w:right="88"/>
        <w:jc w:val="center"/>
      </w:pPr>
      <w:r>
        <w:rPr>
          <w:color w:val="FF0000"/>
          <w:sz w:val="24"/>
        </w:rPr>
        <w:t xml:space="preserve"> </w:t>
      </w:r>
    </w:p>
    <w:p w:rsidR="009729D1" w:rsidRDefault="009729D1" w:rsidP="009729D1">
      <w:pPr>
        <w:spacing w:after="27" w:line="259" w:lineRule="auto"/>
        <w:ind w:right="88"/>
        <w:jc w:val="center"/>
      </w:pPr>
      <w:r>
        <w:rPr>
          <w:color w:val="FF0000"/>
          <w:sz w:val="24"/>
        </w:rPr>
        <w:t xml:space="preserve"> </w:t>
      </w:r>
    </w:p>
    <w:tbl>
      <w:tblPr>
        <w:tblStyle w:val="TableGrid0"/>
        <w:tblW w:w="97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tblCellMar>
        <w:tblLook w:val="04A0" w:firstRow="1" w:lastRow="0" w:firstColumn="1" w:lastColumn="0" w:noHBand="0" w:noVBand="1"/>
      </w:tblPr>
      <w:tblGrid>
        <w:gridCol w:w="2306"/>
        <w:gridCol w:w="4435"/>
        <w:gridCol w:w="2981"/>
      </w:tblGrid>
      <w:tr w:rsidR="009729D1" w:rsidTr="00432A84">
        <w:trPr>
          <w:trHeight w:val="389"/>
        </w:trPr>
        <w:tc>
          <w:tcPr>
            <w:tcW w:w="2306" w:type="dxa"/>
            <w:shd w:val="clear" w:color="auto" w:fill="D8DFDE"/>
          </w:tcPr>
          <w:p w:rsidR="009729D1" w:rsidRPr="00466CE9" w:rsidRDefault="009729D1" w:rsidP="00432A84">
            <w:pPr>
              <w:spacing w:line="259" w:lineRule="auto"/>
              <w:ind w:left="108"/>
              <w:rPr>
                <w:rFonts w:ascii="Arial" w:hAnsi="Arial" w:cs="Arial"/>
              </w:rPr>
            </w:pPr>
            <w:r w:rsidRPr="00466CE9">
              <w:rPr>
                <w:rFonts w:ascii="Arial" w:hAnsi="Arial" w:cs="Arial"/>
                <w:b/>
              </w:rPr>
              <w:t xml:space="preserve">Approved by: </w:t>
            </w:r>
          </w:p>
        </w:tc>
        <w:tc>
          <w:tcPr>
            <w:tcW w:w="4435" w:type="dxa"/>
            <w:shd w:val="clear" w:color="auto" w:fill="D8DFDE"/>
          </w:tcPr>
          <w:p w:rsidR="009729D1" w:rsidRPr="00466CE9" w:rsidRDefault="009729D1" w:rsidP="00432A84">
            <w:pPr>
              <w:spacing w:line="259" w:lineRule="auto"/>
              <w:rPr>
                <w:rFonts w:ascii="Arial" w:hAnsi="Arial" w:cs="Arial"/>
                <w:b/>
              </w:rPr>
            </w:pPr>
            <w:r w:rsidRPr="00466CE9">
              <w:rPr>
                <w:rFonts w:ascii="Arial" w:hAnsi="Arial" w:cs="Arial"/>
                <w:b/>
              </w:rPr>
              <w:t>CEO</w:t>
            </w:r>
          </w:p>
        </w:tc>
        <w:tc>
          <w:tcPr>
            <w:tcW w:w="2981" w:type="dxa"/>
            <w:shd w:val="clear" w:color="auto" w:fill="D8DFDE"/>
          </w:tcPr>
          <w:p w:rsidR="009729D1" w:rsidRPr="00466CE9" w:rsidRDefault="009729D1" w:rsidP="00432A84">
            <w:pPr>
              <w:spacing w:line="259" w:lineRule="auto"/>
              <w:rPr>
                <w:rFonts w:ascii="Arial" w:hAnsi="Arial" w:cs="Arial"/>
              </w:rPr>
            </w:pPr>
            <w:r w:rsidRPr="00466CE9">
              <w:rPr>
                <w:rFonts w:ascii="Arial" w:hAnsi="Arial" w:cs="Arial"/>
                <w:b/>
              </w:rPr>
              <w:t>Adam Walsh</w:t>
            </w:r>
          </w:p>
        </w:tc>
      </w:tr>
      <w:tr w:rsidR="009729D1" w:rsidTr="00432A84">
        <w:trPr>
          <w:trHeight w:val="389"/>
        </w:trPr>
        <w:tc>
          <w:tcPr>
            <w:tcW w:w="2306" w:type="dxa"/>
            <w:shd w:val="clear" w:color="auto" w:fill="D8DFDE"/>
          </w:tcPr>
          <w:p w:rsidR="009729D1" w:rsidRPr="00466CE9" w:rsidRDefault="009729D1" w:rsidP="00432A84">
            <w:pPr>
              <w:spacing w:line="259" w:lineRule="auto"/>
              <w:ind w:left="108"/>
              <w:rPr>
                <w:rFonts w:ascii="Arial" w:hAnsi="Arial" w:cs="Arial"/>
                <w:b/>
              </w:rPr>
            </w:pPr>
          </w:p>
        </w:tc>
        <w:tc>
          <w:tcPr>
            <w:tcW w:w="4435" w:type="dxa"/>
            <w:shd w:val="clear" w:color="auto" w:fill="D8DFDE"/>
          </w:tcPr>
          <w:p w:rsidR="009729D1" w:rsidRPr="00466CE9" w:rsidRDefault="009729D1" w:rsidP="00432A84">
            <w:pPr>
              <w:spacing w:line="259" w:lineRule="auto"/>
              <w:rPr>
                <w:rFonts w:ascii="Arial" w:hAnsi="Arial" w:cs="Arial"/>
                <w:b/>
              </w:rPr>
            </w:pPr>
            <w:r w:rsidRPr="00466CE9">
              <w:rPr>
                <w:rFonts w:ascii="Arial" w:hAnsi="Arial" w:cs="Arial"/>
                <w:b/>
              </w:rPr>
              <w:t>COO</w:t>
            </w:r>
          </w:p>
        </w:tc>
        <w:tc>
          <w:tcPr>
            <w:tcW w:w="2981" w:type="dxa"/>
            <w:shd w:val="clear" w:color="auto" w:fill="D8DFDE"/>
          </w:tcPr>
          <w:p w:rsidR="009729D1" w:rsidRPr="00466CE9" w:rsidRDefault="009729D1" w:rsidP="00432A84">
            <w:pPr>
              <w:spacing w:line="259" w:lineRule="auto"/>
              <w:rPr>
                <w:rFonts w:ascii="Arial" w:hAnsi="Arial" w:cs="Arial"/>
                <w:b/>
              </w:rPr>
            </w:pPr>
            <w:r w:rsidRPr="00466CE9">
              <w:rPr>
                <w:rFonts w:ascii="Arial" w:hAnsi="Arial" w:cs="Arial"/>
                <w:b/>
              </w:rPr>
              <w:t>Amanda Dale</w:t>
            </w:r>
          </w:p>
        </w:tc>
      </w:tr>
      <w:tr w:rsidR="009729D1" w:rsidTr="00432A84">
        <w:trPr>
          <w:trHeight w:val="389"/>
        </w:trPr>
        <w:tc>
          <w:tcPr>
            <w:tcW w:w="2306" w:type="dxa"/>
            <w:shd w:val="clear" w:color="auto" w:fill="D8DFDE"/>
          </w:tcPr>
          <w:p w:rsidR="009729D1" w:rsidRPr="00466CE9" w:rsidRDefault="009729D1" w:rsidP="00432A84">
            <w:pPr>
              <w:spacing w:line="259" w:lineRule="auto"/>
              <w:ind w:left="108"/>
              <w:rPr>
                <w:rFonts w:ascii="Arial" w:hAnsi="Arial" w:cs="Arial"/>
                <w:b/>
              </w:rPr>
            </w:pPr>
          </w:p>
        </w:tc>
        <w:tc>
          <w:tcPr>
            <w:tcW w:w="4435" w:type="dxa"/>
            <w:shd w:val="clear" w:color="auto" w:fill="D8DFDE"/>
          </w:tcPr>
          <w:p w:rsidR="009729D1" w:rsidRPr="00466CE9" w:rsidRDefault="009729D1" w:rsidP="00432A84">
            <w:pPr>
              <w:spacing w:line="259" w:lineRule="auto"/>
              <w:rPr>
                <w:rFonts w:ascii="Arial" w:hAnsi="Arial" w:cs="Arial"/>
                <w:b/>
              </w:rPr>
            </w:pPr>
            <w:r w:rsidRPr="00466CE9">
              <w:rPr>
                <w:rFonts w:ascii="Arial" w:hAnsi="Arial" w:cs="Arial"/>
                <w:b/>
              </w:rPr>
              <w:t>MAT Board Director for Safeguarding</w:t>
            </w:r>
          </w:p>
        </w:tc>
        <w:tc>
          <w:tcPr>
            <w:tcW w:w="2981" w:type="dxa"/>
            <w:shd w:val="clear" w:color="auto" w:fill="D8DFDE"/>
          </w:tcPr>
          <w:p w:rsidR="009729D1" w:rsidRPr="00466CE9" w:rsidRDefault="009729D1" w:rsidP="00432A84">
            <w:pPr>
              <w:spacing w:line="259" w:lineRule="auto"/>
              <w:rPr>
                <w:rFonts w:ascii="Arial" w:hAnsi="Arial" w:cs="Arial"/>
                <w:b/>
              </w:rPr>
            </w:pPr>
            <w:r w:rsidRPr="00466CE9">
              <w:rPr>
                <w:rFonts w:ascii="Arial" w:hAnsi="Arial" w:cs="Arial"/>
                <w:b/>
              </w:rPr>
              <w:t>Marian Webb</w:t>
            </w:r>
          </w:p>
        </w:tc>
      </w:tr>
      <w:tr w:rsidR="009729D1" w:rsidTr="00432A84">
        <w:trPr>
          <w:trHeight w:val="440"/>
        </w:trPr>
        <w:tc>
          <w:tcPr>
            <w:tcW w:w="2306" w:type="dxa"/>
            <w:shd w:val="clear" w:color="auto" w:fill="D8DFDE"/>
          </w:tcPr>
          <w:p w:rsidR="009729D1" w:rsidRPr="00466CE9" w:rsidRDefault="009729D1" w:rsidP="00432A84">
            <w:pPr>
              <w:spacing w:line="259" w:lineRule="auto"/>
              <w:ind w:left="108"/>
              <w:rPr>
                <w:rFonts w:ascii="Arial" w:hAnsi="Arial" w:cs="Arial"/>
              </w:rPr>
            </w:pPr>
            <w:r w:rsidRPr="00466CE9">
              <w:rPr>
                <w:rFonts w:ascii="Arial" w:hAnsi="Arial" w:cs="Arial"/>
                <w:b/>
              </w:rPr>
              <w:t xml:space="preserve">Adopted: </w:t>
            </w:r>
          </w:p>
        </w:tc>
        <w:tc>
          <w:tcPr>
            <w:tcW w:w="4435" w:type="dxa"/>
            <w:shd w:val="clear" w:color="auto" w:fill="D8DFDE"/>
          </w:tcPr>
          <w:p w:rsidR="009729D1" w:rsidRPr="00466CE9" w:rsidRDefault="00466CE9" w:rsidP="00432A84">
            <w:pPr>
              <w:spacing w:line="259" w:lineRule="auto"/>
              <w:rPr>
                <w:rFonts w:ascii="Arial" w:hAnsi="Arial" w:cs="Arial"/>
              </w:rPr>
            </w:pPr>
            <w:r>
              <w:rPr>
                <w:rFonts w:ascii="Arial" w:hAnsi="Arial" w:cs="Arial"/>
                <w:b/>
              </w:rPr>
              <w:t>September</w:t>
            </w:r>
            <w:r w:rsidR="009729D1" w:rsidRPr="00466CE9">
              <w:rPr>
                <w:rFonts w:ascii="Arial" w:hAnsi="Arial" w:cs="Arial"/>
                <w:b/>
              </w:rPr>
              <w:t xml:space="preserve"> 2025 </w:t>
            </w:r>
          </w:p>
        </w:tc>
        <w:tc>
          <w:tcPr>
            <w:tcW w:w="2981" w:type="dxa"/>
            <w:shd w:val="clear" w:color="auto" w:fill="D8DFDE"/>
          </w:tcPr>
          <w:p w:rsidR="009729D1" w:rsidRPr="00466CE9" w:rsidRDefault="009729D1" w:rsidP="00432A84">
            <w:pPr>
              <w:spacing w:after="160" w:line="259" w:lineRule="auto"/>
              <w:rPr>
                <w:rFonts w:ascii="Arial" w:hAnsi="Arial" w:cs="Arial"/>
              </w:rPr>
            </w:pPr>
          </w:p>
        </w:tc>
      </w:tr>
      <w:tr w:rsidR="009729D1" w:rsidTr="00432A84">
        <w:trPr>
          <w:trHeight w:val="440"/>
        </w:trPr>
        <w:tc>
          <w:tcPr>
            <w:tcW w:w="2306" w:type="dxa"/>
            <w:shd w:val="clear" w:color="auto" w:fill="D8DFDE"/>
          </w:tcPr>
          <w:p w:rsidR="009729D1" w:rsidRPr="00466CE9" w:rsidRDefault="009729D1" w:rsidP="00432A84">
            <w:pPr>
              <w:spacing w:line="259" w:lineRule="auto"/>
              <w:ind w:left="108"/>
              <w:rPr>
                <w:rFonts w:ascii="Arial" w:hAnsi="Arial" w:cs="Arial"/>
                <w:b/>
              </w:rPr>
            </w:pPr>
            <w:r w:rsidRPr="00466CE9">
              <w:rPr>
                <w:rFonts w:ascii="Arial" w:hAnsi="Arial" w:cs="Arial"/>
                <w:b/>
              </w:rPr>
              <w:t>Review</w:t>
            </w:r>
          </w:p>
        </w:tc>
        <w:tc>
          <w:tcPr>
            <w:tcW w:w="4435" w:type="dxa"/>
            <w:shd w:val="clear" w:color="auto" w:fill="D8DFDE"/>
          </w:tcPr>
          <w:p w:rsidR="009729D1" w:rsidRPr="00466CE9" w:rsidRDefault="009729D1" w:rsidP="00432A84">
            <w:pPr>
              <w:rPr>
                <w:rFonts w:ascii="Arial" w:hAnsi="Arial" w:cs="Arial"/>
                <w:b/>
              </w:rPr>
            </w:pPr>
            <w:r w:rsidRPr="00466CE9">
              <w:rPr>
                <w:rFonts w:ascii="Arial" w:hAnsi="Arial" w:cs="Arial"/>
                <w:b/>
              </w:rPr>
              <w:t>January 2027</w:t>
            </w:r>
          </w:p>
          <w:p w:rsidR="009729D1" w:rsidRPr="00466CE9" w:rsidRDefault="009729D1" w:rsidP="00432A84">
            <w:pPr>
              <w:spacing w:line="259" w:lineRule="auto"/>
              <w:rPr>
                <w:rFonts w:ascii="Arial" w:hAnsi="Arial" w:cs="Arial"/>
                <w:b/>
              </w:rPr>
            </w:pPr>
            <w:bookmarkStart w:id="0" w:name="_GoBack"/>
            <w:bookmarkEnd w:id="0"/>
          </w:p>
        </w:tc>
        <w:tc>
          <w:tcPr>
            <w:tcW w:w="2981" w:type="dxa"/>
            <w:shd w:val="clear" w:color="auto" w:fill="D8DFDE"/>
          </w:tcPr>
          <w:p w:rsidR="009729D1" w:rsidRPr="00466CE9" w:rsidRDefault="009729D1" w:rsidP="00432A84">
            <w:pPr>
              <w:spacing w:after="160" w:line="259" w:lineRule="auto"/>
              <w:rPr>
                <w:rFonts w:ascii="Arial" w:hAnsi="Arial" w:cs="Arial"/>
              </w:rPr>
            </w:pPr>
          </w:p>
        </w:tc>
      </w:tr>
    </w:tbl>
    <w:p w:rsidR="009729D1" w:rsidRDefault="009729D1" w:rsidP="009729D1">
      <w:pPr>
        <w:spacing w:after="0" w:line="259" w:lineRule="auto"/>
        <w:ind w:right="88"/>
        <w:jc w:val="center"/>
      </w:pPr>
    </w:p>
    <w:p w:rsidR="009C25A7" w:rsidRDefault="00466CE9" w:rsidP="00466CE9">
      <w:pPr>
        <w:pStyle w:val="Heading2"/>
        <w:numPr>
          <w:ilvl w:val="0"/>
          <w:numId w:val="10"/>
        </w:numPr>
        <w:ind w:left="0"/>
        <w:rPr>
          <w:rFonts w:ascii="Arial" w:hAnsi="Arial" w:cs="Arial"/>
          <w:color w:val="000000" w:themeColor="text1"/>
          <w:sz w:val="22"/>
          <w:szCs w:val="22"/>
        </w:rPr>
      </w:pPr>
      <w:r w:rsidRPr="00466CE9">
        <w:rPr>
          <w:rFonts w:ascii="Arial" w:hAnsi="Arial" w:cs="Arial"/>
          <w:color w:val="000000" w:themeColor="text1"/>
          <w:sz w:val="22"/>
          <w:szCs w:val="22"/>
        </w:rPr>
        <w:lastRenderedPageBreak/>
        <w:t>Introduction</w:t>
      </w:r>
    </w:p>
    <w:p w:rsidR="00466CE9" w:rsidRPr="00466CE9" w:rsidRDefault="00466CE9" w:rsidP="00466CE9"/>
    <w:p w:rsidR="009C25A7" w:rsidRPr="00466CE9" w:rsidRDefault="00466CE9">
      <w:pPr>
        <w:rPr>
          <w:rFonts w:ascii="Arial" w:hAnsi="Arial" w:cs="Arial"/>
          <w:color w:val="000000" w:themeColor="text1"/>
        </w:rPr>
      </w:pPr>
      <w:r w:rsidRPr="00466CE9">
        <w:rPr>
          <w:rFonts w:ascii="Arial" w:hAnsi="Arial" w:cs="Arial"/>
          <w:color w:val="000000" w:themeColor="text1"/>
        </w:rPr>
        <w:t xml:space="preserve">Schools are private places even though they serve a public function. Parents </w:t>
      </w:r>
      <w:r w:rsidRPr="00466CE9">
        <w:rPr>
          <w:rFonts w:ascii="Arial" w:hAnsi="Arial" w:cs="Arial"/>
          <w:color w:val="000000" w:themeColor="text1"/>
        </w:rPr>
        <w:t>of pupils who are on the school roll have an implied license to enter school premises. This means parents of enrolled pupils can have access to school premises at certain stated times, for example, a playground at the beginning and end of the school day. T</w:t>
      </w:r>
      <w:r w:rsidRPr="00466CE9">
        <w:rPr>
          <w:rFonts w:ascii="Arial" w:hAnsi="Arial" w:cs="Arial"/>
          <w:color w:val="000000" w:themeColor="text1"/>
        </w:rPr>
        <w:t>he school can set out the conditions and terms of this licence.</w:t>
      </w:r>
      <w:r w:rsidRPr="00466CE9">
        <w:rPr>
          <w:rFonts w:ascii="Arial" w:hAnsi="Arial" w:cs="Arial"/>
          <w:color w:val="000000" w:themeColor="text1"/>
        </w:rPr>
        <w:br/>
      </w:r>
      <w:r w:rsidRPr="00466CE9">
        <w:rPr>
          <w:rFonts w:ascii="Arial" w:hAnsi="Arial" w:cs="Arial"/>
          <w:color w:val="000000" w:themeColor="text1"/>
        </w:rPr>
        <w:br/>
        <w:t>This implied license may extend to additional facilities secured by the schools for recreation, physical and social training.</w:t>
      </w:r>
      <w:r w:rsidRPr="00466CE9">
        <w:rPr>
          <w:rFonts w:ascii="Arial" w:hAnsi="Arial" w:cs="Arial"/>
          <w:color w:val="000000" w:themeColor="text1"/>
        </w:rPr>
        <w:br/>
      </w:r>
      <w:r w:rsidRPr="00466CE9">
        <w:rPr>
          <w:rFonts w:ascii="Arial" w:hAnsi="Arial" w:cs="Arial"/>
          <w:color w:val="000000" w:themeColor="text1"/>
        </w:rPr>
        <w:br/>
        <w:t>Schools will act to ensure they remain a safe place for students</w:t>
      </w:r>
      <w:r w:rsidRPr="00466CE9">
        <w:rPr>
          <w:rFonts w:ascii="Arial" w:hAnsi="Arial" w:cs="Arial"/>
          <w:color w:val="000000" w:themeColor="text1"/>
        </w:rPr>
        <w:t>, staff and other members of their community and therefore the school has the power to withdraw the license if a parent is using abusive or insulting language that presents a risk to staff or pupils. It is enough for staff to feel threatened by this behavi</w:t>
      </w:r>
      <w:r w:rsidRPr="00466CE9">
        <w:rPr>
          <w:rFonts w:ascii="Arial" w:hAnsi="Arial" w:cs="Arial"/>
          <w:color w:val="000000" w:themeColor="text1"/>
        </w:rPr>
        <w:t>our.</w:t>
      </w:r>
    </w:p>
    <w:p w:rsidR="009C25A7" w:rsidRDefault="00466CE9" w:rsidP="00466CE9">
      <w:pPr>
        <w:pStyle w:val="Heading2"/>
        <w:numPr>
          <w:ilvl w:val="0"/>
          <w:numId w:val="10"/>
        </w:numPr>
        <w:ind w:left="0"/>
        <w:rPr>
          <w:rFonts w:ascii="Arial" w:hAnsi="Arial" w:cs="Arial"/>
          <w:color w:val="000000" w:themeColor="text1"/>
          <w:sz w:val="22"/>
          <w:szCs w:val="22"/>
        </w:rPr>
      </w:pPr>
      <w:r w:rsidRPr="00466CE9">
        <w:rPr>
          <w:rFonts w:ascii="Arial" w:hAnsi="Arial" w:cs="Arial"/>
          <w:color w:val="000000" w:themeColor="text1"/>
          <w:sz w:val="22"/>
          <w:szCs w:val="22"/>
        </w:rPr>
        <w:t xml:space="preserve">Managing inappropriate </w:t>
      </w:r>
      <w:r>
        <w:rPr>
          <w:rFonts w:ascii="Arial" w:hAnsi="Arial" w:cs="Arial"/>
          <w:color w:val="000000" w:themeColor="text1"/>
          <w:sz w:val="22"/>
          <w:szCs w:val="22"/>
        </w:rPr>
        <w:t>behavior</w:t>
      </w:r>
    </w:p>
    <w:p w:rsidR="00466CE9" w:rsidRPr="00466CE9" w:rsidRDefault="00466CE9" w:rsidP="00466CE9"/>
    <w:p w:rsidR="009C25A7" w:rsidRPr="00466CE9" w:rsidRDefault="00466CE9">
      <w:pPr>
        <w:rPr>
          <w:rFonts w:ascii="Arial" w:hAnsi="Arial" w:cs="Arial"/>
          <w:color w:val="000000" w:themeColor="text1"/>
        </w:rPr>
      </w:pPr>
      <w:r w:rsidRPr="00466CE9">
        <w:rPr>
          <w:rFonts w:ascii="Arial" w:hAnsi="Arial" w:cs="Arial"/>
          <w:color w:val="000000" w:themeColor="text1"/>
        </w:rPr>
        <w:t>If a parent is behaving inappropriately, a report will be made to the head teacher or the most senior member of staff available in their absence, who will decide on the most appropriate course of action.</w:t>
      </w:r>
      <w:r w:rsidRPr="00466CE9">
        <w:rPr>
          <w:rFonts w:ascii="Arial" w:hAnsi="Arial" w:cs="Arial"/>
          <w:color w:val="000000" w:themeColor="text1"/>
        </w:rPr>
        <w:br/>
      </w:r>
      <w:r w:rsidRPr="00466CE9">
        <w:rPr>
          <w:rFonts w:ascii="Arial" w:hAnsi="Arial" w:cs="Arial"/>
          <w:color w:val="000000" w:themeColor="text1"/>
        </w:rPr>
        <w:br/>
        <w:t>Parents are a</w:t>
      </w:r>
      <w:r w:rsidRPr="00466CE9">
        <w:rPr>
          <w:rFonts w:ascii="Arial" w:hAnsi="Arial" w:cs="Arial"/>
          <w:color w:val="000000" w:themeColor="text1"/>
        </w:rPr>
        <w:t>dvised to raise concerns regarding another parent’s behaviour or conduct directly with their child’s class teacher or the Head</w:t>
      </w:r>
      <w:r w:rsidR="001577C5" w:rsidRPr="00466CE9">
        <w:rPr>
          <w:rFonts w:ascii="Arial" w:hAnsi="Arial" w:cs="Arial"/>
          <w:color w:val="000000" w:themeColor="text1"/>
        </w:rPr>
        <w:t>teacher</w:t>
      </w:r>
      <w:r w:rsidRPr="00466CE9">
        <w:rPr>
          <w:rFonts w:ascii="Arial" w:hAnsi="Arial" w:cs="Arial"/>
          <w:color w:val="000000" w:themeColor="text1"/>
        </w:rPr>
        <w:t xml:space="preserve"> and not to approach the parent themselves.</w:t>
      </w:r>
      <w:r w:rsidRPr="00466CE9">
        <w:rPr>
          <w:rFonts w:ascii="Arial" w:hAnsi="Arial" w:cs="Arial"/>
          <w:color w:val="000000" w:themeColor="text1"/>
        </w:rPr>
        <w:br/>
      </w:r>
      <w:r w:rsidRPr="00466CE9">
        <w:rPr>
          <w:rFonts w:ascii="Arial" w:hAnsi="Arial" w:cs="Arial"/>
          <w:color w:val="000000" w:themeColor="text1"/>
        </w:rPr>
        <w:br/>
        <w:t xml:space="preserve">Instances of parents displaying inappropriate behaviour will be managed in </w:t>
      </w:r>
      <w:r w:rsidRPr="00466CE9">
        <w:rPr>
          <w:rFonts w:ascii="Arial" w:hAnsi="Arial" w:cs="Arial"/>
          <w:color w:val="000000" w:themeColor="text1"/>
        </w:rPr>
        <w:t>a variety of ways, depending on the severity of the situation.</w:t>
      </w:r>
      <w:r w:rsidRPr="00466CE9">
        <w:rPr>
          <w:rFonts w:ascii="Arial" w:hAnsi="Arial" w:cs="Arial"/>
          <w:color w:val="000000" w:themeColor="text1"/>
        </w:rPr>
        <w:br/>
      </w:r>
      <w:r w:rsidRPr="00466CE9">
        <w:rPr>
          <w:rFonts w:ascii="Arial" w:hAnsi="Arial" w:cs="Arial"/>
          <w:color w:val="000000" w:themeColor="text1"/>
        </w:rPr>
        <w:br/>
        <w:t>When a parent has behaved inappropriately, they will be warned about their behaviour, either in writing or in a minuted meeting.</w:t>
      </w:r>
      <w:r w:rsidRPr="00466CE9">
        <w:rPr>
          <w:rFonts w:ascii="Arial" w:hAnsi="Arial" w:cs="Arial"/>
          <w:color w:val="000000" w:themeColor="text1"/>
        </w:rPr>
        <w:br/>
      </w:r>
      <w:r w:rsidRPr="00466CE9">
        <w:rPr>
          <w:rFonts w:ascii="Arial" w:hAnsi="Arial" w:cs="Arial"/>
          <w:color w:val="000000" w:themeColor="text1"/>
        </w:rPr>
        <w:br/>
        <w:t xml:space="preserve">Where this is not enough to resolve the issue, the </w:t>
      </w:r>
      <w:r w:rsidRPr="00466CE9">
        <w:rPr>
          <w:rFonts w:ascii="Arial" w:hAnsi="Arial" w:cs="Arial"/>
          <w:color w:val="000000" w:themeColor="text1"/>
        </w:rPr>
        <w:t>Headteacher, in collaboration with other staff and relevant agencies, will consider what further action may be required. This action, depending on the situation, could include the following:</w:t>
      </w:r>
    </w:p>
    <w:p w:rsidR="009C25A7" w:rsidRPr="00466CE9" w:rsidRDefault="00466CE9">
      <w:pPr>
        <w:rPr>
          <w:rFonts w:ascii="Arial" w:hAnsi="Arial" w:cs="Arial"/>
          <w:color w:val="000000" w:themeColor="text1"/>
        </w:rPr>
      </w:pPr>
      <w:r w:rsidRPr="00466CE9">
        <w:rPr>
          <w:rFonts w:ascii="Arial" w:hAnsi="Arial" w:cs="Arial"/>
          <w:color w:val="000000" w:themeColor="text1"/>
        </w:rPr>
        <w:t>• Barring the parent from the school premises</w:t>
      </w:r>
      <w:r w:rsidRPr="00466CE9">
        <w:rPr>
          <w:rFonts w:ascii="Arial" w:hAnsi="Arial" w:cs="Arial"/>
          <w:color w:val="000000" w:themeColor="text1"/>
        </w:rPr>
        <w:br/>
        <w:t>• Con</w:t>
      </w:r>
      <w:r w:rsidRPr="00466CE9">
        <w:rPr>
          <w:rFonts w:ascii="Arial" w:hAnsi="Arial" w:cs="Arial"/>
          <w:color w:val="000000" w:themeColor="text1"/>
        </w:rPr>
        <w:t>tacting the police</w:t>
      </w:r>
      <w:r w:rsidRPr="00466CE9">
        <w:rPr>
          <w:rFonts w:ascii="Arial" w:hAnsi="Arial" w:cs="Arial"/>
          <w:color w:val="000000" w:themeColor="text1"/>
        </w:rPr>
        <w:br/>
        <w:t>• Seeking legal redress through the courts</w:t>
      </w:r>
      <w:r w:rsidRPr="00466CE9">
        <w:rPr>
          <w:rFonts w:ascii="Arial" w:hAnsi="Arial" w:cs="Arial"/>
          <w:color w:val="000000" w:themeColor="text1"/>
        </w:rPr>
        <w:br/>
        <w:t>• Restricting the parent’s channels of communication to the school</w:t>
      </w:r>
      <w:r w:rsidRPr="00466CE9">
        <w:rPr>
          <w:rFonts w:ascii="Arial" w:hAnsi="Arial" w:cs="Arial"/>
          <w:color w:val="000000" w:themeColor="text1"/>
        </w:rPr>
        <w:br/>
        <w:t>• Reporting content the parent has posted online</w:t>
      </w:r>
      <w:r w:rsidRPr="00466CE9">
        <w:rPr>
          <w:rFonts w:ascii="Arial" w:hAnsi="Arial" w:cs="Arial"/>
          <w:color w:val="000000" w:themeColor="text1"/>
        </w:rPr>
        <w:br/>
        <w:t>• Referring the case to children’s social care</w:t>
      </w:r>
    </w:p>
    <w:p w:rsidR="009C25A7" w:rsidRPr="00466CE9" w:rsidRDefault="00466CE9">
      <w:pPr>
        <w:rPr>
          <w:rFonts w:ascii="Arial" w:hAnsi="Arial" w:cs="Arial"/>
          <w:color w:val="000000" w:themeColor="text1"/>
        </w:rPr>
      </w:pPr>
      <w:r w:rsidRPr="00466CE9">
        <w:rPr>
          <w:rFonts w:ascii="Arial" w:hAnsi="Arial" w:cs="Arial"/>
          <w:color w:val="000000" w:themeColor="text1"/>
        </w:rPr>
        <w:t>Any child protection and safegu</w:t>
      </w:r>
      <w:r w:rsidRPr="00466CE9">
        <w:rPr>
          <w:rFonts w:ascii="Arial" w:hAnsi="Arial" w:cs="Arial"/>
          <w:color w:val="000000" w:themeColor="text1"/>
        </w:rPr>
        <w:t>arding concerns will be addressed in accordance with the school’s Child Protection and Safeguarding Policy.</w:t>
      </w:r>
      <w:r w:rsidRPr="00466CE9">
        <w:rPr>
          <w:rFonts w:ascii="Arial" w:hAnsi="Arial" w:cs="Arial"/>
          <w:color w:val="000000" w:themeColor="text1"/>
        </w:rPr>
        <w:br/>
      </w:r>
      <w:r w:rsidRPr="00466CE9">
        <w:rPr>
          <w:rFonts w:ascii="Arial" w:hAnsi="Arial" w:cs="Arial"/>
          <w:color w:val="000000" w:themeColor="text1"/>
        </w:rPr>
        <w:lastRenderedPageBreak/>
        <w:br/>
        <w:t>The school reserves the right to escort anyone off the premises who is displaying aggressive or disruptive behaviour and to bar a parent from the s</w:t>
      </w:r>
      <w:r w:rsidRPr="00466CE9">
        <w:rPr>
          <w:rFonts w:ascii="Arial" w:hAnsi="Arial" w:cs="Arial"/>
          <w:color w:val="000000" w:themeColor="text1"/>
        </w:rPr>
        <w:t>chool’s premises without warning in exceptional circumstances.</w:t>
      </w:r>
      <w:r w:rsidRPr="00466CE9">
        <w:rPr>
          <w:rFonts w:ascii="Arial" w:hAnsi="Arial" w:cs="Arial"/>
          <w:color w:val="000000" w:themeColor="text1"/>
        </w:rPr>
        <w:br/>
      </w:r>
      <w:r w:rsidRPr="00466CE9">
        <w:rPr>
          <w:rFonts w:ascii="Arial" w:hAnsi="Arial" w:cs="Arial"/>
          <w:color w:val="000000" w:themeColor="text1"/>
        </w:rPr>
        <w:br/>
        <w:t>Under section 547 of the Education Act 1996, it is an offence for any person to cause a nuisance or disturbance on school premises, and the police may be contacted to provide advice on managin</w:t>
      </w:r>
      <w:r w:rsidRPr="00466CE9">
        <w:rPr>
          <w:rFonts w:ascii="Arial" w:hAnsi="Arial" w:cs="Arial"/>
          <w:color w:val="000000" w:themeColor="text1"/>
        </w:rPr>
        <w:t>g an incident or to assist in the removal of individuals from the premises, where necessary.</w:t>
      </w:r>
    </w:p>
    <w:p w:rsidR="009C25A7" w:rsidRDefault="00466CE9" w:rsidP="00466CE9">
      <w:pPr>
        <w:pStyle w:val="Heading2"/>
        <w:numPr>
          <w:ilvl w:val="0"/>
          <w:numId w:val="10"/>
        </w:numPr>
        <w:ind w:left="0"/>
        <w:rPr>
          <w:rFonts w:ascii="Arial" w:hAnsi="Arial" w:cs="Arial"/>
          <w:color w:val="000000" w:themeColor="text1"/>
          <w:sz w:val="22"/>
          <w:szCs w:val="22"/>
        </w:rPr>
      </w:pPr>
      <w:r w:rsidRPr="00466CE9">
        <w:rPr>
          <w:rFonts w:ascii="Arial" w:hAnsi="Arial" w:cs="Arial"/>
          <w:color w:val="000000" w:themeColor="text1"/>
          <w:sz w:val="22"/>
          <w:szCs w:val="22"/>
        </w:rPr>
        <w:t>Barring from the school premises</w:t>
      </w:r>
    </w:p>
    <w:p w:rsidR="00466CE9" w:rsidRPr="00466CE9" w:rsidRDefault="00466CE9" w:rsidP="00466CE9"/>
    <w:p w:rsidR="009C25A7" w:rsidRPr="00466CE9" w:rsidRDefault="00466CE9">
      <w:pPr>
        <w:rPr>
          <w:rFonts w:ascii="Arial" w:hAnsi="Arial" w:cs="Arial"/>
          <w:color w:val="000000" w:themeColor="text1"/>
        </w:rPr>
      </w:pPr>
      <w:r w:rsidRPr="00466CE9">
        <w:rPr>
          <w:rFonts w:ascii="Arial" w:hAnsi="Arial" w:cs="Arial"/>
          <w:color w:val="000000" w:themeColor="text1"/>
        </w:rPr>
        <w:t>The school has the right to bar a parent from the premises to keep the school community safe.</w:t>
      </w:r>
      <w:r w:rsidRPr="00466CE9">
        <w:rPr>
          <w:rFonts w:ascii="Arial" w:hAnsi="Arial" w:cs="Arial"/>
          <w:color w:val="000000" w:themeColor="text1"/>
        </w:rPr>
        <w:br/>
      </w:r>
      <w:r w:rsidRPr="00466CE9">
        <w:rPr>
          <w:rFonts w:ascii="Arial" w:hAnsi="Arial" w:cs="Arial"/>
          <w:color w:val="000000" w:themeColor="text1"/>
        </w:rPr>
        <w:br/>
        <w:t>If a parent is displaying inappropr</w:t>
      </w:r>
      <w:r w:rsidRPr="00466CE9">
        <w:rPr>
          <w:rFonts w:ascii="Arial" w:hAnsi="Arial" w:cs="Arial"/>
          <w:color w:val="000000" w:themeColor="text1"/>
        </w:rPr>
        <w:t>iate or concerning behaviour, they will be asked to leave the school premises</w:t>
      </w:r>
      <w:r w:rsidR="001577C5" w:rsidRPr="00466CE9">
        <w:rPr>
          <w:rFonts w:ascii="Arial" w:hAnsi="Arial" w:cs="Arial"/>
          <w:color w:val="000000" w:themeColor="text1"/>
        </w:rPr>
        <w:t>.</w:t>
      </w:r>
      <w:r w:rsidRPr="00466CE9">
        <w:rPr>
          <w:rFonts w:ascii="Arial" w:hAnsi="Arial" w:cs="Arial"/>
          <w:color w:val="000000" w:themeColor="text1"/>
        </w:rPr>
        <w:br/>
      </w:r>
      <w:r w:rsidRPr="00466CE9">
        <w:rPr>
          <w:rFonts w:ascii="Arial" w:hAnsi="Arial" w:cs="Arial"/>
          <w:color w:val="000000" w:themeColor="text1"/>
        </w:rPr>
        <w:br/>
        <w:t>Behaviour that could result in a parent being asked to leave the premises includes aggressive, abusive or insulting b</w:t>
      </w:r>
      <w:r w:rsidRPr="00466CE9">
        <w:rPr>
          <w:rFonts w:ascii="Arial" w:hAnsi="Arial" w:cs="Arial"/>
          <w:color w:val="000000" w:themeColor="text1"/>
        </w:rPr>
        <w:t>ehaviour or language that is a risk to staff or pupils, or behaviour that is making staff or pupils feel threatened.</w:t>
      </w:r>
      <w:r w:rsidRPr="00466CE9">
        <w:rPr>
          <w:rFonts w:ascii="Arial" w:hAnsi="Arial" w:cs="Arial"/>
          <w:color w:val="000000" w:themeColor="text1"/>
        </w:rPr>
        <w:br/>
      </w:r>
      <w:r w:rsidRPr="00466CE9">
        <w:rPr>
          <w:rFonts w:ascii="Arial" w:hAnsi="Arial" w:cs="Arial"/>
          <w:color w:val="000000" w:themeColor="text1"/>
        </w:rPr>
        <w:br/>
        <w:t>If a parent persistently or consistently behaves inappropriately on the school site, or there is a one-off incident of extremely inappropr</w:t>
      </w:r>
      <w:r w:rsidRPr="00466CE9">
        <w:rPr>
          <w:rFonts w:ascii="Arial" w:hAnsi="Arial" w:cs="Arial"/>
          <w:color w:val="000000" w:themeColor="text1"/>
        </w:rPr>
        <w:t>iate behaviour, the school reserves the right to bar this individual from the school site.</w:t>
      </w:r>
      <w:r w:rsidRPr="00466CE9">
        <w:rPr>
          <w:rFonts w:ascii="Arial" w:hAnsi="Arial" w:cs="Arial"/>
          <w:color w:val="000000" w:themeColor="text1"/>
        </w:rPr>
        <w:br/>
      </w:r>
      <w:r w:rsidRPr="00466CE9">
        <w:rPr>
          <w:rFonts w:ascii="Arial" w:hAnsi="Arial" w:cs="Arial"/>
          <w:color w:val="000000" w:themeColor="text1"/>
        </w:rPr>
        <w:br/>
        <w:t>The school may impose a temporary bar while allowing the individual the opportunity to present their comments and any relevant evidence.</w:t>
      </w:r>
      <w:r w:rsidRPr="00466CE9">
        <w:rPr>
          <w:rFonts w:ascii="Arial" w:hAnsi="Arial" w:cs="Arial"/>
          <w:color w:val="000000" w:themeColor="text1"/>
        </w:rPr>
        <w:br/>
      </w:r>
      <w:r w:rsidRPr="00466CE9">
        <w:rPr>
          <w:rFonts w:ascii="Arial" w:hAnsi="Arial" w:cs="Arial"/>
          <w:color w:val="000000" w:themeColor="text1"/>
        </w:rPr>
        <w:br/>
        <w:t xml:space="preserve">The </w:t>
      </w:r>
      <w:r w:rsidRPr="00466CE9">
        <w:rPr>
          <w:rFonts w:ascii="Arial" w:hAnsi="Arial" w:cs="Arial"/>
          <w:color w:val="000000" w:themeColor="text1"/>
        </w:rPr>
        <w:t xml:space="preserve">Headteacher </w:t>
      </w:r>
      <w:r w:rsidRPr="00466CE9">
        <w:rPr>
          <w:rFonts w:ascii="Arial" w:hAnsi="Arial" w:cs="Arial"/>
          <w:color w:val="000000" w:themeColor="text1"/>
        </w:rPr>
        <w:t>/ legal advisors will send a letter to the parent, informing them of the following:</w:t>
      </w:r>
      <w:r w:rsidRPr="00466CE9">
        <w:rPr>
          <w:rFonts w:ascii="Arial" w:hAnsi="Arial" w:cs="Arial"/>
          <w:color w:val="000000" w:themeColor="text1"/>
        </w:rPr>
        <w:br/>
        <w:t>• Why they have been temporarily barred or face a bar</w:t>
      </w:r>
      <w:r w:rsidRPr="00466CE9">
        <w:rPr>
          <w:rFonts w:ascii="Arial" w:hAnsi="Arial" w:cs="Arial"/>
          <w:color w:val="000000" w:themeColor="text1"/>
        </w:rPr>
        <w:br/>
        <w:t>• The nature of the bar</w:t>
      </w:r>
      <w:r w:rsidRPr="00466CE9">
        <w:rPr>
          <w:rFonts w:ascii="Arial" w:hAnsi="Arial" w:cs="Arial"/>
          <w:color w:val="000000" w:themeColor="text1"/>
        </w:rPr>
        <w:br/>
        <w:t>• That they have the right to formally express their views in writing to the headteacher or ch</w:t>
      </w:r>
      <w:r w:rsidRPr="00466CE9">
        <w:rPr>
          <w:rFonts w:ascii="Arial" w:hAnsi="Arial" w:cs="Arial"/>
          <w:color w:val="000000" w:themeColor="text1"/>
        </w:rPr>
        <w:t>air of governors within 10 school days</w:t>
      </w:r>
      <w:r w:rsidRPr="00466CE9">
        <w:rPr>
          <w:rFonts w:ascii="Arial" w:hAnsi="Arial" w:cs="Arial"/>
          <w:color w:val="000000" w:themeColor="text1"/>
        </w:rPr>
        <w:br/>
      </w:r>
      <w:r w:rsidRPr="00466CE9">
        <w:rPr>
          <w:rFonts w:ascii="Arial" w:hAnsi="Arial" w:cs="Arial"/>
          <w:color w:val="000000" w:themeColor="text1"/>
        </w:rPr>
        <w:br/>
        <w:t>The headteacher’s decision to bar the parent will be reviewed by the chair of governors or a committee of governors, considering any representations made by the parent</w:t>
      </w:r>
      <w:r w:rsidR="001577C5" w:rsidRPr="00466CE9">
        <w:rPr>
          <w:rFonts w:ascii="Arial" w:hAnsi="Arial" w:cs="Arial"/>
          <w:color w:val="000000" w:themeColor="text1"/>
        </w:rPr>
        <w:t xml:space="preserve"> in</w:t>
      </w:r>
      <w:r w:rsidR="009729D1" w:rsidRPr="00466CE9">
        <w:rPr>
          <w:rFonts w:ascii="Arial" w:hAnsi="Arial" w:cs="Arial"/>
          <w:color w:val="000000" w:themeColor="text1"/>
        </w:rPr>
        <w:t xml:space="preserve"> </w:t>
      </w:r>
      <w:r w:rsidR="001577C5" w:rsidRPr="00466CE9">
        <w:rPr>
          <w:rFonts w:ascii="Arial" w:hAnsi="Arial" w:cs="Arial"/>
          <w:color w:val="000000" w:themeColor="text1"/>
        </w:rPr>
        <w:t>line with the appropriate stage of the school’s complaints procedure.</w:t>
      </w:r>
      <w:r w:rsidRPr="00466CE9">
        <w:rPr>
          <w:rFonts w:ascii="Arial" w:hAnsi="Arial" w:cs="Arial"/>
          <w:color w:val="000000" w:themeColor="text1"/>
        </w:rPr>
        <w:br/>
      </w:r>
      <w:r w:rsidRPr="00466CE9">
        <w:rPr>
          <w:rFonts w:ascii="Arial" w:hAnsi="Arial" w:cs="Arial"/>
          <w:color w:val="000000" w:themeColor="text1"/>
        </w:rPr>
        <w:br/>
        <w:t xml:space="preserve">The parent will be notified in writing of the </w:t>
      </w:r>
      <w:r w:rsidRPr="00466CE9">
        <w:rPr>
          <w:rFonts w:ascii="Arial" w:hAnsi="Arial" w:cs="Arial"/>
          <w:color w:val="000000" w:themeColor="text1"/>
        </w:rPr>
        <w:t>decision to uphold or lift the bar.</w:t>
      </w:r>
      <w:r w:rsidRPr="00466CE9">
        <w:rPr>
          <w:rFonts w:ascii="Arial" w:hAnsi="Arial" w:cs="Arial"/>
          <w:color w:val="000000" w:themeColor="text1"/>
        </w:rPr>
        <w:br/>
      </w:r>
      <w:r w:rsidRPr="00466CE9">
        <w:rPr>
          <w:rFonts w:ascii="Arial" w:hAnsi="Arial" w:cs="Arial"/>
          <w:color w:val="000000" w:themeColor="text1"/>
        </w:rPr>
        <w:br/>
        <w:t>If the decision is confirmed, the parent will be notified in writing, explaining:</w:t>
      </w:r>
      <w:r w:rsidRPr="00466CE9">
        <w:rPr>
          <w:rFonts w:ascii="Arial" w:hAnsi="Arial" w:cs="Arial"/>
          <w:color w:val="000000" w:themeColor="text1"/>
        </w:rPr>
        <w:br/>
        <w:t>• How long the bar will be in place</w:t>
      </w:r>
      <w:r w:rsidRPr="00466CE9">
        <w:rPr>
          <w:rFonts w:ascii="Arial" w:hAnsi="Arial" w:cs="Arial"/>
          <w:color w:val="000000" w:themeColor="text1"/>
        </w:rPr>
        <w:br/>
        <w:t>• When the decision will be reviewed</w:t>
      </w:r>
      <w:r w:rsidRPr="00466CE9">
        <w:rPr>
          <w:rFonts w:ascii="Arial" w:hAnsi="Arial" w:cs="Arial"/>
          <w:color w:val="000000" w:themeColor="text1"/>
        </w:rPr>
        <w:br/>
      </w:r>
      <w:r w:rsidRPr="00466CE9">
        <w:rPr>
          <w:rFonts w:ascii="Arial" w:hAnsi="Arial" w:cs="Arial"/>
          <w:color w:val="000000" w:themeColor="text1"/>
        </w:rPr>
        <w:lastRenderedPageBreak/>
        <w:br/>
        <w:t>Following a review, the bar may be lifted or, if there are grou</w:t>
      </w:r>
      <w:r w:rsidRPr="00466CE9">
        <w:rPr>
          <w:rFonts w:ascii="Arial" w:hAnsi="Arial" w:cs="Arial"/>
          <w:color w:val="000000" w:themeColor="text1"/>
        </w:rPr>
        <w:t>nds for continued concern, it may be extended.</w:t>
      </w:r>
      <w:r w:rsidRPr="00466CE9">
        <w:rPr>
          <w:rFonts w:ascii="Arial" w:hAnsi="Arial" w:cs="Arial"/>
          <w:color w:val="000000" w:themeColor="text1"/>
        </w:rPr>
        <w:br/>
      </w:r>
      <w:r w:rsidRPr="00466CE9">
        <w:rPr>
          <w:rFonts w:ascii="Arial" w:hAnsi="Arial" w:cs="Arial"/>
          <w:color w:val="000000" w:themeColor="text1"/>
        </w:rPr>
        <w:br/>
        <w:t>Once the school’s process has been completed, the final avenue of appeal for parents who remain barred is through the courts.</w:t>
      </w:r>
    </w:p>
    <w:p w:rsidR="009C25A7" w:rsidRDefault="00466CE9" w:rsidP="00466CE9">
      <w:pPr>
        <w:pStyle w:val="Heading2"/>
        <w:numPr>
          <w:ilvl w:val="0"/>
          <w:numId w:val="10"/>
        </w:numPr>
        <w:ind w:left="0"/>
        <w:rPr>
          <w:rFonts w:ascii="Arial" w:hAnsi="Arial" w:cs="Arial"/>
          <w:color w:val="000000" w:themeColor="text1"/>
          <w:sz w:val="22"/>
          <w:szCs w:val="22"/>
        </w:rPr>
      </w:pPr>
      <w:r w:rsidRPr="00466CE9">
        <w:rPr>
          <w:rFonts w:ascii="Arial" w:hAnsi="Arial" w:cs="Arial"/>
          <w:color w:val="000000" w:themeColor="text1"/>
          <w:sz w:val="22"/>
          <w:szCs w:val="22"/>
        </w:rPr>
        <w:t>Calling for police assistance</w:t>
      </w:r>
    </w:p>
    <w:p w:rsidR="00466CE9" w:rsidRPr="00466CE9" w:rsidRDefault="00466CE9" w:rsidP="00466CE9"/>
    <w:p w:rsidR="009C25A7" w:rsidRPr="00466CE9" w:rsidRDefault="00466CE9">
      <w:pPr>
        <w:rPr>
          <w:rFonts w:ascii="Arial" w:hAnsi="Arial" w:cs="Arial"/>
          <w:color w:val="000000" w:themeColor="text1"/>
        </w:rPr>
      </w:pPr>
      <w:r w:rsidRPr="00466CE9">
        <w:rPr>
          <w:rFonts w:ascii="Arial" w:hAnsi="Arial" w:cs="Arial"/>
          <w:color w:val="000000" w:themeColor="text1"/>
        </w:rPr>
        <w:t>In an emergency, police assistance should be sought.</w:t>
      </w:r>
      <w:r w:rsidRPr="00466CE9">
        <w:rPr>
          <w:rFonts w:ascii="Arial" w:hAnsi="Arial" w:cs="Arial"/>
          <w:color w:val="000000" w:themeColor="text1"/>
        </w:rPr>
        <w:t xml:space="preserve"> In cases where a ban is in place but is ignored and the person comes onto the school site, the police should be notified immediately.</w:t>
      </w:r>
      <w:r w:rsidRPr="00466CE9">
        <w:rPr>
          <w:rFonts w:ascii="Arial" w:hAnsi="Arial" w:cs="Arial"/>
          <w:color w:val="000000" w:themeColor="text1"/>
        </w:rPr>
        <w:br/>
      </w:r>
      <w:r w:rsidRPr="00466CE9">
        <w:rPr>
          <w:rFonts w:ascii="Arial" w:hAnsi="Arial" w:cs="Arial"/>
          <w:color w:val="000000" w:themeColor="text1"/>
        </w:rPr>
        <w:br/>
        <w:t>In situations where there is no immediate threat, Head</w:t>
      </w:r>
      <w:r w:rsidR="009729D1" w:rsidRPr="00466CE9">
        <w:rPr>
          <w:rFonts w:ascii="Arial" w:hAnsi="Arial" w:cs="Arial"/>
          <w:color w:val="000000" w:themeColor="text1"/>
        </w:rPr>
        <w:t>t</w:t>
      </w:r>
      <w:r w:rsidRPr="00466CE9">
        <w:rPr>
          <w:rFonts w:ascii="Arial" w:hAnsi="Arial" w:cs="Arial"/>
          <w:color w:val="000000" w:themeColor="text1"/>
        </w:rPr>
        <w:t>eachers may still wish to make their local Community Police Offi</w:t>
      </w:r>
      <w:r w:rsidRPr="00466CE9">
        <w:rPr>
          <w:rFonts w:ascii="Arial" w:hAnsi="Arial" w:cs="Arial"/>
          <w:color w:val="000000" w:themeColor="text1"/>
        </w:rPr>
        <w:t>cer aware of the situation.</w:t>
      </w:r>
    </w:p>
    <w:p w:rsidR="009C25A7" w:rsidRDefault="00466CE9" w:rsidP="00466CE9">
      <w:pPr>
        <w:pStyle w:val="Heading2"/>
        <w:numPr>
          <w:ilvl w:val="0"/>
          <w:numId w:val="10"/>
        </w:numPr>
        <w:ind w:left="0"/>
        <w:rPr>
          <w:rFonts w:ascii="Arial" w:hAnsi="Arial" w:cs="Arial"/>
          <w:color w:val="000000" w:themeColor="text1"/>
          <w:sz w:val="22"/>
          <w:szCs w:val="22"/>
        </w:rPr>
      </w:pPr>
      <w:r w:rsidRPr="00466CE9">
        <w:rPr>
          <w:rFonts w:ascii="Arial" w:hAnsi="Arial" w:cs="Arial"/>
          <w:color w:val="000000" w:themeColor="text1"/>
          <w:sz w:val="22"/>
          <w:szCs w:val="22"/>
        </w:rPr>
        <w:t>Legal proceedings</w:t>
      </w:r>
    </w:p>
    <w:p w:rsidR="00466CE9" w:rsidRPr="00466CE9" w:rsidRDefault="00466CE9" w:rsidP="00466CE9"/>
    <w:p w:rsidR="009C25A7" w:rsidRPr="00466CE9" w:rsidRDefault="00466CE9">
      <w:pPr>
        <w:rPr>
          <w:rFonts w:ascii="Arial" w:hAnsi="Arial" w:cs="Arial"/>
          <w:color w:val="000000" w:themeColor="text1"/>
        </w:rPr>
      </w:pPr>
      <w:r w:rsidRPr="00466CE9">
        <w:rPr>
          <w:rFonts w:ascii="Arial" w:hAnsi="Arial" w:cs="Arial"/>
          <w:color w:val="000000" w:themeColor="text1"/>
        </w:rPr>
        <w:t>Where individuals persist in coming onto the school site even when permission to do so has been withdrawn, it is possible for legal proceedings to be pursued. The options include:</w:t>
      </w:r>
      <w:r w:rsidRPr="00466CE9">
        <w:rPr>
          <w:rFonts w:ascii="Arial" w:hAnsi="Arial" w:cs="Arial"/>
          <w:color w:val="000000" w:themeColor="text1"/>
        </w:rPr>
        <w:br/>
        <w:t>• Prosecution under section 54</w:t>
      </w:r>
      <w:r w:rsidRPr="00466CE9">
        <w:rPr>
          <w:rFonts w:ascii="Arial" w:hAnsi="Arial" w:cs="Arial"/>
          <w:color w:val="000000" w:themeColor="text1"/>
        </w:rPr>
        <w:t>7 of the Education Act 1996</w:t>
      </w:r>
      <w:r w:rsidRPr="00466CE9">
        <w:rPr>
          <w:rFonts w:ascii="Arial" w:hAnsi="Arial" w:cs="Arial"/>
          <w:color w:val="000000" w:themeColor="text1"/>
        </w:rPr>
        <w:br/>
        <w:t>• Acceptable behaviour contracts</w:t>
      </w:r>
      <w:r w:rsidRPr="00466CE9">
        <w:rPr>
          <w:rFonts w:ascii="Arial" w:hAnsi="Arial" w:cs="Arial"/>
          <w:color w:val="000000" w:themeColor="text1"/>
        </w:rPr>
        <w:br/>
        <w:t>• Community Protection Notices (CPN)</w:t>
      </w:r>
      <w:r w:rsidRPr="00466CE9">
        <w:rPr>
          <w:rFonts w:ascii="Arial" w:hAnsi="Arial" w:cs="Arial"/>
          <w:color w:val="000000" w:themeColor="text1"/>
        </w:rPr>
        <w:br/>
        <w:t>• Civil Injunctions</w:t>
      </w:r>
      <w:r w:rsidRPr="00466CE9">
        <w:rPr>
          <w:rFonts w:ascii="Arial" w:hAnsi="Arial" w:cs="Arial"/>
          <w:color w:val="000000" w:themeColor="text1"/>
        </w:rPr>
        <w:br/>
        <w:t>• Criminal Behaviour Orders (CBOs)</w:t>
      </w:r>
      <w:r w:rsidRPr="00466CE9">
        <w:rPr>
          <w:rFonts w:ascii="Arial" w:hAnsi="Arial" w:cs="Arial"/>
          <w:color w:val="000000" w:themeColor="text1"/>
        </w:rPr>
        <w:br/>
        <w:t>• Restraining orders</w:t>
      </w:r>
      <w:r w:rsidRPr="00466CE9">
        <w:rPr>
          <w:rFonts w:ascii="Arial" w:hAnsi="Arial" w:cs="Arial"/>
          <w:color w:val="000000" w:themeColor="text1"/>
        </w:rPr>
        <w:br/>
        <w:t>• Prosecution for criminal damage/assault</w:t>
      </w:r>
      <w:r w:rsidRPr="00466CE9">
        <w:rPr>
          <w:rFonts w:ascii="Arial" w:hAnsi="Arial" w:cs="Arial"/>
          <w:color w:val="000000" w:themeColor="text1"/>
        </w:rPr>
        <w:br/>
      </w:r>
      <w:r w:rsidRPr="00466CE9">
        <w:rPr>
          <w:rFonts w:ascii="Arial" w:hAnsi="Arial" w:cs="Arial"/>
          <w:color w:val="000000" w:themeColor="text1"/>
        </w:rPr>
        <w:br/>
        <w:t xml:space="preserve">Schools should always seek advice from </w:t>
      </w:r>
      <w:r w:rsidRPr="00466CE9">
        <w:rPr>
          <w:rFonts w:ascii="Arial" w:hAnsi="Arial" w:cs="Arial"/>
          <w:color w:val="000000" w:themeColor="text1"/>
        </w:rPr>
        <w:t xml:space="preserve">the police or legal </w:t>
      </w:r>
      <w:r>
        <w:rPr>
          <w:rFonts w:ascii="Arial" w:hAnsi="Arial" w:cs="Arial"/>
          <w:color w:val="000000" w:themeColor="text1"/>
        </w:rPr>
        <w:t>advisors</w:t>
      </w:r>
      <w:r w:rsidRPr="00466CE9">
        <w:rPr>
          <w:rFonts w:ascii="Arial" w:hAnsi="Arial" w:cs="Arial"/>
          <w:color w:val="000000" w:themeColor="text1"/>
        </w:rPr>
        <w:t xml:space="preserve"> to determine the most appropriate route.</w:t>
      </w:r>
    </w:p>
    <w:p w:rsidR="009C25A7" w:rsidRPr="00466CE9" w:rsidRDefault="00466CE9" w:rsidP="00466CE9">
      <w:pPr>
        <w:pStyle w:val="Heading2"/>
        <w:numPr>
          <w:ilvl w:val="0"/>
          <w:numId w:val="10"/>
        </w:numPr>
        <w:ind w:left="0"/>
        <w:rPr>
          <w:rFonts w:ascii="Arial" w:hAnsi="Arial" w:cs="Arial"/>
          <w:color w:val="000000" w:themeColor="text1"/>
          <w:sz w:val="22"/>
          <w:szCs w:val="22"/>
        </w:rPr>
      </w:pPr>
      <w:r w:rsidRPr="00466CE9">
        <w:rPr>
          <w:rFonts w:ascii="Arial" w:hAnsi="Arial" w:cs="Arial"/>
          <w:color w:val="000000" w:themeColor="text1"/>
          <w:sz w:val="22"/>
          <w:szCs w:val="22"/>
        </w:rPr>
        <w:t>Record keeping</w:t>
      </w:r>
    </w:p>
    <w:p w:rsidR="009729D1" w:rsidRPr="00466CE9" w:rsidRDefault="009729D1" w:rsidP="009729D1">
      <w:pPr>
        <w:spacing w:before="100" w:beforeAutospacing="1" w:after="100" w:afterAutospacing="1" w:line="240" w:lineRule="auto"/>
        <w:rPr>
          <w:rFonts w:ascii="Arial" w:eastAsia="Times New Roman" w:hAnsi="Arial" w:cs="Arial"/>
          <w:color w:val="000000" w:themeColor="text1"/>
        </w:rPr>
      </w:pPr>
      <w:r w:rsidRPr="00466CE9">
        <w:rPr>
          <w:rFonts w:ascii="Arial" w:eastAsia="Times New Roman" w:hAnsi="Arial" w:cs="Arial"/>
          <w:color w:val="000000" w:themeColor="text1"/>
        </w:rPr>
        <w:t>All incidents will be recorded on the school’s secure safeguarding platform, CPOMS. Records will include: time and date of incident, location of incident, brief details of what happened, who was involved and names of any witnesses, action taken including if the Police were called.</w:t>
      </w:r>
    </w:p>
    <w:p w:rsidR="009C25A7" w:rsidRPr="00466CE9" w:rsidRDefault="00466CE9">
      <w:pPr>
        <w:rPr>
          <w:rFonts w:ascii="Arial" w:hAnsi="Arial" w:cs="Arial"/>
          <w:color w:val="000000" w:themeColor="text1"/>
        </w:rPr>
      </w:pPr>
      <w:r w:rsidRPr="00466CE9">
        <w:rPr>
          <w:rFonts w:ascii="Arial" w:hAnsi="Arial" w:cs="Arial"/>
          <w:color w:val="000000" w:themeColor="text1"/>
        </w:rPr>
        <w:br/>
        <w:t>This policy should be read alongside the Complaints Procedure</w:t>
      </w:r>
      <w:r w:rsidR="009729D1" w:rsidRPr="00466CE9">
        <w:rPr>
          <w:rFonts w:ascii="Arial" w:hAnsi="Arial" w:cs="Arial"/>
          <w:color w:val="000000" w:themeColor="text1"/>
        </w:rPr>
        <w:t xml:space="preserve"> – in the event of ambiguity between the two policies, </w:t>
      </w:r>
      <w:r w:rsidRPr="00466CE9">
        <w:rPr>
          <w:rFonts w:ascii="Arial" w:hAnsi="Arial" w:cs="Arial"/>
          <w:color w:val="000000" w:themeColor="text1"/>
        </w:rPr>
        <w:t>the</w:t>
      </w:r>
      <w:r w:rsidR="009729D1" w:rsidRPr="00466CE9">
        <w:rPr>
          <w:rFonts w:ascii="Arial" w:hAnsi="Arial" w:cs="Arial"/>
          <w:color w:val="000000" w:themeColor="text1"/>
        </w:rPr>
        <w:t xml:space="preserve"> </w:t>
      </w:r>
      <w:r w:rsidRPr="00466CE9">
        <w:rPr>
          <w:rFonts w:ascii="Arial" w:hAnsi="Arial" w:cs="Arial"/>
          <w:color w:val="000000" w:themeColor="text1"/>
        </w:rPr>
        <w:t>Complaints Procedure will take precedence.</w:t>
      </w:r>
    </w:p>
    <w:sectPr w:rsidR="009C25A7" w:rsidRPr="00466CE9" w:rsidSect="009729D1">
      <w:pgSz w:w="12240" w:h="15840"/>
      <w:pgMar w:top="993"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2265A6"/>
    <w:multiLevelType w:val="hybridMultilevel"/>
    <w:tmpl w:val="EC368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77C5"/>
    <w:rsid w:val="0029639D"/>
    <w:rsid w:val="00326F90"/>
    <w:rsid w:val="00466CE9"/>
    <w:rsid w:val="009729D1"/>
    <w:rsid w:val="009C25A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6CF38"/>
  <w14:defaultImageDpi w14:val="300"/>
  <w15:docId w15:val="{63D4150B-1558-461B-AB81-E76FD567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0">
    <w:name w:val="TableGrid"/>
    <w:rsid w:val="009729D1"/>
    <w:pPr>
      <w:spacing w:after="0" w:line="240" w:lineRule="auto"/>
    </w:pPr>
    <w:rPr>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07157-F1A3-4DFA-B3D0-7A6BED39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 Walsh SNP</cp:lastModifiedBy>
  <cp:revision>2</cp:revision>
  <dcterms:created xsi:type="dcterms:W3CDTF">2025-09-02T09:00:00Z</dcterms:created>
  <dcterms:modified xsi:type="dcterms:W3CDTF">2025-09-02T09:00:00Z</dcterms:modified>
  <cp:category/>
</cp:coreProperties>
</file>