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36025" w14:textId="17625F01" w:rsidR="008B128E" w:rsidRPr="00945314" w:rsidRDefault="00945314" w:rsidP="50D38361">
      <w:pPr>
        <w:jc w:val="center"/>
        <w:rPr>
          <w:rFonts w:ascii="Arial" w:eastAsia="Arial Nova" w:hAnsi="Arial" w:cs="Arial"/>
          <w:b/>
          <w:bCs/>
          <w:sz w:val="36"/>
          <w:szCs w:val="36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D1935C0" wp14:editId="50E78452">
            <wp:simplePos x="0" y="0"/>
            <wp:positionH relativeFrom="margin">
              <wp:posOffset>60960</wp:posOffset>
            </wp:positionH>
            <wp:positionV relativeFrom="paragraph">
              <wp:posOffset>-3175</wp:posOffset>
            </wp:positionV>
            <wp:extent cx="1089660" cy="1061416"/>
            <wp:effectExtent l="0" t="0" r="0" b="5715"/>
            <wp:wrapNone/>
            <wp:docPr id="24" name="Picture 24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logo for a school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6487" cy="1077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68FAAE54" w:rsidRPr="00945314">
        <w:rPr>
          <w:rFonts w:ascii="Arial" w:hAnsi="Arial" w:cs="Arial"/>
          <w:b/>
          <w:bCs/>
          <w:sz w:val="36"/>
          <w:szCs w:val="36"/>
          <w:u w:val="single"/>
        </w:rPr>
        <w:t>P</w:t>
      </w:r>
      <w:r w:rsidR="68FAAE54" w:rsidRPr="00945314">
        <w:rPr>
          <w:rFonts w:ascii="Arial" w:eastAsia="Arial Nova" w:hAnsi="Arial" w:cs="Arial"/>
          <w:b/>
          <w:bCs/>
          <w:sz w:val="36"/>
          <w:szCs w:val="36"/>
          <w:u w:val="single"/>
        </w:rPr>
        <w:t>E</w:t>
      </w:r>
    </w:p>
    <w:p w14:paraId="4B945A8F" w14:textId="59B888BB" w:rsidR="008B128E" w:rsidRPr="00945314" w:rsidRDefault="68FAAE54" w:rsidP="50D38361">
      <w:pPr>
        <w:jc w:val="center"/>
        <w:rPr>
          <w:rFonts w:ascii="Arial" w:eastAsia="Arial Nova" w:hAnsi="Arial" w:cs="Arial"/>
          <w:b/>
          <w:bCs/>
          <w:sz w:val="34"/>
          <w:szCs w:val="34"/>
          <w:u w:val="single"/>
        </w:rPr>
      </w:pPr>
      <w:r w:rsidRPr="00945314">
        <w:rPr>
          <w:rFonts w:ascii="Arial" w:eastAsia="Arial Nova" w:hAnsi="Arial" w:cs="Arial"/>
          <w:b/>
          <w:bCs/>
          <w:sz w:val="34"/>
          <w:szCs w:val="34"/>
          <w:u w:val="single"/>
        </w:rPr>
        <w:t>Scheme of work progression</w:t>
      </w:r>
      <w:r w:rsidR="00982D9F" w:rsidRPr="00945314">
        <w:rPr>
          <w:rFonts w:ascii="Arial" w:hAnsi="Arial" w:cs="Arial"/>
          <w:b/>
          <w:sz w:val="34"/>
          <w:u w:val="single"/>
        </w:rPr>
        <w:t>Scheme of work progression</w:t>
      </w:r>
    </w:p>
    <w:p w14:paraId="34FA4F71" w14:textId="77777777" w:rsidR="00945314" w:rsidRDefault="00945314" w:rsidP="50D38361">
      <w:pPr>
        <w:spacing w:after="120"/>
        <w:rPr>
          <w:rFonts w:ascii="Arial" w:eastAsia="Arial Nova" w:hAnsi="Arial" w:cs="Arial"/>
          <w:b/>
          <w:bCs/>
          <w:color w:val="1F4E79"/>
          <w:sz w:val="28"/>
          <w:szCs w:val="28"/>
          <w:u w:val="single"/>
        </w:rPr>
      </w:pPr>
    </w:p>
    <w:p w14:paraId="2797B1A5" w14:textId="33E36083" w:rsidR="008B128E" w:rsidRPr="00945314" w:rsidRDefault="68FAAE54" w:rsidP="50D38361">
      <w:pPr>
        <w:spacing w:after="120"/>
        <w:rPr>
          <w:rFonts w:ascii="Arial" w:eastAsia="Arial Nova" w:hAnsi="Arial" w:cs="Arial"/>
          <w:b/>
          <w:bCs/>
          <w:color w:val="1F4E79"/>
          <w:sz w:val="28"/>
          <w:szCs w:val="28"/>
          <w:u w:val="single"/>
        </w:rPr>
      </w:pPr>
      <w:r w:rsidRPr="00945314">
        <w:rPr>
          <w:rFonts w:ascii="Arial" w:eastAsia="Arial Nova" w:hAnsi="Arial" w:cs="Arial"/>
          <w:b/>
          <w:bCs/>
          <w:color w:val="1F4E79"/>
          <w:sz w:val="28"/>
          <w:szCs w:val="28"/>
          <w:u w:val="single"/>
        </w:rPr>
        <w:t>Striking and Fielding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  <w:gridCol w:w="4968"/>
      </w:tblGrid>
      <w:tr w:rsidR="008B128E" w:rsidRPr="00945314" w14:paraId="58A3BF3D" w14:textId="77777777" w:rsidTr="50D38361">
        <w:trPr>
          <w:jc w:val="center"/>
        </w:trPr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101A20" w14:textId="77777777" w:rsidR="008B128E" w:rsidRPr="00945314" w:rsidRDefault="68FAAE54" w:rsidP="50D38361">
            <w:pPr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Year 1</w:t>
            </w:r>
          </w:p>
          <w:p w14:paraId="25A2DD77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Able to hit objects with hand or bat</w:t>
            </w:r>
          </w:p>
          <w:p w14:paraId="7BF43A13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Track and retrieve a rolling ball</w:t>
            </w:r>
          </w:p>
          <w:p w14:paraId="18A46B64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Throw and catch a variety of balls and objects</w:t>
            </w:r>
          </w:p>
          <w:p w14:paraId="0C279EC2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Develop sending and receiving skills to benefit fielding as a team.</w:t>
            </w:r>
          </w:p>
          <w:p w14:paraId="04036B80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Distinguish between roles of batters and fielders.</w:t>
            </w:r>
          </w:p>
          <w:p w14:paraId="3068888E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Introduce the concept of simple tactics.</w:t>
            </w:r>
          </w:p>
          <w:p w14:paraId="2F0F0721" w14:textId="77777777" w:rsidR="008B128E" w:rsidRPr="00945314" w:rsidRDefault="68FAAE54" w:rsidP="50D38361">
            <w:pPr>
              <w:spacing w:before="40"/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  <w:t>Vocabulary:</w:t>
            </w:r>
          </w:p>
          <w:p w14:paraId="25E2AF53" w14:textId="77777777" w:rsidR="008B128E" w:rsidRPr="00945314" w:rsidRDefault="68FAAE54" w:rsidP="50D38361">
            <w:pPr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  <w:t>Batter, bowl, catch, collect, feed, field, retrieve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2255EC" w14:textId="77777777" w:rsidR="008B128E" w:rsidRPr="00945314" w:rsidRDefault="68FAAE54" w:rsidP="50D38361">
            <w:pPr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Year 2</w:t>
            </w:r>
          </w:p>
          <w:p w14:paraId="07454F72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Develop hitting skills with a variety of bats.</w:t>
            </w:r>
          </w:p>
          <w:p w14:paraId="5CC774C1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Practise feeding/bowling skills.</w:t>
            </w:r>
          </w:p>
          <w:p w14:paraId="0CB6ADFA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Hit and run to score points in a game.</w:t>
            </w:r>
          </w:p>
          <w:p w14:paraId="165B5D29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Work in a variety of ways to score runs in the different hit, catch, run games.</w:t>
            </w:r>
          </w:p>
          <w:p w14:paraId="144AC6E9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Work in teams to field.</w:t>
            </w:r>
          </w:p>
          <w:p w14:paraId="7F406502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Begin to play the role of wicketkeeper or backstop.</w:t>
            </w:r>
          </w:p>
          <w:p w14:paraId="1F52B0A8" w14:textId="77777777" w:rsidR="008B128E" w:rsidRPr="00945314" w:rsidRDefault="68FAAE54" w:rsidP="50D38361">
            <w:pPr>
              <w:spacing w:before="40"/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  <w:t>Vocabulary:</w:t>
            </w:r>
          </w:p>
          <w:p w14:paraId="0BB4C9E2" w14:textId="77777777" w:rsidR="008B128E" w:rsidRPr="00945314" w:rsidRDefault="68FAAE54" w:rsidP="50D38361">
            <w:pPr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  <w:t>strike, runs, wicket, underarm, over arm, umpire, posts, stumps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AD9C4D" w14:textId="77777777" w:rsidR="008B128E" w:rsidRPr="00945314" w:rsidRDefault="68FAAE54" w:rsidP="50D38361">
            <w:pPr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Year 3 (Rounders)</w:t>
            </w:r>
          </w:p>
          <w:p w14:paraId="0F17B087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Play a simple rounders game.</w:t>
            </w:r>
          </w:p>
          <w:p w14:paraId="37A4DD8E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Apply rules to games.</w:t>
            </w:r>
          </w:p>
          <w:p w14:paraId="18DB7CE5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Develop and use simple rounders skills</w:t>
            </w:r>
          </w:p>
          <w:p w14:paraId="748E76EA" w14:textId="77777777" w:rsidR="008B128E" w:rsidRPr="00945314" w:rsidRDefault="68FAAE54" w:rsidP="50D38361">
            <w:pPr>
              <w:spacing w:before="40"/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  <w:t>Vocabulary:</w:t>
            </w:r>
          </w:p>
          <w:p w14:paraId="7D8CEA82" w14:textId="77777777" w:rsidR="008B128E" w:rsidRPr="00945314" w:rsidRDefault="68FAAE54" w:rsidP="50D38361">
            <w:pPr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  <w:t>Bases, run, fielder, innings, no ball, batting box, backstop, rounders, half rounders</w:t>
            </w:r>
          </w:p>
        </w:tc>
      </w:tr>
      <w:tr w:rsidR="008B128E" w:rsidRPr="00945314" w14:paraId="7591AC93" w14:textId="77777777" w:rsidTr="50D38361">
        <w:trPr>
          <w:jc w:val="center"/>
        </w:trPr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23E46C" w14:textId="77777777" w:rsidR="008B128E" w:rsidRPr="00945314" w:rsidRDefault="68FAAE54" w:rsidP="50D38361">
            <w:pPr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Year 4 (Cricket)</w:t>
            </w:r>
          </w:p>
          <w:p w14:paraId="065D5435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Develop the range of cricket skills that can apply in a competitive context.</w:t>
            </w:r>
          </w:p>
          <w:p w14:paraId="538DC51D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Choose and use a range of simple tactics in isolation and a game context.</w:t>
            </w:r>
          </w:p>
          <w:p w14:paraId="30D68C79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Consolidate existing skills and apply with consistency.</w:t>
            </w:r>
          </w:p>
          <w:p w14:paraId="08150235" w14:textId="77777777" w:rsidR="008B128E" w:rsidRPr="00945314" w:rsidRDefault="68FAAE54" w:rsidP="50D38361">
            <w:pPr>
              <w:spacing w:before="40"/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  <w:t>Vocabulary:</w:t>
            </w:r>
          </w:p>
          <w:p w14:paraId="1B55EA4A" w14:textId="77777777" w:rsidR="008B128E" w:rsidRPr="00945314" w:rsidRDefault="68FAAE54" w:rsidP="50D38361">
            <w:pPr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  <w:t>Crease, boundary, batsman, cross, four, six, single, over, balls, pull, shot, forward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ABEB3D" w14:textId="77777777" w:rsidR="008B128E" w:rsidRPr="00945314" w:rsidRDefault="68FAAE54" w:rsidP="50D38361">
            <w:pPr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Year 5 (Rounders)</w:t>
            </w:r>
          </w:p>
          <w:p w14:paraId="70FA0917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Link together a range of skills and use in combination.</w:t>
            </w:r>
          </w:p>
          <w:p w14:paraId="2A249F81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Collaborate with a team to choose, use and adapt rules in games</w:t>
            </w:r>
          </w:p>
          <w:p w14:paraId="2C7558F5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Recognise how some aspects of fitness apply to rounders e.g. power, flexibility, cardiovascular endurance</w:t>
            </w:r>
          </w:p>
          <w:p w14:paraId="47ADF196" w14:textId="77777777" w:rsidR="008B128E" w:rsidRPr="00945314" w:rsidRDefault="68FAAE54" w:rsidP="50D38361">
            <w:pPr>
              <w:spacing w:before="40"/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  <w:t>Vocabulary:</w:t>
            </w:r>
          </w:p>
          <w:p w14:paraId="0BA19543" w14:textId="77777777" w:rsidR="008B128E" w:rsidRPr="00945314" w:rsidRDefault="68FAAE54" w:rsidP="50D38361">
            <w:pPr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  <w:t>Revision of previous years plus offensive, defensive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2D51BF" w14:textId="77777777" w:rsidR="008B128E" w:rsidRPr="00945314" w:rsidRDefault="68FAAE54" w:rsidP="50D38361">
            <w:pPr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Year 6 (Rounders/Cricket)</w:t>
            </w:r>
          </w:p>
          <w:p w14:paraId="773A9BBD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Apply rounders/cricket rules consistently in conditioned games.</w:t>
            </w:r>
          </w:p>
          <w:p w14:paraId="7CEAF29B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Play small sided games using standard rounders pitch layout.</w:t>
            </w:r>
          </w:p>
          <w:p w14:paraId="6AFC8BE9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Use a range of tactics for attacking and defending in the role of bowler, batter and fielder.</w:t>
            </w:r>
          </w:p>
          <w:p w14:paraId="059152A0" w14:textId="77777777" w:rsidR="008B128E" w:rsidRPr="00945314" w:rsidRDefault="68FAAE54" w:rsidP="50D38361">
            <w:pPr>
              <w:spacing w:after="20"/>
              <w:ind w:left="173" w:hanging="115"/>
              <w:rPr>
                <w:rFonts w:ascii="Arial" w:eastAsia="Arial Nova" w:hAnsi="Arial" w:cs="Arial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sz w:val="24"/>
                <w:szCs w:val="24"/>
              </w:rPr>
              <w:t>• Attempt a small range of recognised shots in isolation and in competitive scenarios.</w:t>
            </w:r>
          </w:p>
          <w:p w14:paraId="2ED1A7AD" w14:textId="77777777" w:rsidR="008B128E" w:rsidRPr="00945314" w:rsidRDefault="68FAAE54" w:rsidP="50D38361">
            <w:pPr>
              <w:spacing w:before="40"/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b/>
                <w:bCs/>
                <w:i/>
                <w:iCs/>
                <w:color w:val="1F89B5"/>
                <w:sz w:val="24"/>
                <w:szCs w:val="24"/>
              </w:rPr>
              <w:t>Vocabulary:</w:t>
            </w:r>
          </w:p>
          <w:p w14:paraId="5255C63E" w14:textId="77777777" w:rsidR="008B128E" w:rsidRPr="00945314" w:rsidRDefault="68FAAE54" w:rsidP="50D38361">
            <w:pPr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</w:pPr>
            <w:r w:rsidRPr="00945314">
              <w:rPr>
                <w:rFonts w:ascii="Arial" w:eastAsia="Arial Nova" w:hAnsi="Arial" w:cs="Arial"/>
                <w:i/>
                <w:iCs/>
                <w:color w:val="1F89B5"/>
                <w:sz w:val="24"/>
                <w:szCs w:val="24"/>
              </w:rPr>
              <w:t>Revision of previous years plus stance, predict, place, select, tactics</w:t>
            </w:r>
          </w:p>
        </w:tc>
      </w:tr>
    </w:tbl>
    <w:p w14:paraId="1BE45679" w14:textId="77777777" w:rsidR="00945314" w:rsidRDefault="00945314">
      <w:pPr>
        <w:spacing w:after="120"/>
        <w:rPr>
          <w:rFonts w:ascii="Arial" w:hAnsi="Arial" w:cs="Arial"/>
          <w:b/>
          <w:color w:val="1F4E79"/>
          <w:sz w:val="22"/>
          <w:u w:val="single"/>
        </w:rPr>
      </w:pPr>
    </w:p>
    <w:p w14:paraId="2026C85B" w14:textId="5CCC123B" w:rsidR="008B128E" w:rsidRPr="00945314" w:rsidRDefault="00982D9F">
      <w:pPr>
        <w:spacing w:after="120"/>
        <w:rPr>
          <w:rFonts w:ascii="Arial" w:hAnsi="Arial" w:cs="Arial"/>
          <w:sz w:val="22"/>
        </w:rPr>
      </w:pPr>
      <w:bookmarkStart w:id="0" w:name="_GoBack"/>
      <w:bookmarkEnd w:id="0"/>
      <w:r w:rsidRPr="00945314">
        <w:rPr>
          <w:rFonts w:ascii="Arial" w:hAnsi="Arial" w:cs="Arial"/>
          <w:b/>
          <w:color w:val="1F4E79"/>
          <w:sz w:val="22"/>
          <w:u w:val="single"/>
        </w:rPr>
        <w:lastRenderedPageBreak/>
        <w:t>Invasion Games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  <w:gridCol w:w="4968"/>
      </w:tblGrid>
      <w:tr w:rsidR="008B128E" w:rsidRPr="00945314" w14:paraId="36CE59F6" w14:textId="77777777">
        <w:trPr>
          <w:jc w:val="center"/>
        </w:trPr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45B91C" w14:textId="77777777" w:rsidR="008B128E" w:rsidRPr="00945314" w:rsidRDefault="00982D9F">
            <w:pPr>
              <w:jc w:val="center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sz w:val="22"/>
              </w:rPr>
              <w:t>Year 1</w:t>
            </w:r>
          </w:p>
          <w:p w14:paraId="66F6295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Practise basic movements including running, jumping, throwing and catching.</w:t>
            </w:r>
          </w:p>
          <w:p w14:paraId="0F37531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Begin to engage in competitive activities.</w:t>
            </w:r>
          </w:p>
          <w:p w14:paraId="20006268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Experience opportunities to improve agility, balance and coordination.</w:t>
            </w:r>
          </w:p>
          <w:p w14:paraId="7B726BD2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Recognise rules and apply them.</w:t>
            </w:r>
          </w:p>
          <w:p w14:paraId="62B90CD9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Use and apply simple invasion game strategies.</w:t>
            </w:r>
          </w:p>
          <w:p w14:paraId="35B5AC0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Preparing for, and explaining the reasons why we enjoy exercise.</w:t>
            </w:r>
          </w:p>
          <w:p w14:paraId="0256E1CF" w14:textId="77777777" w:rsidR="008B128E" w:rsidRPr="00945314" w:rsidRDefault="00982D9F">
            <w:pPr>
              <w:spacing w:before="40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2"/>
              </w:rPr>
              <w:t>Vocabulary:</w:t>
            </w:r>
          </w:p>
          <w:p w14:paraId="20FA23BE" w14:textId="77777777" w:rsidR="008B128E" w:rsidRPr="00945314" w:rsidRDefault="00982D9F">
            <w:pPr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i/>
                <w:color w:val="1F89B5"/>
                <w:sz w:val="22"/>
              </w:rPr>
              <w:t>Attack, catch, compete, defend, play against, receive, send, heart-rate, outwit, physical activity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8A91EB" w14:textId="77777777" w:rsidR="008B128E" w:rsidRPr="00945314" w:rsidRDefault="00982D9F">
            <w:pPr>
              <w:jc w:val="center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sz w:val="22"/>
              </w:rPr>
              <w:t>Year 2</w:t>
            </w:r>
          </w:p>
          <w:p w14:paraId="3CEACECD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Send and receive a ball using feet.</w:t>
            </w:r>
          </w:p>
          <w:p w14:paraId="6131C7E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Refine ways to control bodies and a range of equipment.</w:t>
            </w:r>
          </w:p>
          <w:p w14:paraId="15409EEB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Recall and link combinations of skills, e.g. dribbling and passing.</w:t>
            </w:r>
          </w:p>
          <w:p w14:paraId="13EC126E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Select and apply a small range of simple tactics.</w:t>
            </w:r>
          </w:p>
          <w:p w14:paraId="394C11E1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Recognise good quality in self and others.</w:t>
            </w:r>
          </w:p>
          <w:p w14:paraId="32CCEED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Work with others to build basic attacking play.</w:t>
            </w:r>
          </w:p>
          <w:p w14:paraId="1BDB67E1" w14:textId="77777777" w:rsidR="008B128E" w:rsidRPr="00945314" w:rsidRDefault="00982D9F">
            <w:pPr>
              <w:spacing w:before="40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2"/>
              </w:rPr>
              <w:t>Vocabulary:</w:t>
            </w:r>
          </w:p>
          <w:p w14:paraId="286B62A2" w14:textId="77777777" w:rsidR="008B128E" w:rsidRPr="00945314" w:rsidRDefault="00982D9F">
            <w:pPr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i/>
                <w:color w:val="1F89B5"/>
                <w:sz w:val="22"/>
              </w:rPr>
              <w:t>Aim, compete, controlling, cooperate, fluency, rebound, scoring, following, opponent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FE6455" w14:textId="77777777" w:rsidR="008B128E" w:rsidRPr="00945314" w:rsidRDefault="00982D9F">
            <w:pPr>
              <w:jc w:val="center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sz w:val="22"/>
              </w:rPr>
              <w:t>Year 3 (Netball/Handball/Tag Rugby/Lacrosse)</w:t>
            </w:r>
          </w:p>
          <w:p w14:paraId="787EB45D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Able to perform basic skills across sports covered.</w:t>
            </w:r>
          </w:p>
          <w:p w14:paraId="7BBB88A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Use space efficiently for attacking play</w:t>
            </w:r>
          </w:p>
          <w:p w14:paraId="36F6AB2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Implement basic rules</w:t>
            </w:r>
          </w:p>
          <w:p w14:paraId="36F2A17D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Learn defensive techniques</w:t>
            </w:r>
          </w:p>
          <w:p w14:paraId="73BDCEC5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Handle a rugby ball with confidence</w:t>
            </w:r>
          </w:p>
          <w:p w14:paraId="62882067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Link skills to perform as a team in attack. (Tag Rugby)</w:t>
            </w:r>
          </w:p>
          <w:p w14:paraId="0D9C4160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Able to pass and catch in a game situation (Lacrosse)</w:t>
            </w:r>
          </w:p>
          <w:p w14:paraId="6DCA9F0A" w14:textId="77777777" w:rsidR="008B128E" w:rsidRPr="00945314" w:rsidRDefault="00982D9F">
            <w:pPr>
              <w:spacing w:before="40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2"/>
              </w:rPr>
              <w:t>Vocabulary:</w:t>
            </w:r>
          </w:p>
          <w:p w14:paraId="63F83B42" w14:textId="77777777" w:rsidR="008B128E" w:rsidRPr="00945314" w:rsidRDefault="00982D9F">
            <w:pPr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i/>
                <w:color w:val="1F89B5"/>
                <w:sz w:val="22"/>
              </w:rPr>
              <w:t>Space, pass, accurately, mark, dodge, possession, intercept, footwork, block, teamwork, using space, side-step, feint, release</w:t>
            </w:r>
          </w:p>
        </w:tc>
      </w:tr>
      <w:tr w:rsidR="008B128E" w:rsidRPr="00945314" w14:paraId="5BD0A203" w14:textId="77777777">
        <w:trPr>
          <w:jc w:val="center"/>
        </w:trPr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421C7E" w14:textId="77777777" w:rsidR="008B128E" w:rsidRPr="00945314" w:rsidRDefault="00982D9F">
            <w:pPr>
              <w:jc w:val="center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sz w:val="22"/>
              </w:rPr>
              <w:t>Year 4 (Hockey/Basketball/Handball/Football)</w:t>
            </w:r>
          </w:p>
          <w:p w14:paraId="5A04EE5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Consistently perform basic skills.</w:t>
            </w:r>
          </w:p>
          <w:p w14:paraId="2CE3767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Implement basic rules.</w:t>
            </w:r>
          </w:p>
          <w:p w14:paraId="29F4F762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Develop tactics and apply to competitive situations.</w:t>
            </w:r>
          </w:p>
          <w:p w14:paraId="7DA5185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Develop a range of ball handling skills.</w:t>
            </w:r>
          </w:p>
          <w:p w14:paraId="7E86C9BD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Increase speed and endurance during gameplay.</w:t>
            </w:r>
          </w:p>
          <w:p w14:paraId="6FE0172B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Pass and move with the ball to set up attacks.</w:t>
            </w:r>
          </w:p>
          <w:p w14:paraId="193551A1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Introduce defensive skills.</w:t>
            </w:r>
          </w:p>
          <w:p w14:paraId="12DD9BD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Evaluating skills to aid improvement.</w:t>
            </w:r>
          </w:p>
          <w:p w14:paraId="0103AAFD" w14:textId="77777777" w:rsidR="008B128E" w:rsidRPr="00945314" w:rsidRDefault="00982D9F">
            <w:pPr>
              <w:spacing w:before="40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2"/>
              </w:rPr>
              <w:t>Vocabulary:</w:t>
            </w:r>
          </w:p>
          <w:p w14:paraId="67E9BD8A" w14:textId="77777777" w:rsidR="008B128E" w:rsidRPr="00945314" w:rsidRDefault="00982D9F">
            <w:pPr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i/>
                <w:color w:val="1F89B5"/>
                <w:sz w:val="22"/>
              </w:rPr>
              <w:t>Dribble, use space, control, pass, push, slap, collaborate, violation, turnover, double drill, 3 step, free throw, chest pass, link, touch, compete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12F5AE" w14:textId="77777777" w:rsidR="008B128E" w:rsidRPr="00945314" w:rsidRDefault="00982D9F">
            <w:pPr>
              <w:jc w:val="center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sz w:val="22"/>
              </w:rPr>
              <w:t>Year 5 (Handball/Tag Rugby/Lacrosse/Netball)</w:t>
            </w:r>
          </w:p>
          <w:p w14:paraId="7E3BD664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Confidently select and use specific skills for invasion games covered.</w:t>
            </w:r>
          </w:p>
          <w:p w14:paraId="5D8616D3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Play effectively in different positions in both attack and defence.</w:t>
            </w:r>
          </w:p>
          <w:p w14:paraId="7F180A20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Increase power and strength and passes to move the ball over longer distances.</w:t>
            </w:r>
          </w:p>
          <w:p w14:paraId="2FAFC899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Use wide range of rules consistently.</w:t>
            </w:r>
          </w:p>
          <w:p w14:paraId="74326568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Select and use skills in a game situation.</w:t>
            </w:r>
          </w:p>
          <w:p w14:paraId="2F1B99B3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Use skills to maintain possession</w:t>
            </w:r>
          </w:p>
          <w:p w14:paraId="663EFD31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Introduce high five netball positions (netball)</w:t>
            </w:r>
          </w:p>
          <w:p w14:paraId="364837F8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Acquire and apply basic shooting techniques (netball)</w:t>
            </w:r>
          </w:p>
          <w:p w14:paraId="0E08B552" w14:textId="77777777" w:rsidR="008B128E" w:rsidRPr="00945314" w:rsidRDefault="00982D9F">
            <w:pPr>
              <w:spacing w:before="40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2"/>
              </w:rPr>
              <w:t>Vocabulary:</w:t>
            </w:r>
          </w:p>
          <w:p w14:paraId="570CAF41" w14:textId="77777777" w:rsidR="008B128E" w:rsidRPr="00945314" w:rsidRDefault="00982D9F">
            <w:pPr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i/>
                <w:color w:val="1F89B5"/>
                <w:sz w:val="22"/>
              </w:rPr>
              <w:t>Revision of previous years plus offensive foul, screen, pressure, interception, squat, distance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A2A8D9" w14:textId="77777777" w:rsidR="008B128E" w:rsidRPr="00945314" w:rsidRDefault="00982D9F">
            <w:pPr>
              <w:jc w:val="center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sz w:val="22"/>
              </w:rPr>
              <w:t>Year 6 (Hockey/Football/Basketball)</w:t>
            </w:r>
          </w:p>
          <w:p w14:paraId="720543D0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Choose and implement a range of strategies and tactics to attack and defend</w:t>
            </w:r>
          </w:p>
          <w:p w14:paraId="36803DB1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Combine and perform more complex skills at great speed.</w:t>
            </w:r>
          </w:p>
          <w:p w14:paraId="4A2CB1E8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Recognise and describe good performances</w:t>
            </w:r>
          </w:p>
          <w:p w14:paraId="234A22D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Suggest, plan and lead a warm-up/simple drills as a small group.</w:t>
            </w:r>
          </w:p>
          <w:p w14:paraId="17296C7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Apply aspects of fitness to the game such as power, strength, agility and coordination</w:t>
            </w:r>
          </w:p>
          <w:p w14:paraId="093BCCD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sz w:val="22"/>
              </w:rPr>
              <w:t>• Grasp more technical aspects of invasion games covered.</w:t>
            </w:r>
          </w:p>
          <w:p w14:paraId="00FA76F6" w14:textId="77777777" w:rsidR="008B128E" w:rsidRPr="00945314" w:rsidRDefault="00982D9F">
            <w:pPr>
              <w:spacing w:before="40"/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2"/>
              </w:rPr>
              <w:t>Vocabulary:</w:t>
            </w:r>
          </w:p>
          <w:p w14:paraId="3525DD01" w14:textId="77777777" w:rsidR="008B128E" w:rsidRPr="00945314" w:rsidRDefault="00982D9F">
            <w:pPr>
              <w:rPr>
                <w:rFonts w:ascii="Arial" w:hAnsi="Arial" w:cs="Arial"/>
                <w:sz w:val="22"/>
              </w:rPr>
            </w:pPr>
            <w:r w:rsidRPr="00945314">
              <w:rPr>
                <w:rFonts w:ascii="Arial" w:hAnsi="Arial" w:cs="Arial"/>
                <w:i/>
                <w:color w:val="1F89B5"/>
                <w:sz w:val="22"/>
              </w:rPr>
              <w:t>Revision of previous years plus perform, consistent, fair play, tackle, covering, supporting, deny, assist</w:t>
            </w:r>
          </w:p>
        </w:tc>
      </w:tr>
    </w:tbl>
    <w:p w14:paraId="0A37501D" w14:textId="77777777" w:rsidR="008B128E" w:rsidRPr="00945314" w:rsidRDefault="00982D9F">
      <w:pPr>
        <w:rPr>
          <w:rFonts w:ascii="Arial" w:hAnsi="Arial" w:cs="Arial"/>
          <w:sz w:val="26"/>
          <w:szCs w:val="26"/>
        </w:rPr>
      </w:pPr>
      <w:r w:rsidRPr="00945314">
        <w:rPr>
          <w:rFonts w:ascii="Arial" w:hAnsi="Arial" w:cs="Arial"/>
          <w:sz w:val="26"/>
          <w:szCs w:val="26"/>
        </w:rPr>
        <w:br w:type="page"/>
      </w:r>
    </w:p>
    <w:p w14:paraId="1D95936E" w14:textId="77777777" w:rsidR="008B128E" w:rsidRPr="00945314" w:rsidRDefault="00982D9F">
      <w:pPr>
        <w:spacing w:after="120"/>
        <w:rPr>
          <w:rFonts w:ascii="Arial" w:hAnsi="Arial" w:cs="Arial"/>
          <w:sz w:val="26"/>
          <w:szCs w:val="26"/>
        </w:rPr>
      </w:pPr>
      <w:r w:rsidRPr="00945314">
        <w:rPr>
          <w:rFonts w:ascii="Arial" w:hAnsi="Arial" w:cs="Arial"/>
          <w:b/>
          <w:color w:val="1F4E79"/>
          <w:sz w:val="26"/>
          <w:szCs w:val="26"/>
          <w:u w:val="single"/>
        </w:rPr>
        <w:lastRenderedPageBreak/>
        <w:t>Net and Wall Games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  <w:gridCol w:w="4968"/>
      </w:tblGrid>
      <w:tr w:rsidR="008B128E" w:rsidRPr="00945314" w14:paraId="4A55E872" w14:textId="77777777">
        <w:trPr>
          <w:jc w:val="center"/>
        </w:trPr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8AE181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1</w:t>
            </w:r>
          </w:p>
          <w:p w14:paraId="1FB787D2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Able to send an object with increased confidence using hand or bat.</w:t>
            </w:r>
          </w:p>
          <w:p w14:paraId="4817BA5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Move towards a moving ball to return.</w:t>
            </w:r>
          </w:p>
          <w:p w14:paraId="31184C3A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Sending and returning a variety of balls.</w:t>
            </w:r>
          </w:p>
          <w:p w14:paraId="6DB672DE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Develop sending skills with a variety of balls.</w:t>
            </w:r>
          </w:p>
          <w:p w14:paraId="02329185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Track intercept and stop a variety of objects such as balls and beanbags</w:t>
            </w:r>
          </w:p>
          <w:p w14:paraId="69E2673A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Select and apply skills to beat the opposition.</w:t>
            </w:r>
          </w:p>
          <w:p w14:paraId="6C0C8BEA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1E218371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Forehand, backhand, court, hit, feed, serve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E7C3ED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2</w:t>
            </w:r>
          </w:p>
          <w:p w14:paraId="093F29B9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Track the path a ball over a net and move towards it.</w:t>
            </w:r>
          </w:p>
          <w:p w14:paraId="27600B28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Begin to hit and return a ball using a variety of hand and racquet with some consistency.</w:t>
            </w:r>
          </w:p>
          <w:p w14:paraId="6F6A1C25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Play modified net/wall games throwing, catching and sending over a net.</w:t>
            </w:r>
          </w:p>
          <w:p w14:paraId="49EF6E6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Make it difficult for their opponent to score a point.</w:t>
            </w:r>
          </w:p>
          <w:p w14:paraId="2BA2537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Begin to choose specific tactics for a situation.</w:t>
            </w:r>
          </w:p>
          <w:p w14:paraId="2856681B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Transfer skills learnt so far to volleyball.</w:t>
            </w:r>
          </w:p>
          <w:p w14:paraId="075B4720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Improve agility and coordination.</w:t>
            </w:r>
          </w:p>
          <w:p w14:paraId="49757188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5353EAD4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Badminton, shuttlecock, tennis, volleyball, squash, net, bounce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731D79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3 (Tennis)</w:t>
            </w:r>
          </w:p>
          <w:p w14:paraId="1129E05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Identify and describe some rules of tennis</w:t>
            </w:r>
          </w:p>
          <w:p w14:paraId="539A91E3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Serve to begin a game</w:t>
            </w:r>
          </w:p>
          <w:p w14:paraId="3C5F833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Explore forehand hitting</w:t>
            </w:r>
          </w:p>
          <w:p w14:paraId="67C901A5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3578DB60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Revision of previous vocabulary plus return, underarm, overarm</w:t>
            </w:r>
          </w:p>
        </w:tc>
      </w:tr>
      <w:tr w:rsidR="008B128E" w:rsidRPr="00945314" w14:paraId="0B875791" w14:textId="77777777">
        <w:trPr>
          <w:jc w:val="center"/>
        </w:trPr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40E874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4 (Badminton)</w:t>
            </w:r>
          </w:p>
          <w:p w14:paraId="68B1FF1B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Explore and use different shots with both forehand and backhand</w:t>
            </w:r>
          </w:p>
          <w:p w14:paraId="28CB1A1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Demonstrate different Badminton skills.</w:t>
            </w:r>
          </w:p>
          <w:p w14:paraId="7F4D4CD2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Practise some trick shots in isolation.</w:t>
            </w:r>
          </w:p>
          <w:p w14:paraId="2AF84774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336B94FF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Revision of previous net/wall vocab plus bisi, tricks, tactics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2E9002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5 (Tennis)</w:t>
            </w:r>
          </w:p>
          <w:p w14:paraId="14022421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Introduce volley and overhead shots</w:t>
            </w:r>
          </w:p>
          <w:p w14:paraId="00FCF518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Apply shots into game situations</w:t>
            </w:r>
          </w:p>
          <w:p w14:paraId="052C6FF4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Play with others to score and defend points in competitive games</w:t>
            </w:r>
          </w:p>
          <w:p w14:paraId="15804503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Further explore Tennis service rules.</w:t>
            </w:r>
          </w:p>
          <w:p w14:paraId="7F766068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472A2578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Revision of previous years plus position, ready, volley, singles, doubles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BD0CA8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6 (Badminton)</w:t>
            </w:r>
          </w:p>
          <w:p w14:paraId="5FF8EADB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Develop a wider range of shots including drop and smash.</w:t>
            </w:r>
          </w:p>
          <w:p w14:paraId="55DF665A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Begin to use more sophisticated tactics such as net play, offensive and defensive positioning</w:t>
            </w:r>
          </w:p>
          <w:p w14:paraId="0690EFF5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 xml:space="preserve">• Play with fluency with a partner in a </w:t>
            </w:r>
            <w:proofErr w:type="gramStart"/>
            <w:r w:rsidRPr="00945314">
              <w:rPr>
                <w:rFonts w:ascii="Arial" w:hAnsi="Arial" w:cs="Arial"/>
                <w:sz w:val="26"/>
                <w:szCs w:val="26"/>
              </w:rPr>
              <w:t>doubles</w:t>
            </w:r>
            <w:proofErr w:type="gramEnd"/>
            <w:r w:rsidRPr="00945314">
              <w:rPr>
                <w:rFonts w:ascii="Arial" w:hAnsi="Arial" w:cs="Arial"/>
                <w:sz w:val="26"/>
                <w:szCs w:val="26"/>
              </w:rPr>
              <w:t xml:space="preserve"> situation.</w:t>
            </w:r>
          </w:p>
          <w:p w14:paraId="5C4C5A21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2B7F02EA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Revision of previous years plus smash, attacking defending, rally, drop shot</w:t>
            </w:r>
          </w:p>
        </w:tc>
      </w:tr>
    </w:tbl>
    <w:p w14:paraId="5DAB6C7B" w14:textId="77777777" w:rsidR="008B128E" w:rsidRPr="00945314" w:rsidRDefault="00982D9F">
      <w:pPr>
        <w:rPr>
          <w:rFonts w:ascii="Arial" w:hAnsi="Arial" w:cs="Arial"/>
          <w:sz w:val="26"/>
          <w:szCs w:val="26"/>
        </w:rPr>
      </w:pPr>
      <w:r w:rsidRPr="00945314">
        <w:rPr>
          <w:rFonts w:ascii="Arial" w:hAnsi="Arial" w:cs="Arial"/>
          <w:sz w:val="26"/>
          <w:szCs w:val="26"/>
        </w:rPr>
        <w:br w:type="page"/>
      </w:r>
    </w:p>
    <w:p w14:paraId="794E3B45" w14:textId="77777777" w:rsidR="008B128E" w:rsidRPr="00945314" w:rsidRDefault="00982D9F">
      <w:pPr>
        <w:spacing w:after="120"/>
        <w:rPr>
          <w:rFonts w:ascii="Arial" w:hAnsi="Arial" w:cs="Arial"/>
          <w:sz w:val="26"/>
          <w:szCs w:val="26"/>
        </w:rPr>
      </w:pPr>
      <w:r w:rsidRPr="00945314">
        <w:rPr>
          <w:rFonts w:ascii="Arial" w:hAnsi="Arial" w:cs="Arial"/>
          <w:b/>
          <w:color w:val="1F4E79"/>
          <w:sz w:val="26"/>
          <w:szCs w:val="26"/>
          <w:u w:val="single"/>
        </w:rPr>
        <w:lastRenderedPageBreak/>
        <w:t>Athletics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  <w:gridCol w:w="4968"/>
      </w:tblGrid>
      <w:tr w:rsidR="008B128E" w:rsidRPr="00945314" w14:paraId="3F800F33" w14:textId="77777777">
        <w:trPr>
          <w:jc w:val="center"/>
        </w:trPr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546A69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1</w:t>
            </w:r>
          </w:p>
          <w:p w14:paraId="72B13D69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Begin to link running and jumping</w:t>
            </w:r>
          </w:p>
          <w:p w14:paraId="3FA1513A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Learn and refine a range of running which includes varying pathways and speeds</w:t>
            </w:r>
          </w:p>
          <w:p w14:paraId="7936F1EB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Develop throwing techniques to send objects over long distances.</w:t>
            </w:r>
          </w:p>
          <w:p w14:paraId="581665C4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Increase stamina and core strength needed to undertake athletic activities</w:t>
            </w:r>
          </w:p>
          <w:p w14:paraId="4A6865EA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Take part in broad range of opportunities to extend strength, balance, agility and coordination.</w:t>
            </w:r>
          </w:p>
          <w:p w14:paraId="67576B94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Cooperate with others to carry out more complex physical activities</w:t>
            </w:r>
          </w:p>
          <w:p w14:paraId="163BD8F9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6E3E09CC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Backwards, distance, furthest, hop, sideways, skip, throw, tag, relay, sprint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5A09D7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2</w:t>
            </w:r>
          </w:p>
          <w:p w14:paraId="7424394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Develop power, agility, coordination and balance over a variety of activities</w:t>
            </w:r>
          </w:p>
          <w:p w14:paraId="5896CE7A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Can throw and handle a variety of objects.</w:t>
            </w:r>
          </w:p>
          <w:p w14:paraId="17599518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Negotiate obstacles showing increased control of body and limbs</w:t>
            </w:r>
          </w:p>
          <w:p w14:paraId="7041C91A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Improve running and jumping movements and work for sustained periods.</w:t>
            </w:r>
          </w:p>
          <w:p w14:paraId="0539AE51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Reflect on activities and make connections between a healthy and active lifestyle.</w:t>
            </w:r>
          </w:p>
          <w:p w14:paraId="77EA488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Experience and improve on jumping for distance and height</w:t>
            </w:r>
          </w:p>
          <w:p w14:paraId="7FE5F37E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323E4C04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Dynamic, burpee, obstacle, static, dynamic, lunges, persevere, burn, stamina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568CE7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3</w:t>
            </w:r>
          </w:p>
          <w:p w14:paraId="4758ABC3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Control movements and body actions in response to specific instructions</w:t>
            </w:r>
          </w:p>
          <w:p w14:paraId="3CA2229E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Demonstrate agility and speed</w:t>
            </w:r>
          </w:p>
          <w:p w14:paraId="691E28D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Jump for height and distance with control and balance</w:t>
            </w:r>
          </w:p>
          <w:p w14:paraId="108970C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Throw with speed and power and apply appropriate force</w:t>
            </w:r>
          </w:p>
          <w:p w14:paraId="603BE450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1FAE06C9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Accelerate, agility, hurdles, foam javelin, pace, approach, combine</w:t>
            </w:r>
          </w:p>
        </w:tc>
      </w:tr>
      <w:tr w:rsidR="008B128E" w:rsidRPr="00945314" w14:paraId="7DA7AD3B" w14:textId="77777777">
        <w:trPr>
          <w:jc w:val="center"/>
        </w:trPr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16D19E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4</w:t>
            </w:r>
          </w:p>
          <w:p w14:paraId="47FE0915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Using running, jumping and throwing stations, children investigate in small groups different ways of performing these activities.</w:t>
            </w:r>
          </w:p>
          <w:p w14:paraId="61A3D6E8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Using a variety of equipment, ways of measuring and timing, comparing the effectiveness of different styles of runs, jumps and throws</w:t>
            </w:r>
          </w:p>
          <w:p w14:paraId="47743C28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272B49F1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Curve, force, track, bounce, target, take-off, sling, exchange, accuracy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5C9BCE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5</w:t>
            </w:r>
          </w:p>
          <w:p w14:paraId="439318C2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Sustain pace over short and longer distances such as running 100m and running for 2 minutes.</w:t>
            </w:r>
          </w:p>
          <w:p w14:paraId="1E2C3E1E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Able to run as part of a relay team working at their maximum speed</w:t>
            </w:r>
          </w:p>
          <w:p w14:paraId="6E2620E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Perform a range of jumps and throws demonstrating increasing power and accuracy</w:t>
            </w:r>
          </w:p>
          <w:p w14:paraId="2ABAC674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1B84509F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Relay, baton, safety, rules, record, set, take over, sustain, hop-step-jump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F41867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6</w:t>
            </w:r>
          </w:p>
          <w:p w14:paraId="1E1499CE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Confident and expert in a range of techniques and recognise their success</w:t>
            </w:r>
          </w:p>
          <w:p w14:paraId="3D93BA9A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Apply strength and flexibility to a broad range of throwing, running and jumping activities</w:t>
            </w:r>
          </w:p>
          <w:p w14:paraId="1341B50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Work in collaboration and demonstrate improvement when working with self and others</w:t>
            </w:r>
          </w:p>
          <w:p w14:paraId="0E544481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Accurately and confidently judge across a variety of activities</w:t>
            </w:r>
          </w:p>
          <w:p w14:paraId="426E5061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54BD3552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Judge, trajectory, sprint, shuttle, STEP</w:t>
            </w:r>
          </w:p>
        </w:tc>
      </w:tr>
    </w:tbl>
    <w:p w14:paraId="16E82037" w14:textId="77777777" w:rsidR="008B128E" w:rsidRPr="00945314" w:rsidRDefault="00982D9F">
      <w:pPr>
        <w:spacing w:after="120"/>
        <w:rPr>
          <w:rFonts w:ascii="Arial" w:hAnsi="Arial" w:cs="Arial"/>
          <w:sz w:val="26"/>
          <w:szCs w:val="26"/>
        </w:rPr>
      </w:pPr>
      <w:r w:rsidRPr="00945314">
        <w:rPr>
          <w:rFonts w:ascii="Arial" w:hAnsi="Arial" w:cs="Arial"/>
          <w:b/>
          <w:color w:val="1F4E79"/>
          <w:sz w:val="26"/>
          <w:szCs w:val="26"/>
          <w:u w:val="single"/>
        </w:rPr>
        <w:lastRenderedPageBreak/>
        <w:t>Movement (Gymnastics/Dance)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  <w:gridCol w:w="4968"/>
      </w:tblGrid>
      <w:tr w:rsidR="008B128E" w:rsidRPr="00945314" w14:paraId="4E095419" w14:textId="77777777">
        <w:trPr>
          <w:jc w:val="center"/>
        </w:trPr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62C6AC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1</w:t>
            </w:r>
          </w:p>
          <w:p w14:paraId="2A6A91B0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Identify and use simple gymnastics actions and shapes.</w:t>
            </w:r>
          </w:p>
          <w:p w14:paraId="0B315AD5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Apply strength to basic actions.</w:t>
            </w:r>
          </w:p>
          <w:p w14:paraId="0AC98E4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Begin to carry equipment safely.</w:t>
            </w:r>
          </w:p>
          <w:p w14:paraId="5F506710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Respond to stimuli.</w:t>
            </w:r>
          </w:p>
          <w:p w14:paraId="500D8340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Explore space, direction, levels and speed.</w:t>
            </w:r>
          </w:p>
          <w:p w14:paraId="3333580A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Create actions and movements with different body parts.</w:t>
            </w:r>
          </w:p>
          <w:p w14:paraId="33D76805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17F5284D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Beat, curl, dance, swing, turn, twist, story, static, balance, muscles, timing, travel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A43DD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2</w:t>
            </w:r>
          </w:p>
          <w:p w14:paraId="17F844AA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Describe how performers can transition and link gymnastic movements.</w:t>
            </w:r>
          </w:p>
          <w:p w14:paraId="06EF9CBE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Perform with control and consistency at different speeds and levels.</w:t>
            </w:r>
          </w:p>
          <w:p w14:paraId="60F6F7E4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Develop strength and flexibility.</w:t>
            </w:r>
          </w:p>
          <w:p w14:paraId="5797CB44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Create and perform a simple routine that is judged and scored.</w:t>
            </w:r>
          </w:p>
          <w:p w14:paraId="258B7B80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Move imaginatively to music.</w:t>
            </w:r>
          </w:p>
          <w:p w14:paraId="4FF650D1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Perform short sequences to music.</w:t>
            </w:r>
          </w:p>
          <w:p w14:paraId="4CF76C05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70D4DF11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Huddle, galloping, musicality, mood, respond, rhythm, sequence, pattern, relaxation, extension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315625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3</w:t>
            </w:r>
          </w:p>
          <w:p w14:paraId="10ABC57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Modify actions independently.</w:t>
            </w:r>
          </w:p>
          <w:p w14:paraId="31A5AD72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Consolidate and improve quality of gymnastic actions.</w:t>
            </w:r>
          </w:p>
          <w:p w14:paraId="1743EE9E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Relate strength and flexibility to movements performed.</w:t>
            </w:r>
          </w:p>
          <w:p w14:paraId="26F145C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Use basic compositional ideas to improve sequences of actions.</w:t>
            </w:r>
          </w:p>
          <w:p w14:paraId="3DFBB79D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Practise sections of a dance to put together a performance.</w:t>
            </w:r>
          </w:p>
          <w:p w14:paraId="0B81FB13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Perform using facial expressions.</w:t>
            </w:r>
          </w:p>
          <w:p w14:paraId="75F2A2F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Perform with a prop</w:t>
            </w:r>
          </w:p>
          <w:p w14:paraId="0A2517D6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69B7F2C0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Fluency, unison, sustained, explosive, improvisation, facial expression, rehearse, director</w:t>
            </w:r>
          </w:p>
        </w:tc>
      </w:tr>
      <w:tr w:rsidR="008B128E" w:rsidRPr="00945314" w14:paraId="574768F4" w14:textId="77777777">
        <w:trPr>
          <w:jc w:val="center"/>
        </w:trPr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1DBD86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4</w:t>
            </w:r>
          </w:p>
          <w:p w14:paraId="6ECAE6F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Increasingly competent and confident in performing skills with consistency.</w:t>
            </w:r>
          </w:p>
          <w:p w14:paraId="6A15CB7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Perform in time with a partner or group.</w:t>
            </w:r>
          </w:p>
          <w:p w14:paraId="44CDDA0F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Use compositional ideas in performances such as changes in direction, speed and level.</w:t>
            </w:r>
          </w:p>
          <w:p w14:paraId="3732BB13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Include freeze frames in performances.</w:t>
            </w:r>
          </w:p>
          <w:p w14:paraId="618C4855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Practise and perform a variety of different formations in dance.</w:t>
            </w:r>
          </w:p>
          <w:p w14:paraId="7406521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Develop a dance to perform as a group from a starting position.</w:t>
            </w:r>
          </w:p>
          <w:p w14:paraId="7FE0EC52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74194DE5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Contrasting, combinations, full turn, half turn, choreographer, slide, formation, freeze frames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21DEBC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5</w:t>
            </w:r>
          </w:p>
          <w:p w14:paraId="23037604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Create longer and more complex sequences.</w:t>
            </w:r>
          </w:p>
          <w:p w14:paraId="5113AA60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Develop use of symmetry in performances.</w:t>
            </w:r>
          </w:p>
          <w:p w14:paraId="40E70B68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Compare performances and identify strengths and areas for improvement.</w:t>
            </w:r>
          </w:p>
          <w:p w14:paraId="23BFDFBE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Perform a range of dance styles.</w:t>
            </w:r>
          </w:p>
          <w:p w14:paraId="0DDDE7BB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Work collaboratively in groups to compose simple dance routines.</w:t>
            </w:r>
          </w:p>
          <w:p w14:paraId="39D9B53B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22A30310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Symmetry, asymmetrical, elements, aesthetics, locomotion, pivot step, Bhangra</w:t>
            </w:r>
          </w:p>
        </w:tc>
        <w:tc>
          <w:tcPr>
            <w:tcW w:w="49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176CFB" w14:textId="77777777" w:rsidR="008B128E" w:rsidRPr="00945314" w:rsidRDefault="00982D9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sz w:val="26"/>
                <w:szCs w:val="26"/>
              </w:rPr>
              <w:t>Year 6</w:t>
            </w:r>
          </w:p>
          <w:p w14:paraId="12B72158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Warm up with an understanding of the need for strength and flexibility.</w:t>
            </w:r>
          </w:p>
          <w:p w14:paraId="7E614FA5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Demonstrate consistency and clarity in movement.</w:t>
            </w:r>
          </w:p>
          <w:p w14:paraId="7510CA76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Work independently and in groups to plan routines.</w:t>
            </w:r>
          </w:p>
          <w:p w14:paraId="7B03B29C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Arrange apparatus to enhance routines.</w:t>
            </w:r>
          </w:p>
          <w:p w14:paraId="37D27245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Experience flight on and off apparatus.</w:t>
            </w:r>
          </w:p>
          <w:p w14:paraId="29D0BCC3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Work collaboratively in groups to compose more complex dance routines.</w:t>
            </w:r>
          </w:p>
          <w:p w14:paraId="5A6D77DE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t>• Develop motifs and incorporate in dances.</w:t>
            </w:r>
          </w:p>
          <w:p w14:paraId="2A266621" w14:textId="77777777" w:rsidR="008B128E" w:rsidRPr="00945314" w:rsidRDefault="00982D9F">
            <w:pPr>
              <w:spacing w:after="20"/>
              <w:ind w:left="173" w:hanging="115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sz w:val="26"/>
                <w:szCs w:val="26"/>
              </w:rPr>
              <w:lastRenderedPageBreak/>
              <w:t>• Talk about different styles of dance using the correct terminology.</w:t>
            </w:r>
          </w:p>
          <w:p w14:paraId="1714C9B6" w14:textId="77777777" w:rsidR="008B128E" w:rsidRPr="00945314" w:rsidRDefault="00982D9F">
            <w:pPr>
              <w:spacing w:before="40"/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b/>
                <w:i/>
                <w:color w:val="1F89B5"/>
                <w:sz w:val="26"/>
                <w:szCs w:val="26"/>
              </w:rPr>
              <w:t>Vocabulary:</w:t>
            </w:r>
          </w:p>
          <w:p w14:paraId="45532700" w14:textId="77777777" w:rsidR="008B128E" w:rsidRPr="00945314" w:rsidRDefault="00982D9F">
            <w:pPr>
              <w:rPr>
                <w:rFonts w:ascii="Arial" w:hAnsi="Arial" w:cs="Arial"/>
                <w:sz w:val="26"/>
                <w:szCs w:val="26"/>
              </w:rPr>
            </w:pPr>
            <w:r w:rsidRPr="00945314">
              <w:rPr>
                <w:rFonts w:ascii="Arial" w:hAnsi="Arial" w:cs="Arial"/>
                <w:i/>
                <w:color w:val="1F89B5"/>
                <w:sz w:val="26"/>
                <w:szCs w:val="26"/>
              </w:rPr>
              <w:t>Vault, strength, flexibility, motif, phrase, street dance, Hakka, step, slide, gesture</w:t>
            </w:r>
          </w:p>
        </w:tc>
      </w:tr>
    </w:tbl>
    <w:p w14:paraId="6A05A809" w14:textId="77777777" w:rsidR="00AE2A4E" w:rsidRPr="00945314" w:rsidRDefault="00AE2A4E">
      <w:pPr>
        <w:rPr>
          <w:rFonts w:ascii="Arial" w:hAnsi="Arial" w:cs="Arial"/>
          <w:sz w:val="26"/>
          <w:szCs w:val="26"/>
        </w:rPr>
      </w:pPr>
    </w:p>
    <w:sectPr w:rsidR="00AE2A4E" w:rsidRPr="00945314" w:rsidSect="00034616">
      <w:pgSz w:w="16834" w:h="11909" w:orient="landscape"/>
      <w:pgMar w:top="605" w:right="648" w:bottom="605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0F9B"/>
    <w:rsid w:val="00326F90"/>
    <w:rsid w:val="008B128E"/>
    <w:rsid w:val="0093603E"/>
    <w:rsid w:val="00945314"/>
    <w:rsid w:val="00982D9F"/>
    <w:rsid w:val="00AA1D8D"/>
    <w:rsid w:val="00AE2A4E"/>
    <w:rsid w:val="00B47730"/>
    <w:rsid w:val="00CB0664"/>
    <w:rsid w:val="00FC693F"/>
    <w:rsid w:val="50D38361"/>
    <w:rsid w:val="68FAA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C37A7A"/>
  <w14:defaultImageDpi w14:val="300"/>
  <w15:docId w15:val="{D78CD70D-2883-431A-A27D-AAC6251A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C02F42-F060-49E8-94E9-ACEB7E852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1822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Nick</dc:creator>
  <cp:keywords/>
  <dc:description>generated by python-docx</dc:description>
  <cp:lastModifiedBy>M Jones</cp:lastModifiedBy>
  <cp:revision>2</cp:revision>
  <dcterms:created xsi:type="dcterms:W3CDTF">2026-10-23T10:07:00Z</dcterms:created>
  <dcterms:modified xsi:type="dcterms:W3CDTF">2026-10-23T10:07:00Z</dcterms:modified>
  <cp:category/>
</cp:coreProperties>
</file>