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B0007" w14:textId="2C8712AD" w:rsidR="00737EB2" w:rsidRDefault="003A480A">
      <w:pPr>
        <w:jc w:val="center"/>
      </w:pPr>
      <w:r>
        <w:rPr>
          <w:b/>
          <w:sz w:val="30"/>
        </w:rPr>
        <w:t>OULTON</w:t>
      </w:r>
      <w:r w:rsidR="006204C0">
        <w:rPr>
          <w:b/>
          <w:sz w:val="30"/>
        </w:rPr>
        <w:t xml:space="preserve"> C.E.</w:t>
      </w:r>
      <w:r>
        <w:rPr>
          <w:b/>
          <w:sz w:val="30"/>
        </w:rPr>
        <w:t xml:space="preserve"> FIRST SCHOOL</w:t>
      </w:r>
      <w:r w:rsidR="006204C0">
        <w:rPr>
          <w:noProof/>
          <w:lang w:eastAsia="en-GB"/>
        </w:rPr>
        <w:drawing>
          <wp:anchor distT="0" distB="0" distL="114300" distR="114300" simplePos="0" relativeHeight="251659264" behindDoc="0" locked="0" layoutInCell="1" allowOverlap="1" wp14:anchorId="54E45136" wp14:editId="560C77B5">
            <wp:simplePos x="0" y="0"/>
            <wp:positionH relativeFrom="margin">
              <wp:posOffset>0</wp:posOffset>
            </wp:positionH>
            <wp:positionV relativeFrom="paragraph">
              <wp:posOffset>-635</wp:posOffset>
            </wp:positionV>
            <wp:extent cx="895350" cy="895350"/>
            <wp:effectExtent l="0" t="0" r="0" b="0"/>
            <wp:wrapNone/>
            <wp:docPr id="2" name="Picture 2" descr="COP10048 OULTON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P10048 OULTON SCHOOL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pic:spPr>
                </pic:pic>
              </a:graphicData>
            </a:graphic>
            <wp14:sizeRelH relativeFrom="page">
              <wp14:pctWidth>0</wp14:pctWidth>
            </wp14:sizeRelH>
            <wp14:sizeRelV relativeFrom="page">
              <wp14:pctHeight>0</wp14:pctHeight>
            </wp14:sizeRelV>
          </wp:anchor>
        </w:drawing>
      </w:r>
    </w:p>
    <w:p w14:paraId="7BDCFB0F" w14:textId="77777777" w:rsidR="00737EB2" w:rsidRDefault="003A480A">
      <w:pPr>
        <w:jc w:val="center"/>
      </w:pPr>
      <w:r>
        <w:rPr>
          <w:b/>
          <w:sz w:val="36"/>
        </w:rPr>
        <w:t>NURSERY APPLICATION FOR ADMISSION</w:t>
      </w:r>
    </w:p>
    <w:p w14:paraId="67986B94" w14:textId="77777777" w:rsidR="00737EB2" w:rsidRPr="0088500F" w:rsidRDefault="003A480A">
      <w:pPr>
        <w:jc w:val="center"/>
        <w:rPr>
          <w:sz w:val="22"/>
        </w:rPr>
      </w:pPr>
      <w:r w:rsidRPr="0088500F">
        <w:rPr>
          <w:i/>
          <w:sz w:val="22"/>
        </w:rPr>
        <w:t>Please complete all relevant sections in BLOCK CAPITALS where possible.</w:t>
      </w:r>
    </w:p>
    <w:p w14:paraId="5D63F3CA" w14:textId="77777777" w:rsidR="00737EB2" w:rsidRDefault="003A480A">
      <w:pPr>
        <w:pStyle w:val="Heading1"/>
      </w:pPr>
      <w:r>
        <w:t>1. Child’s details</w:t>
      </w:r>
    </w:p>
    <w:tbl>
      <w:tblPr>
        <w:tblStyle w:val="TableGrid"/>
        <w:tblW w:w="0" w:type="auto"/>
        <w:jc w:val="center"/>
        <w:tblLook w:val="04A0" w:firstRow="1" w:lastRow="0" w:firstColumn="1" w:lastColumn="0" w:noHBand="0" w:noVBand="1"/>
      </w:tblPr>
      <w:tblGrid>
        <w:gridCol w:w="3312"/>
        <w:gridCol w:w="6912"/>
      </w:tblGrid>
      <w:tr w:rsidR="00737EB2" w:rsidRPr="0088500F" w14:paraId="4F81F850" w14:textId="77777777">
        <w:trPr>
          <w:jc w:val="center"/>
        </w:trPr>
        <w:tc>
          <w:tcPr>
            <w:tcW w:w="3312" w:type="dxa"/>
            <w:vAlign w:val="center"/>
          </w:tcPr>
          <w:p w14:paraId="5E8C8338" w14:textId="77777777" w:rsidR="00737EB2" w:rsidRPr="0088500F" w:rsidRDefault="003A480A">
            <w:pPr>
              <w:spacing w:before="100" w:after="100"/>
              <w:rPr>
                <w:sz w:val="22"/>
              </w:rPr>
            </w:pPr>
            <w:r w:rsidRPr="0088500F">
              <w:rPr>
                <w:sz w:val="22"/>
              </w:rPr>
              <w:t>Child’s full legal name</w:t>
            </w:r>
          </w:p>
        </w:tc>
        <w:tc>
          <w:tcPr>
            <w:tcW w:w="6912" w:type="dxa"/>
            <w:vAlign w:val="center"/>
          </w:tcPr>
          <w:p w14:paraId="4F92D854" w14:textId="77777777" w:rsidR="00737EB2" w:rsidRPr="0088500F" w:rsidRDefault="00737EB2">
            <w:pPr>
              <w:spacing w:before="100" w:after="100"/>
              <w:rPr>
                <w:sz w:val="22"/>
              </w:rPr>
            </w:pPr>
          </w:p>
        </w:tc>
      </w:tr>
      <w:tr w:rsidR="00737EB2" w:rsidRPr="0088500F" w14:paraId="66BD9891" w14:textId="77777777">
        <w:trPr>
          <w:jc w:val="center"/>
        </w:trPr>
        <w:tc>
          <w:tcPr>
            <w:tcW w:w="3312" w:type="dxa"/>
            <w:vAlign w:val="center"/>
          </w:tcPr>
          <w:p w14:paraId="4820012F" w14:textId="77777777" w:rsidR="00737EB2" w:rsidRPr="0088500F" w:rsidRDefault="003A480A">
            <w:pPr>
              <w:spacing w:before="100" w:after="100"/>
              <w:rPr>
                <w:sz w:val="22"/>
              </w:rPr>
            </w:pPr>
            <w:r w:rsidRPr="0088500F">
              <w:rPr>
                <w:sz w:val="22"/>
              </w:rPr>
              <w:t>Preferred name (if different)</w:t>
            </w:r>
          </w:p>
        </w:tc>
        <w:tc>
          <w:tcPr>
            <w:tcW w:w="6912" w:type="dxa"/>
            <w:vAlign w:val="center"/>
          </w:tcPr>
          <w:p w14:paraId="0EDA460A" w14:textId="77777777" w:rsidR="00737EB2" w:rsidRPr="0088500F" w:rsidRDefault="00737EB2">
            <w:pPr>
              <w:spacing w:before="100" w:after="100"/>
              <w:rPr>
                <w:sz w:val="22"/>
              </w:rPr>
            </w:pPr>
          </w:p>
        </w:tc>
      </w:tr>
      <w:tr w:rsidR="00737EB2" w:rsidRPr="0088500F" w14:paraId="1FD78A09" w14:textId="77777777">
        <w:trPr>
          <w:jc w:val="center"/>
        </w:trPr>
        <w:tc>
          <w:tcPr>
            <w:tcW w:w="3312" w:type="dxa"/>
            <w:vAlign w:val="center"/>
          </w:tcPr>
          <w:p w14:paraId="1292CF97" w14:textId="77777777" w:rsidR="00737EB2" w:rsidRPr="0088500F" w:rsidRDefault="003A480A">
            <w:pPr>
              <w:spacing w:before="100" w:after="100"/>
              <w:rPr>
                <w:sz w:val="22"/>
              </w:rPr>
            </w:pPr>
            <w:r w:rsidRPr="0088500F">
              <w:rPr>
                <w:sz w:val="22"/>
              </w:rPr>
              <w:t>Date of birth (DD/MM/YYYY)</w:t>
            </w:r>
          </w:p>
        </w:tc>
        <w:tc>
          <w:tcPr>
            <w:tcW w:w="6912" w:type="dxa"/>
            <w:vAlign w:val="center"/>
          </w:tcPr>
          <w:p w14:paraId="25329053" w14:textId="77777777" w:rsidR="00737EB2" w:rsidRPr="0088500F" w:rsidRDefault="00737EB2">
            <w:pPr>
              <w:spacing w:before="100" w:after="100"/>
              <w:rPr>
                <w:sz w:val="22"/>
              </w:rPr>
            </w:pPr>
          </w:p>
        </w:tc>
      </w:tr>
      <w:tr w:rsidR="00737EB2" w:rsidRPr="0088500F" w14:paraId="7B8CF25E" w14:textId="77777777">
        <w:trPr>
          <w:jc w:val="center"/>
        </w:trPr>
        <w:tc>
          <w:tcPr>
            <w:tcW w:w="3312" w:type="dxa"/>
            <w:vAlign w:val="center"/>
          </w:tcPr>
          <w:p w14:paraId="2AD7327E" w14:textId="0C485D43" w:rsidR="00737EB2" w:rsidRPr="0088500F" w:rsidRDefault="003A480A">
            <w:pPr>
              <w:spacing w:before="100" w:after="100"/>
              <w:rPr>
                <w:sz w:val="22"/>
              </w:rPr>
            </w:pPr>
            <w:r w:rsidRPr="0088500F">
              <w:rPr>
                <w:sz w:val="22"/>
              </w:rPr>
              <w:t xml:space="preserve">Gender </w:t>
            </w:r>
          </w:p>
        </w:tc>
        <w:tc>
          <w:tcPr>
            <w:tcW w:w="6912" w:type="dxa"/>
            <w:vAlign w:val="center"/>
          </w:tcPr>
          <w:p w14:paraId="1CB8E098" w14:textId="77777777" w:rsidR="00737EB2" w:rsidRPr="0088500F" w:rsidRDefault="00737EB2">
            <w:pPr>
              <w:spacing w:before="100" w:after="100"/>
              <w:rPr>
                <w:sz w:val="22"/>
              </w:rPr>
            </w:pPr>
          </w:p>
        </w:tc>
      </w:tr>
      <w:tr w:rsidR="00737EB2" w:rsidRPr="0088500F" w14:paraId="75B750E4" w14:textId="77777777">
        <w:trPr>
          <w:jc w:val="center"/>
        </w:trPr>
        <w:tc>
          <w:tcPr>
            <w:tcW w:w="3312" w:type="dxa"/>
            <w:vAlign w:val="center"/>
          </w:tcPr>
          <w:p w14:paraId="693B0777" w14:textId="77777777" w:rsidR="00737EB2" w:rsidRPr="0088500F" w:rsidRDefault="003A480A">
            <w:pPr>
              <w:spacing w:before="100" w:after="100"/>
              <w:rPr>
                <w:sz w:val="22"/>
              </w:rPr>
            </w:pPr>
            <w:r w:rsidRPr="0088500F">
              <w:rPr>
                <w:sz w:val="22"/>
              </w:rPr>
              <w:t>Home address, including postcode</w:t>
            </w:r>
          </w:p>
        </w:tc>
        <w:tc>
          <w:tcPr>
            <w:tcW w:w="6912" w:type="dxa"/>
            <w:vAlign w:val="center"/>
          </w:tcPr>
          <w:p w14:paraId="189A623C" w14:textId="77777777" w:rsidR="00737EB2" w:rsidRPr="0088500F" w:rsidRDefault="003A480A">
            <w:pPr>
              <w:spacing w:before="100" w:after="100"/>
              <w:rPr>
                <w:sz w:val="22"/>
              </w:rPr>
            </w:pPr>
            <w:r w:rsidRPr="0088500F">
              <w:rPr>
                <w:sz w:val="22"/>
              </w:rPr>
              <w:br/>
            </w:r>
            <w:r w:rsidRPr="0088500F">
              <w:rPr>
                <w:sz w:val="22"/>
              </w:rPr>
              <w:br/>
            </w:r>
          </w:p>
        </w:tc>
      </w:tr>
      <w:tr w:rsidR="00737EB2" w:rsidRPr="0088500F" w14:paraId="1FA0C30C" w14:textId="77777777">
        <w:trPr>
          <w:jc w:val="center"/>
        </w:trPr>
        <w:tc>
          <w:tcPr>
            <w:tcW w:w="3312" w:type="dxa"/>
            <w:vAlign w:val="center"/>
          </w:tcPr>
          <w:p w14:paraId="14A72468" w14:textId="77777777" w:rsidR="00737EB2" w:rsidRPr="0088500F" w:rsidRDefault="003A480A">
            <w:pPr>
              <w:spacing w:before="100" w:after="100"/>
              <w:rPr>
                <w:sz w:val="22"/>
              </w:rPr>
            </w:pPr>
            <w:r w:rsidRPr="0088500F">
              <w:rPr>
                <w:sz w:val="22"/>
              </w:rPr>
              <w:t>Does your child currently attend another nursery or childcare setting? If yes, please give details.</w:t>
            </w:r>
          </w:p>
        </w:tc>
        <w:tc>
          <w:tcPr>
            <w:tcW w:w="6912" w:type="dxa"/>
            <w:vAlign w:val="center"/>
          </w:tcPr>
          <w:p w14:paraId="6B2C5AB5" w14:textId="77777777" w:rsidR="00737EB2" w:rsidRPr="0088500F" w:rsidRDefault="003A480A">
            <w:pPr>
              <w:spacing w:before="100" w:after="100"/>
              <w:rPr>
                <w:sz w:val="22"/>
              </w:rPr>
            </w:pPr>
            <w:r w:rsidRPr="0088500F">
              <w:rPr>
                <w:sz w:val="22"/>
              </w:rPr>
              <w:br/>
            </w:r>
          </w:p>
        </w:tc>
      </w:tr>
      <w:tr w:rsidR="006204C0" w:rsidRPr="0088500F" w14:paraId="0B1685BA" w14:textId="77777777">
        <w:trPr>
          <w:jc w:val="center"/>
        </w:trPr>
        <w:tc>
          <w:tcPr>
            <w:tcW w:w="3312" w:type="dxa"/>
            <w:vAlign w:val="center"/>
          </w:tcPr>
          <w:p w14:paraId="0CD8DDB9" w14:textId="770F3088" w:rsidR="006204C0" w:rsidRPr="0088500F" w:rsidRDefault="006204C0">
            <w:pPr>
              <w:spacing w:before="100" w:after="100"/>
              <w:rPr>
                <w:sz w:val="22"/>
              </w:rPr>
            </w:pPr>
            <w:r w:rsidRPr="0088500F">
              <w:rPr>
                <w:sz w:val="22"/>
              </w:rPr>
              <w:t>Elder brother or Sister details (if applicable)</w:t>
            </w:r>
          </w:p>
        </w:tc>
        <w:tc>
          <w:tcPr>
            <w:tcW w:w="6912" w:type="dxa"/>
            <w:vAlign w:val="center"/>
          </w:tcPr>
          <w:p w14:paraId="76BEA6EB" w14:textId="77777777" w:rsidR="006204C0" w:rsidRPr="0088500F" w:rsidRDefault="006204C0">
            <w:pPr>
              <w:spacing w:before="100" w:after="100"/>
              <w:rPr>
                <w:sz w:val="22"/>
              </w:rPr>
            </w:pPr>
          </w:p>
        </w:tc>
      </w:tr>
      <w:tr w:rsidR="006204C0" w:rsidRPr="0088500F" w14:paraId="19B03E89" w14:textId="77777777">
        <w:trPr>
          <w:jc w:val="center"/>
        </w:trPr>
        <w:tc>
          <w:tcPr>
            <w:tcW w:w="3312" w:type="dxa"/>
            <w:vAlign w:val="center"/>
          </w:tcPr>
          <w:p w14:paraId="13F49A5F" w14:textId="4961965C" w:rsidR="006204C0" w:rsidRPr="0088500F" w:rsidRDefault="006204C0">
            <w:pPr>
              <w:spacing w:before="100" w:after="100"/>
              <w:rPr>
                <w:sz w:val="22"/>
              </w:rPr>
            </w:pPr>
            <w:r w:rsidRPr="0088500F">
              <w:rPr>
                <w:sz w:val="22"/>
              </w:rPr>
              <w:t>Is your child a twin or triplet, etc (one of multiple birth)?</w:t>
            </w:r>
          </w:p>
        </w:tc>
        <w:tc>
          <w:tcPr>
            <w:tcW w:w="6912" w:type="dxa"/>
            <w:vAlign w:val="center"/>
          </w:tcPr>
          <w:p w14:paraId="29D2DE8B" w14:textId="58206317" w:rsidR="006204C0" w:rsidRPr="0088500F" w:rsidRDefault="006204C0">
            <w:pPr>
              <w:spacing w:before="100" w:after="100"/>
              <w:rPr>
                <w:sz w:val="22"/>
              </w:rPr>
            </w:pPr>
            <w:r w:rsidRPr="0088500F">
              <w:rPr>
                <w:rFonts w:ascii="Segoe UI Symbol" w:hAnsi="Segoe UI Symbol" w:cs="Segoe UI Symbol"/>
                <w:sz w:val="22"/>
              </w:rPr>
              <w:t>☐</w:t>
            </w:r>
            <w:r w:rsidRPr="0088500F">
              <w:rPr>
                <w:rFonts w:ascii="Segoe UI Symbol" w:hAnsi="Segoe UI Symbol" w:cs="Segoe UI Symbol"/>
                <w:sz w:val="22"/>
              </w:rPr>
              <w:t xml:space="preserve"> Yes            </w:t>
            </w:r>
            <w:r w:rsidRPr="0088500F">
              <w:rPr>
                <w:rFonts w:ascii="Segoe UI Symbol" w:hAnsi="Segoe UI Symbol" w:cs="Segoe UI Symbol"/>
                <w:sz w:val="22"/>
              </w:rPr>
              <w:t>☐</w:t>
            </w:r>
            <w:r w:rsidRPr="0088500F">
              <w:rPr>
                <w:rFonts w:ascii="Segoe UI Symbol" w:hAnsi="Segoe UI Symbol" w:cs="Segoe UI Symbol"/>
                <w:sz w:val="22"/>
              </w:rPr>
              <w:t xml:space="preserve"> No</w:t>
            </w:r>
          </w:p>
        </w:tc>
      </w:tr>
      <w:tr w:rsidR="006204C0" w:rsidRPr="0088500F" w14:paraId="084A06F4" w14:textId="77777777">
        <w:trPr>
          <w:jc w:val="center"/>
        </w:trPr>
        <w:tc>
          <w:tcPr>
            <w:tcW w:w="3312" w:type="dxa"/>
            <w:vAlign w:val="center"/>
          </w:tcPr>
          <w:p w14:paraId="34E0E29D" w14:textId="72412CD3" w:rsidR="006204C0" w:rsidRPr="0088500F" w:rsidRDefault="006204C0">
            <w:pPr>
              <w:spacing w:before="100" w:after="100"/>
              <w:rPr>
                <w:sz w:val="22"/>
              </w:rPr>
            </w:pPr>
            <w:r w:rsidRPr="0088500F">
              <w:rPr>
                <w:sz w:val="22"/>
              </w:rPr>
              <w:t>If yes, please provide the name(s) of related applications</w:t>
            </w:r>
          </w:p>
        </w:tc>
        <w:tc>
          <w:tcPr>
            <w:tcW w:w="6912" w:type="dxa"/>
            <w:vAlign w:val="center"/>
          </w:tcPr>
          <w:p w14:paraId="3262830B" w14:textId="77777777" w:rsidR="006204C0" w:rsidRPr="0088500F" w:rsidRDefault="006204C0">
            <w:pPr>
              <w:spacing w:before="100" w:after="100"/>
              <w:rPr>
                <w:rFonts w:ascii="Segoe UI Symbol" w:hAnsi="Segoe UI Symbol" w:cs="Segoe UI Symbol"/>
                <w:sz w:val="22"/>
              </w:rPr>
            </w:pPr>
          </w:p>
        </w:tc>
      </w:tr>
    </w:tbl>
    <w:p w14:paraId="75676F69" w14:textId="6CFC24DD" w:rsidR="00737EB2" w:rsidRPr="0088500F" w:rsidRDefault="0088500F" w:rsidP="0088500F">
      <w:pPr>
        <w:spacing w:after="0"/>
        <w:jc w:val="center"/>
        <w:rPr>
          <w:b/>
          <w:bCs/>
          <w:sz w:val="22"/>
          <w:u w:val="single"/>
        </w:rPr>
      </w:pPr>
      <w:r w:rsidRPr="0088500F">
        <w:rPr>
          <w:b/>
          <w:bCs/>
          <w:sz w:val="22"/>
          <w:u w:val="single"/>
        </w:rPr>
        <w:t>NB: it is your responsibility to advise us immediately if these details change</w:t>
      </w:r>
    </w:p>
    <w:p w14:paraId="1C29F6FF" w14:textId="77777777" w:rsidR="00737EB2" w:rsidRDefault="003A480A">
      <w:pPr>
        <w:pStyle w:val="Heading1"/>
      </w:pPr>
      <w:r>
        <w:t>2. Parent / carer details</w:t>
      </w:r>
    </w:p>
    <w:tbl>
      <w:tblPr>
        <w:tblStyle w:val="TableGrid"/>
        <w:tblW w:w="0" w:type="auto"/>
        <w:jc w:val="center"/>
        <w:tblLook w:val="04A0" w:firstRow="1" w:lastRow="0" w:firstColumn="1" w:lastColumn="0" w:noHBand="0" w:noVBand="1"/>
      </w:tblPr>
      <w:tblGrid>
        <w:gridCol w:w="3312"/>
        <w:gridCol w:w="6912"/>
      </w:tblGrid>
      <w:tr w:rsidR="00737EB2" w14:paraId="3E031239" w14:textId="77777777">
        <w:trPr>
          <w:jc w:val="center"/>
        </w:trPr>
        <w:tc>
          <w:tcPr>
            <w:tcW w:w="3312" w:type="dxa"/>
            <w:vAlign w:val="center"/>
          </w:tcPr>
          <w:p w14:paraId="10F56530" w14:textId="77777777" w:rsidR="00737EB2" w:rsidRPr="0076621D" w:rsidRDefault="003A480A">
            <w:pPr>
              <w:spacing w:before="100" w:after="100"/>
              <w:rPr>
                <w:sz w:val="22"/>
              </w:rPr>
            </w:pPr>
            <w:r w:rsidRPr="0076621D">
              <w:rPr>
                <w:sz w:val="22"/>
              </w:rPr>
              <w:t>Parent/carer 1 – full name</w:t>
            </w:r>
          </w:p>
        </w:tc>
        <w:tc>
          <w:tcPr>
            <w:tcW w:w="6912" w:type="dxa"/>
            <w:vAlign w:val="center"/>
          </w:tcPr>
          <w:p w14:paraId="3137A008" w14:textId="77777777" w:rsidR="00737EB2" w:rsidRDefault="00737EB2">
            <w:pPr>
              <w:spacing w:before="100" w:after="100"/>
            </w:pPr>
          </w:p>
        </w:tc>
      </w:tr>
      <w:tr w:rsidR="00737EB2" w14:paraId="4D186B8D" w14:textId="77777777">
        <w:trPr>
          <w:jc w:val="center"/>
        </w:trPr>
        <w:tc>
          <w:tcPr>
            <w:tcW w:w="3312" w:type="dxa"/>
            <w:vAlign w:val="center"/>
          </w:tcPr>
          <w:p w14:paraId="16DEDAD8" w14:textId="77777777" w:rsidR="00737EB2" w:rsidRPr="0076621D" w:rsidRDefault="003A480A">
            <w:pPr>
              <w:spacing w:before="100" w:after="100"/>
              <w:rPr>
                <w:sz w:val="22"/>
              </w:rPr>
            </w:pPr>
            <w:r w:rsidRPr="0076621D">
              <w:rPr>
                <w:sz w:val="22"/>
              </w:rPr>
              <w:t>Relationship to child</w:t>
            </w:r>
          </w:p>
        </w:tc>
        <w:tc>
          <w:tcPr>
            <w:tcW w:w="6912" w:type="dxa"/>
            <w:vAlign w:val="center"/>
          </w:tcPr>
          <w:p w14:paraId="7E7E448A" w14:textId="77777777" w:rsidR="00737EB2" w:rsidRDefault="00737EB2">
            <w:pPr>
              <w:spacing w:before="100" w:after="100"/>
            </w:pPr>
          </w:p>
        </w:tc>
      </w:tr>
      <w:tr w:rsidR="00737EB2" w14:paraId="6B93B400" w14:textId="77777777">
        <w:trPr>
          <w:jc w:val="center"/>
        </w:trPr>
        <w:tc>
          <w:tcPr>
            <w:tcW w:w="3312" w:type="dxa"/>
            <w:vAlign w:val="center"/>
          </w:tcPr>
          <w:p w14:paraId="3CE2DF28" w14:textId="77777777" w:rsidR="00737EB2" w:rsidRPr="0076621D" w:rsidRDefault="003A480A">
            <w:pPr>
              <w:spacing w:before="100" w:after="100"/>
              <w:rPr>
                <w:sz w:val="22"/>
              </w:rPr>
            </w:pPr>
            <w:r w:rsidRPr="0076621D">
              <w:rPr>
                <w:sz w:val="22"/>
              </w:rPr>
              <w:t>Telephone number</w:t>
            </w:r>
          </w:p>
        </w:tc>
        <w:tc>
          <w:tcPr>
            <w:tcW w:w="6912" w:type="dxa"/>
            <w:vAlign w:val="center"/>
          </w:tcPr>
          <w:p w14:paraId="6697E0B0" w14:textId="77777777" w:rsidR="00737EB2" w:rsidRDefault="00737EB2">
            <w:pPr>
              <w:spacing w:before="100" w:after="100"/>
            </w:pPr>
          </w:p>
        </w:tc>
      </w:tr>
      <w:tr w:rsidR="00737EB2" w14:paraId="558D5B74" w14:textId="77777777">
        <w:trPr>
          <w:jc w:val="center"/>
        </w:trPr>
        <w:tc>
          <w:tcPr>
            <w:tcW w:w="3312" w:type="dxa"/>
            <w:vAlign w:val="center"/>
          </w:tcPr>
          <w:p w14:paraId="1C6D4BB4" w14:textId="77777777" w:rsidR="00737EB2" w:rsidRPr="0076621D" w:rsidRDefault="003A480A">
            <w:pPr>
              <w:spacing w:before="100" w:after="100"/>
              <w:rPr>
                <w:sz w:val="22"/>
              </w:rPr>
            </w:pPr>
            <w:r w:rsidRPr="0076621D">
              <w:rPr>
                <w:sz w:val="22"/>
              </w:rPr>
              <w:t>Email address</w:t>
            </w:r>
          </w:p>
        </w:tc>
        <w:tc>
          <w:tcPr>
            <w:tcW w:w="6912" w:type="dxa"/>
            <w:vAlign w:val="center"/>
          </w:tcPr>
          <w:p w14:paraId="27FDFADB" w14:textId="77777777" w:rsidR="00737EB2" w:rsidRDefault="00737EB2">
            <w:pPr>
              <w:spacing w:before="100" w:after="100"/>
            </w:pPr>
          </w:p>
        </w:tc>
      </w:tr>
      <w:tr w:rsidR="00737EB2" w14:paraId="58F072BD" w14:textId="77777777">
        <w:trPr>
          <w:jc w:val="center"/>
        </w:trPr>
        <w:tc>
          <w:tcPr>
            <w:tcW w:w="3312" w:type="dxa"/>
            <w:vAlign w:val="center"/>
          </w:tcPr>
          <w:p w14:paraId="2AFA5E50" w14:textId="77777777" w:rsidR="00737EB2" w:rsidRPr="0076621D" w:rsidRDefault="003A480A">
            <w:pPr>
              <w:spacing w:before="100" w:after="100"/>
              <w:rPr>
                <w:sz w:val="22"/>
              </w:rPr>
            </w:pPr>
            <w:r w:rsidRPr="0076621D">
              <w:rPr>
                <w:sz w:val="22"/>
              </w:rPr>
              <w:t>Parent/carer 2 – full name (if applicable)</w:t>
            </w:r>
          </w:p>
        </w:tc>
        <w:tc>
          <w:tcPr>
            <w:tcW w:w="6912" w:type="dxa"/>
            <w:vAlign w:val="center"/>
          </w:tcPr>
          <w:p w14:paraId="6200EF7D" w14:textId="77777777" w:rsidR="00737EB2" w:rsidRDefault="00737EB2">
            <w:pPr>
              <w:spacing w:before="100" w:after="100"/>
            </w:pPr>
          </w:p>
        </w:tc>
      </w:tr>
      <w:tr w:rsidR="00737EB2" w14:paraId="1ECD213D" w14:textId="77777777">
        <w:trPr>
          <w:jc w:val="center"/>
        </w:trPr>
        <w:tc>
          <w:tcPr>
            <w:tcW w:w="3312" w:type="dxa"/>
            <w:vAlign w:val="center"/>
          </w:tcPr>
          <w:p w14:paraId="1B6E9ED2" w14:textId="77777777" w:rsidR="00737EB2" w:rsidRPr="0076621D" w:rsidRDefault="003A480A">
            <w:pPr>
              <w:spacing w:before="100" w:after="100"/>
              <w:rPr>
                <w:sz w:val="22"/>
              </w:rPr>
            </w:pPr>
            <w:r w:rsidRPr="0076621D">
              <w:rPr>
                <w:sz w:val="22"/>
              </w:rPr>
              <w:t>Relationship to child</w:t>
            </w:r>
          </w:p>
        </w:tc>
        <w:tc>
          <w:tcPr>
            <w:tcW w:w="6912" w:type="dxa"/>
            <w:vAlign w:val="center"/>
          </w:tcPr>
          <w:p w14:paraId="7DCF8FD0" w14:textId="77777777" w:rsidR="00737EB2" w:rsidRDefault="00737EB2">
            <w:pPr>
              <w:spacing w:before="100" w:after="100"/>
            </w:pPr>
          </w:p>
        </w:tc>
      </w:tr>
      <w:tr w:rsidR="00737EB2" w14:paraId="289A4C1F" w14:textId="77777777">
        <w:trPr>
          <w:jc w:val="center"/>
        </w:trPr>
        <w:tc>
          <w:tcPr>
            <w:tcW w:w="3312" w:type="dxa"/>
            <w:vAlign w:val="center"/>
          </w:tcPr>
          <w:p w14:paraId="3E80F29C" w14:textId="77777777" w:rsidR="00737EB2" w:rsidRPr="0076621D" w:rsidRDefault="003A480A">
            <w:pPr>
              <w:spacing w:before="100" w:after="100"/>
              <w:rPr>
                <w:sz w:val="22"/>
              </w:rPr>
            </w:pPr>
            <w:r w:rsidRPr="0076621D">
              <w:rPr>
                <w:sz w:val="22"/>
              </w:rPr>
              <w:t>Telephone number</w:t>
            </w:r>
          </w:p>
        </w:tc>
        <w:tc>
          <w:tcPr>
            <w:tcW w:w="6912" w:type="dxa"/>
            <w:vAlign w:val="center"/>
          </w:tcPr>
          <w:p w14:paraId="73E80F27" w14:textId="77777777" w:rsidR="00737EB2" w:rsidRDefault="00737EB2">
            <w:pPr>
              <w:spacing w:before="100" w:after="100"/>
            </w:pPr>
          </w:p>
        </w:tc>
      </w:tr>
      <w:tr w:rsidR="00737EB2" w14:paraId="4EA17860" w14:textId="77777777">
        <w:trPr>
          <w:jc w:val="center"/>
        </w:trPr>
        <w:tc>
          <w:tcPr>
            <w:tcW w:w="3312" w:type="dxa"/>
            <w:vAlign w:val="center"/>
          </w:tcPr>
          <w:p w14:paraId="42670BF7" w14:textId="77777777" w:rsidR="00737EB2" w:rsidRPr="0076621D" w:rsidRDefault="003A480A">
            <w:pPr>
              <w:spacing w:before="100" w:after="100"/>
              <w:rPr>
                <w:sz w:val="22"/>
              </w:rPr>
            </w:pPr>
            <w:r w:rsidRPr="0076621D">
              <w:rPr>
                <w:sz w:val="22"/>
              </w:rPr>
              <w:t>Email address</w:t>
            </w:r>
          </w:p>
        </w:tc>
        <w:tc>
          <w:tcPr>
            <w:tcW w:w="6912" w:type="dxa"/>
            <w:vAlign w:val="center"/>
          </w:tcPr>
          <w:p w14:paraId="0642E03F" w14:textId="77777777" w:rsidR="00737EB2" w:rsidRDefault="00737EB2">
            <w:pPr>
              <w:spacing w:before="100" w:after="100"/>
            </w:pPr>
          </w:p>
        </w:tc>
      </w:tr>
    </w:tbl>
    <w:p w14:paraId="2393CA27" w14:textId="77777777" w:rsidR="00737EB2" w:rsidRDefault="00737EB2">
      <w:pPr>
        <w:spacing w:after="0"/>
      </w:pPr>
    </w:p>
    <w:p w14:paraId="77BEF462" w14:textId="77777777" w:rsidR="00737EB2" w:rsidRPr="0076621D" w:rsidRDefault="003A480A">
      <w:pPr>
        <w:rPr>
          <w:sz w:val="22"/>
        </w:rPr>
      </w:pPr>
      <w:r w:rsidRPr="0076621D">
        <w:rPr>
          <w:sz w:val="22"/>
        </w:rPr>
        <w:t>Who should we contact first?  ☐ Parent/carer 1   ☐ Parent/carer 2</w:t>
      </w:r>
    </w:p>
    <w:p w14:paraId="1B07A6D9" w14:textId="36A74BF6" w:rsidR="0076621D" w:rsidRDefault="0076621D">
      <w:pPr>
        <w:rPr>
          <w:sz w:val="22"/>
        </w:rPr>
      </w:pPr>
      <w:r>
        <w:rPr>
          <w:sz w:val="22"/>
        </w:rPr>
        <w:t xml:space="preserve">Is this child in the care of a local authority? </w:t>
      </w:r>
      <w:r w:rsidRPr="0076621D">
        <w:rPr>
          <w:rFonts w:ascii="Segoe UI Symbol" w:hAnsi="Segoe UI Symbol" w:cs="Segoe UI Symbol"/>
          <w:sz w:val="22"/>
        </w:rPr>
        <w:t>☐</w:t>
      </w:r>
      <w:r w:rsidRPr="0076621D">
        <w:rPr>
          <w:sz w:val="22"/>
        </w:rPr>
        <w:t xml:space="preserve"> Yes </w:t>
      </w:r>
      <w:r w:rsidRPr="0076621D">
        <w:rPr>
          <w:rFonts w:ascii="Segoe UI Symbol" w:hAnsi="Segoe UI Symbol" w:cs="Segoe UI Symbol"/>
          <w:sz w:val="22"/>
        </w:rPr>
        <w:t>☐</w:t>
      </w:r>
      <w:r w:rsidRPr="0076621D">
        <w:rPr>
          <w:sz w:val="22"/>
        </w:rPr>
        <w:t xml:space="preserve"> No</w:t>
      </w:r>
    </w:p>
    <w:p w14:paraId="3AC5866E" w14:textId="2450F05D" w:rsidR="0076621D" w:rsidRDefault="0076621D">
      <w:pPr>
        <w:rPr>
          <w:sz w:val="22"/>
        </w:rPr>
      </w:pPr>
      <w:r>
        <w:rPr>
          <w:sz w:val="22"/>
        </w:rPr>
        <w:t>Has the child previously been in the care of a local authority but has since been adopted (or become subject to a residence order or special guardianship order since being in public care?)</w:t>
      </w:r>
      <w:r w:rsidR="0088500F">
        <w:rPr>
          <w:sz w:val="22"/>
        </w:rPr>
        <w:t xml:space="preserve"> </w:t>
      </w:r>
      <w:r w:rsidR="0088500F" w:rsidRPr="0076621D">
        <w:rPr>
          <w:rFonts w:ascii="Segoe UI Symbol" w:hAnsi="Segoe UI Symbol" w:cs="Segoe UI Symbol"/>
          <w:sz w:val="22"/>
        </w:rPr>
        <w:t>☐</w:t>
      </w:r>
      <w:r w:rsidR="0088500F" w:rsidRPr="0076621D">
        <w:rPr>
          <w:sz w:val="22"/>
        </w:rPr>
        <w:t xml:space="preserve"> Yes </w:t>
      </w:r>
      <w:r w:rsidR="0088500F" w:rsidRPr="0076621D">
        <w:rPr>
          <w:rFonts w:ascii="Segoe UI Symbol" w:hAnsi="Segoe UI Symbol" w:cs="Segoe UI Symbol"/>
          <w:sz w:val="22"/>
        </w:rPr>
        <w:t>☐</w:t>
      </w:r>
      <w:r w:rsidR="0088500F" w:rsidRPr="0076621D">
        <w:rPr>
          <w:sz w:val="22"/>
        </w:rPr>
        <w:t xml:space="preserve"> No</w:t>
      </w:r>
    </w:p>
    <w:p w14:paraId="3DD1F614" w14:textId="4B2EAF87" w:rsidR="0088500F" w:rsidRDefault="0088500F">
      <w:pPr>
        <w:rPr>
          <w:sz w:val="22"/>
        </w:rPr>
      </w:pPr>
      <w:r>
        <w:rPr>
          <w:sz w:val="22"/>
        </w:rPr>
        <w:t>If ‘Yes’ to either of the above, please provide Social Worker and Local Authority contact details below:</w:t>
      </w:r>
    </w:p>
    <w:p w14:paraId="70640AFE" w14:textId="77777777" w:rsidR="0088500F" w:rsidRDefault="0088500F">
      <w:pPr>
        <w:rPr>
          <w:sz w:val="22"/>
        </w:rPr>
      </w:pPr>
    </w:p>
    <w:p w14:paraId="204D4BD4" w14:textId="74402028" w:rsidR="0088500F" w:rsidRDefault="0088500F">
      <w:pPr>
        <w:rPr>
          <w:sz w:val="22"/>
        </w:rPr>
      </w:pPr>
      <w:r>
        <w:rPr>
          <w:sz w:val="22"/>
        </w:rPr>
        <w:t>_________________________________________________________________________________</w:t>
      </w:r>
    </w:p>
    <w:p w14:paraId="6A59AB60" w14:textId="77777777" w:rsidR="0076621D" w:rsidRDefault="0076621D">
      <w:pPr>
        <w:rPr>
          <w:sz w:val="22"/>
        </w:rPr>
      </w:pPr>
    </w:p>
    <w:p w14:paraId="73B258F9" w14:textId="0F988CAE" w:rsidR="00737EB2" w:rsidRPr="0076621D" w:rsidRDefault="003A480A">
      <w:pPr>
        <w:rPr>
          <w:sz w:val="22"/>
        </w:rPr>
      </w:pPr>
      <w:r w:rsidRPr="0076621D">
        <w:rPr>
          <w:sz w:val="22"/>
        </w:rPr>
        <w:t xml:space="preserve">Are there any court orders or other arrangements affecting who may </w:t>
      </w:r>
      <w:r w:rsidRPr="0076621D">
        <w:rPr>
          <w:sz w:val="22"/>
        </w:rPr>
        <w:t xml:space="preserve">collect or receive information about your child?  ☐ </w:t>
      </w:r>
      <w:proofErr w:type="gramStart"/>
      <w:r w:rsidRPr="0076621D">
        <w:rPr>
          <w:sz w:val="22"/>
        </w:rPr>
        <w:t>No  ☐</w:t>
      </w:r>
      <w:proofErr w:type="gramEnd"/>
      <w:r w:rsidRPr="0076621D">
        <w:rPr>
          <w:sz w:val="22"/>
        </w:rPr>
        <w:t xml:space="preserve"> Yes (please provide details and relevant documentation):</w:t>
      </w:r>
    </w:p>
    <w:p w14:paraId="1C0C2E96" w14:textId="77777777" w:rsidR="00737EB2" w:rsidRPr="0076621D" w:rsidRDefault="003A480A">
      <w:pPr>
        <w:rPr>
          <w:sz w:val="22"/>
        </w:rPr>
      </w:pPr>
      <w:r w:rsidRPr="0076621D">
        <w:rPr>
          <w:sz w:val="22"/>
        </w:rPr>
        <w:t>________________________________________________________________________________</w:t>
      </w:r>
    </w:p>
    <w:p w14:paraId="1A63FA26" w14:textId="77777777" w:rsidR="00737EB2" w:rsidRDefault="003A480A">
      <w:pPr>
        <w:pStyle w:val="Heading1"/>
      </w:pPr>
      <w:r>
        <w:t>3. Requested nursery place</w:t>
      </w:r>
    </w:p>
    <w:p w14:paraId="21D4554C" w14:textId="2E6EC114" w:rsidR="00B81AD2" w:rsidRPr="0076621D" w:rsidRDefault="00B81AD2">
      <w:pPr>
        <w:rPr>
          <w:sz w:val="22"/>
        </w:rPr>
      </w:pPr>
      <w:r w:rsidRPr="0076621D">
        <w:rPr>
          <w:sz w:val="22"/>
        </w:rPr>
        <w:t>Our nursery offers a 15-hour provision, which takes place on Monday and Tuesday all day, and Wednesday morning.</w:t>
      </w:r>
      <w:r w:rsidRPr="0076621D">
        <w:rPr>
          <w:sz w:val="22"/>
        </w:rPr>
        <w:t xml:space="preserve"> </w:t>
      </w:r>
      <w:r w:rsidR="0076621D" w:rsidRPr="0076621D">
        <w:rPr>
          <w:sz w:val="22"/>
        </w:rPr>
        <w:t>As we are a school-based nursery, children must attend the full 15-hour provision. Unfortunately, we are unable to offer places for only part of these sessions.</w:t>
      </w:r>
    </w:p>
    <w:p w14:paraId="3684775A" w14:textId="1C581824" w:rsidR="0076621D" w:rsidRPr="0076621D" w:rsidRDefault="0076621D">
      <w:pPr>
        <w:rPr>
          <w:sz w:val="22"/>
        </w:rPr>
      </w:pPr>
      <w:r w:rsidRPr="0076621D">
        <w:rPr>
          <w:sz w:val="22"/>
        </w:rPr>
        <w:t>If your child is eligible for the extended 30-hour funding entitlement, the additional funded hours can be used to cover Wednesday afternoons.</w:t>
      </w:r>
    </w:p>
    <w:p w14:paraId="3DD1D7C6" w14:textId="40F59AAD" w:rsidR="0076621D" w:rsidRPr="0076621D" w:rsidRDefault="0076621D">
      <w:pPr>
        <w:rPr>
          <w:sz w:val="22"/>
        </w:rPr>
      </w:pPr>
      <w:r w:rsidRPr="0076621D">
        <w:rPr>
          <w:sz w:val="22"/>
        </w:rPr>
        <w:t>For families who are unable to access the 30-hour funding entitlement, there is the option to purchase additional hours for Wednesday afternoon, allowing children to enjoy extra time in our nursery.</w:t>
      </w:r>
    </w:p>
    <w:p w14:paraId="23E396B9" w14:textId="77777777" w:rsidR="00B81AD2" w:rsidRPr="0076621D" w:rsidRDefault="00B81AD2">
      <w:pPr>
        <w:rPr>
          <w:sz w:val="22"/>
        </w:rPr>
      </w:pPr>
    </w:p>
    <w:p w14:paraId="08804C7D" w14:textId="5784FCD0" w:rsidR="00737EB2" w:rsidRPr="0076621D" w:rsidRDefault="003A480A">
      <w:pPr>
        <w:rPr>
          <w:sz w:val="22"/>
        </w:rPr>
      </w:pPr>
      <w:r w:rsidRPr="0076621D">
        <w:rPr>
          <w:sz w:val="22"/>
        </w:rPr>
        <w:t>When would you like your child to start?  ______________________________________________</w:t>
      </w:r>
    </w:p>
    <w:p w14:paraId="3D03123B" w14:textId="77777777" w:rsidR="00737EB2" w:rsidRPr="0076621D" w:rsidRDefault="003A480A">
      <w:pPr>
        <w:rPr>
          <w:sz w:val="22"/>
        </w:rPr>
      </w:pPr>
      <w:r w:rsidRPr="0076621D">
        <w:rPr>
          <w:sz w:val="22"/>
        </w:rPr>
        <w:t>Preferred sessions / days (please indicate all that apply; availability cannot be guaranteed):</w:t>
      </w:r>
    </w:p>
    <w:tbl>
      <w:tblPr>
        <w:tblStyle w:val="TableGrid"/>
        <w:tblW w:w="0" w:type="auto"/>
        <w:jc w:val="center"/>
        <w:tblLook w:val="04A0" w:firstRow="1" w:lastRow="0" w:firstColumn="1" w:lastColumn="0" w:noHBand="0" w:noVBand="1"/>
      </w:tblPr>
      <w:tblGrid>
        <w:gridCol w:w="3312"/>
        <w:gridCol w:w="6912"/>
      </w:tblGrid>
      <w:tr w:rsidR="00737EB2" w:rsidRPr="0076621D" w14:paraId="480D7DE8" w14:textId="77777777">
        <w:trPr>
          <w:jc w:val="center"/>
        </w:trPr>
        <w:tc>
          <w:tcPr>
            <w:tcW w:w="3312" w:type="dxa"/>
            <w:vAlign w:val="center"/>
          </w:tcPr>
          <w:p w14:paraId="39DF2B77" w14:textId="77777777" w:rsidR="00737EB2" w:rsidRPr="0076621D" w:rsidRDefault="003A480A">
            <w:pPr>
              <w:spacing w:before="100" w:after="100"/>
              <w:rPr>
                <w:sz w:val="22"/>
              </w:rPr>
            </w:pPr>
            <w:r w:rsidRPr="0076621D">
              <w:rPr>
                <w:sz w:val="22"/>
              </w:rPr>
              <w:t>Monday</w:t>
            </w:r>
          </w:p>
        </w:tc>
        <w:tc>
          <w:tcPr>
            <w:tcW w:w="6912" w:type="dxa"/>
            <w:vAlign w:val="center"/>
          </w:tcPr>
          <w:p w14:paraId="41933964" w14:textId="7F322421" w:rsidR="00737EB2" w:rsidRPr="0076621D" w:rsidRDefault="003A480A">
            <w:pPr>
              <w:spacing w:before="100" w:after="100"/>
              <w:rPr>
                <w:sz w:val="22"/>
              </w:rPr>
            </w:pPr>
            <w:r w:rsidRPr="0076621D">
              <w:rPr>
                <w:sz w:val="22"/>
              </w:rPr>
              <w:t>☐</w:t>
            </w:r>
            <w:r w:rsidRPr="0076621D">
              <w:rPr>
                <w:sz w:val="22"/>
              </w:rPr>
              <w:t xml:space="preserve"> Full day</w:t>
            </w:r>
          </w:p>
        </w:tc>
      </w:tr>
      <w:tr w:rsidR="00737EB2" w:rsidRPr="0076621D" w14:paraId="43D8178D" w14:textId="77777777">
        <w:trPr>
          <w:jc w:val="center"/>
        </w:trPr>
        <w:tc>
          <w:tcPr>
            <w:tcW w:w="3312" w:type="dxa"/>
            <w:vAlign w:val="center"/>
          </w:tcPr>
          <w:p w14:paraId="48A3F92F" w14:textId="77777777" w:rsidR="00737EB2" w:rsidRPr="0076621D" w:rsidRDefault="003A480A">
            <w:pPr>
              <w:spacing w:before="100" w:after="100"/>
              <w:rPr>
                <w:sz w:val="22"/>
              </w:rPr>
            </w:pPr>
            <w:r w:rsidRPr="0076621D">
              <w:rPr>
                <w:sz w:val="22"/>
              </w:rPr>
              <w:t>Tuesday</w:t>
            </w:r>
          </w:p>
        </w:tc>
        <w:tc>
          <w:tcPr>
            <w:tcW w:w="6912" w:type="dxa"/>
            <w:vAlign w:val="center"/>
          </w:tcPr>
          <w:p w14:paraId="559B59FD" w14:textId="5311B0DC" w:rsidR="00737EB2" w:rsidRPr="0076621D" w:rsidRDefault="003A480A">
            <w:pPr>
              <w:spacing w:before="100" w:after="100"/>
              <w:rPr>
                <w:sz w:val="22"/>
              </w:rPr>
            </w:pPr>
            <w:r w:rsidRPr="0076621D">
              <w:rPr>
                <w:sz w:val="22"/>
              </w:rPr>
              <w:t>☐</w:t>
            </w:r>
            <w:r w:rsidRPr="0076621D">
              <w:rPr>
                <w:sz w:val="22"/>
              </w:rPr>
              <w:t xml:space="preserve"> Full day</w:t>
            </w:r>
          </w:p>
        </w:tc>
      </w:tr>
      <w:tr w:rsidR="00737EB2" w:rsidRPr="0076621D" w14:paraId="2E36B41B" w14:textId="77777777">
        <w:trPr>
          <w:jc w:val="center"/>
        </w:trPr>
        <w:tc>
          <w:tcPr>
            <w:tcW w:w="3312" w:type="dxa"/>
            <w:vAlign w:val="center"/>
          </w:tcPr>
          <w:p w14:paraId="540C517D" w14:textId="77777777" w:rsidR="00737EB2" w:rsidRPr="0076621D" w:rsidRDefault="003A480A">
            <w:pPr>
              <w:spacing w:before="100" w:after="100"/>
              <w:rPr>
                <w:sz w:val="22"/>
              </w:rPr>
            </w:pPr>
            <w:r w:rsidRPr="0076621D">
              <w:rPr>
                <w:sz w:val="22"/>
              </w:rPr>
              <w:t>Wednesday</w:t>
            </w:r>
          </w:p>
        </w:tc>
        <w:tc>
          <w:tcPr>
            <w:tcW w:w="6912" w:type="dxa"/>
            <w:vAlign w:val="center"/>
          </w:tcPr>
          <w:p w14:paraId="779F1D5F" w14:textId="540ED24F" w:rsidR="00737EB2" w:rsidRPr="0076621D" w:rsidRDefault="003A480A">
            <w:pPr>
              <w:spacing w:before="100" w:after="100"/>
              <w:rPr>
                <w:sz w:val="22"/>
              </w:rPr>
            </w:pPr>
            <w:r w:rsidRPr="0076621D">
              <w:rPr>
                <w:sz w:val="22"/>
              </w:rPr>
              <w:t>☐</w:t>
            </w:r>
            <w:r w:rsidRPr="0076621D">
              <w:rPr>
                <w:sz w:val="22"/>
              </w:rPr>
              <w:t xml:space="preserve"> Morning  </w:t>
            </w:r>
            <w:r w:rsidRPr="0076621D">
              <w:rPr>
                <w:sz w:val="22"/>
              </w:rPr>
              <w:t xml:space="preserve"> </w:t>
            </w:r>
            <w:bookmarkStart w:id="0" w:name="_Hlk243052964"/>
            <w:r w:rsidRPr="0076621D">
              <w:rPr>
                <w:sz w:val="22"/>
              </w:rPr>
              <w:t>☐</w:t>
            </w:r>
            <w:bookmarkEnd w:id="0"/>
            <w:r w:rsidRPr="0076621D">
              <w:rPr>
                <w:sz w:val="22"/>
              </w:rPr>
              <w:t xml:space="preserve"> Full day</w:t>
            </w:r>
          </w:p>
        </w:tc>
      </w:tr>
    </w:tbl>
    <w:p w14:paraId="4E8E217D" w14:textId="77777777" w:rsidR="00737EB2" w:rsidRPr="0076621D" w:rsidRDefault="00737EB2">
      <w:pPr>
        <w:spacing w:after="0"/>
        <w:rPr>
          <w:sz w:val="22"/>
        </w:rPr>
      </w:pPr>
    </w:p>
    <w:p w14:paraId="3DA79206" w14:textId="7D7B489E" w:rsidR="00737EB2" w:rsidRPr="0076621D" w:rsidRDefault="003A480A">
      <w:pPr>
        <w:rPr>
          <w:sz w:val="22"/>
        </w:rPr>
      </w:pPr>
      <w:r w:rsidRPr="0076621D">
        <w:rPr>
          <w:sz w:val="22"/>
        </w:rPr>
        <w:t xml:space="preserve">Are you applying for a funded early education place?  </w:t>
      </w:r>
      <w:bookmarkStart w:id="1" w:name="_Hlk243053420"/>
      <w:r w:rsidRPr="0076621D">
        <w:rPr>
          <w:sz w:val="22"/>
        </w:rPr>
        <w:t>☐</w:t>
      </w:r>
      <w:r w:rsidRPr="0076621D">
        <w:rPr>
          <w:sz w:val="22"/>
        </w:rPr>
        <w:t xml:space="preserve"> Yes </w:t>
      </w:r>
      <w:r w:rsidRPr="0076621D">
        <w:rPr>
          <w:sz w:val="22"/>
        </w:rPr>
        <w:t>☐</w:t>
      </w:r>
      <w:r w:rsidRPr="0076621D">
        <w:rPr>
          <w:sz w:val="22"/>
        </w:rPr>
        <w:t xml:space="preserve"> No </w:t>
      </w:r>
      <w:bookmarkEnd w:id="1"/>
      <w:r w:rsidRPr="0076621D">
        <w:rPr>
          <w:sz w:val="22"/>
        </w:rPr>
        <w:t>☐</w:t>
      </w:r>
      <w:r w:rsidRPr="0076621D">
        <w:rPr>
          <w:sz w:val="22"/>
        </w:rPr>
        <w:t xml:space="preserve"> Unsure</w:t>
      </w:r>
    </w:p>
    <w:p w14:paraId="6099D34F" w14:textId="77777777" w:rsidR="00737EB2" w:rsidRPr="0076621D" w:rsidRDefault="003A480A">
      <w:pPr>
        <w:rPr>
          <w:sz w:val="22"/>
        </w:rPr>
      </w:pPr>
      <w:r w:rsidRPr="0076621D">
        <w:rPr>
          <w:sz w:val="22"/>
        </w:rPr>
        <w:t xml:space="preserve">If applicable, please tell us whether you </w:t>
      </w:r>
      <w:r w:rsidRPr="0076621D">
        <w:rPr>
          <w:sz w:val="22"/>
        </w:rPr>
        <w:t>expect to use a 30-hour entitlement and provide any eligibility / funding code when requested. Do not include passwords or Government Gateway login details.</w:t>
      </w:r>
    </w:p>
    <w:p w14:paraId="084C6375" w14:textId="77777777" w:rsidR="00737EB2" w:rsidRPr="0076621D" w:rsidRDefault="003A480A">
      <w:pPr>
        <w:rPr>
          <w:sz w:val="22"/>
        </w:rPr>
      </w:pPr>
      <w:r w:rsidRPr="0076621D">
        <w:rPr>
          <w:sz w:val="22"/>
        </w:rPr>
        <w:t>Eligibility / funding code (if already available): __________________________________________</w:t>
      </w:r>
    </w:p>
    <w:p w14:paraId="05655C22" w14:textId="7401DE18" w:rsidR="0076621D" w:rsidRPr="0076621D" w:rsidRDefault="0076621D">
      <w:pPr>
        <w:rPr>
          <w:sz w:val="22"/>
        </w:rPr>
      </w:pPr>
      <w:r w:rsidRPr="0076621D">
        <w:rPr>
          <w:sz w:val="22"/>
        </w:rPr>
        <w:t xml:space="preserve">I am not eligible for extended hours but wish to purchase the additional hours for Wednesday afternoons. </w:t>
      </w:r>
      <w:r w:rsidRPr="0076621D">
        <w:rPr>
          <w:rFonts w:ascii="Segoe UI Symbol" w:hAnsi="Segoe UI Symbol" w:cs="Segoe UI Symbol"/>
          <w:sz w:val="22"/>
        </w:rPr>
        <w:t>☐</w:t>
      </w:r>
      <w:r>
        <w:rPr>
          <w:rFonts w:ascii="Segoe UI Symbol" w:hAnsi="Segoe UI Symbol" w:cs="Segoe UI Symbol"/>
          <w:sz w:val="22"/>
        </w:rPr>
        <w:t xml:space="preserve"> Yes</w:t>
      </w:r>
      <w:r>
        <w:rPr>
          <w:rFonts w:ascii="Segoe UI Symbol" w:hAnsi="Segoe UI Symbol" w:cs="Segoe UI Symbol"/>
          <w:sz w:val="22"/>
        </w:rPr>
        <w:tab/>
      </w:r>
      <w:r w:rsidRPr="0076621D">
        <w:rPr>
          <w:rFonts w:ascii="Segoe UI Symbol" w:hAnsi="Segoe UI Symbol" w:cs="Segoe UI Symbol"/>
          <w:sz w:val="22"/>
        </w:rPr>
        <w:t>☐</w:t>
      </w:r>
      <w:r>
        <w:rPr>
          <w:rFonts w:ascii="Segoe UI Symbol" w:hAnsi="Segoe UI Symbol" w:cs="Segoe UI Symbol"/>
          <w:sz w:val="22"/>
        </w:rPr>
        <w:t xml:space="preserve"> No</w:t>
      </w:r>
    </w:p>
    <w:p w14:paraId="7590263D" w14:textId="77777777" w:rsidR="00737EB2" w:rsidRDefault="003A480A">
      <w:pPr>
        <w:pStyle w:val="Heading1"/>
      </w:pPr>
      <w:r>
        <w:t>4. Emergency contacts</w:t>
      </w:r>
    </w:p>
    <w:p w14:paraId="3617EED7" w14:textId="77777777" w:rsidR="00737EB2" w:rsidRPr="0076621D" w:rsidRDefault="003A480A">
      <w:pPr>
        <w:rPr>
          <w:sz w:val="22"/>
        </w:rPr>
      </w:pPr>
      <w:r w:rsidRPr="0076621D">
        <w:rPr>
          <w:sz w:val="22"/>
        </w:rPr>
        <w:t>Please provide at least two emergency contacts who may be contacted if we cannot reach you. These should be people who may be contacted in an emergency.</w:t>
      </w:r>
    </w:p>
    <w:tbl>
      <w:tblPr>
        <w:tblStyle w:val="TableGrid"/>
        <w:tblW w:w="0" w:type="auto"/>
        <w:jc w:val="center"/>
        <w:tblLook w:val="04A0" w:firstRow="1" w:lastRow="0" w:firstColumn="1" w:lastColumn="0" w:noHBand="0" w:noVBand="1"/>
      </w:tblPr>
      <w:tblGrid>
        <w:gridCol w:w="3312"/>
        <w:gridCol w:w="6912"/>
      </w:tblGrid>
      <w:tr w:rsidR="00737EB2" w14:paraId="1DA1E5E4" w14:textId="77777777">
        <w:trPr>
          <w:jc w:val="center"/>
        </w:trPr>
        <w:tc>
          <w:tcPr>
            <w:tcW w:w="3312" w:type="dxa"/>
            <w:vAlign w:val="center"/>
          </w:tcPr>
          <w:p w14:paraId="4F329189" w14:textId="77777777" w:rsidR="00737EB2" w:rsidRPr="0076621D" w:rsidRDefault="003A480A">
            <w:pPr>
              <w:spacing w:before="100" w:after="100"/>
              <w:rPr>
                <w:sz w:val="22"/>
              </w:rPr>
            </w:pPr>
            <w:r w:rsidRPr="0076621D">
              <w:rPr>
                <w:sz w:val="22"/>
              </w:rPr>
              <w:t>Emergency contact 1 – full name and relationship</w:t>
            </w:r>
          </w:p>
        </w:tc>
        <w:tc>
          <w:tcPr>
            <w:tcW w:w="6912" w:type="dxa"/>
            <w:vAlign w:val="center"/>
          </w:tcPr>
          <w:p w14:paraId="62061008" w14:textId="77777777" w:rsidR="00737EB2" w:rsidRDefault="003A480A">
            <w:pPr>
              <w:spacing w:before="100" w:after="100"/>
            </w:pPr>
            <w:r>
              <w:br/>
            </w:r>
          </w:p>
        </w:tc>
      </w:tr>
      <w:tr w:rsidR="00737EB2" w14:paraId="5696FC11" w14:textId="77777777">
        <w:trPr>
          <w:jc w:val="center"/>
        </w:trPr>
        <w:tc>
          <w:tcPr>
            <w:tcW w:w="3312" w:type="dxa"/>
            <w:vAlign w:val="center"/>
          </w:tcPr>
          <w:p w14:paraId="66FD0D47" w14:textId="2AB8DA13" w:rsidR="00737EB2" w:rsidRPr="0076621D" w:rsidRDefault="003A480A">
            <w:pPr>
              <w:spacing w:before="100" w:after="100"/>
              <w:rPr>
                <w:sz w:val="22"/>
              </w:rPr>
            </w:pPr>
            <w:r w:rsidRPr="0076621D">
              <w:rPr>
                <w:sz w:val="22"/>
              </w:rPr>
              <w:t>Telephone number</w:t>
            </w:r>
            <w:r w:rsidR="0076621D" w:rsidRPr="0076621D">
              <w:rPr>
                <w:sz w:val="22"/>
              </w:rPr>
              <w:t>/Email address</w:t>
            </w:r>
          </w:p>
        </w:tc>
        <w:tc>
          <w:tcPr>
            <w:tcW w:w="6912" w:type="dxa"/>
            <w:vAlign w:val="center"/>
          </w:tcPr>
          <w:p w14:paraId="14F35881" w14:textId="77777777" w:rsidR="00737EB2" w:rsidRDefault="00737EB2">
            <w:pPr>
              <w:spacing w:before="100" w:after="100"/>
            </w:pPr>
          </w:p>
        </w:tc>
      </w:tr>
      <w:tr w:rsidR="00737EB2" w14:paraId="1F1B59BE" w14:textId="77777777">
        <w:trPr>
          <w:jc w:val="center"/>
        </w:trPr>
        <w:tc>
          <w:tcPr>
            <w:tcW w:w="3312" w:type="dxa"/>
            <w:vAlign w:val="center"/>
          </w:tcPr>
          <w:p w14:paraId="795102A5" w14:textId="77777777" w:rsidR="00737EB2" w:rsidRPr="0076621D" w:rsidRDefault="003A480A">
            <w:pPr>
              <w:spacing w:before="100" w:after="100"/>
              <w:rPr>
                <w:sz w:val="22"/>
              </w:rPr>
            </w:pPr>
            <w:r w:rsidRPr="0076621D">
              <w:rPr>
                <w:sz w:val="22"/>
              </w:rPr>
              <w:t>Emergency contact 2 – full name and relationship</w:t>
            </w:r>
          </w:p>
        </w:tc>
        <w:tc>
          <w:tcPr>
            <w:tcW w:w="6912" w:type="dxa"/>
            <w:vAlign w:val="center"/>
          </w:tcPr>
          <w:p w14:paraId="33DF786A" w14:textId="77777777" w:rsidR="00737EB2" w:rsidRDefault="003A480A">
            <w:pPr>
              <w:spacing w:before="100" w:after="100"/>
            </w:pPr>
            <w:r>
              <w:br/>
            </w:r>
          </w:p>
        </w:tc>
      </w:tr>
      <w:tr w:rsidR="00737EB2" w14:paraId="6A6CF803" w14:textId="77777777">
        <w:trPr>
          <w:jc w:val="center"/>
        </w:trPr>
        <w:tc>
          <w:tcPr>
            <w:tcW w:w="3312" w:type="dxa"/>
            <w:vAlign w:val="center"/>
          </w:tcPr>
          <w:p w14:paraId="774EA2B0" w14:textId="0C89169E" w:rsidR="00737EB2" w:rsidRPr="0076621D" w:rsidRDefault="003A480A">
            <w:pPr>
              <w:spacing w:before="100" w:after="100"/>
              <w:rPr>
                <w:sz w:val="22"/>
              </w:rPr>
            </w:pPr>
            <w:r w:rsidRPr="0076621D">
              <w:rPr>
                <w:sz w:val="22"/>
              </w:rPr>
              <w:t>Telephone number</w:t>
            </w:r>
            <w:r w:rsidR="0076621D" w:rsidRPr="0076621D">
              <w:rPr>
                <w:sz w:val="22"/>
              </w:rPr>
              <w:t>/Email address</w:t>
            </w:r>
          </w:p>
        </w:tc>
        <w:tc>
          <w:tcPr>
            <w:tcW w:w="6912" w:type="dxa"/>
            <w:vAlign w:val="center"/>
          </w:tcPr>
          <w:p w14:paraId="1EC443E2" w14:textId="77777777" w:rsidR="00737EB2" w:rsidRDefault="00737EB2">
            <w:pPr>
              <w:spacing w:before="100" w:after="100"/>
            </w:pPr>
          </w:p>
        </w:tc>
      </w:tr>
    </w:tbl>
    <w:p w14:paraId="71736CCB" w14:textId="77777777" w:rsidR="00737EB2" w:rsidRDefault="00737EB2">
      <w:pPr>
        <w:spacing w:after="0"/>
      </w:pPr>
    </w:p>
    <w:p w14:paraId="7421A28D" w14:textId="77777777" w:rsidR="00737EB2" w:rsidRDefault="003A480A">
      <w:pPr>
        <w:pStyle w:val="Heading1"/>
      </w:pPr>
      <w:r>
        <w:t>5. Medical, dietary and additional needs</w:t>
      </w:r>
    </w:p>
    <w:p w14:paraId="57F0494B" w14:textId="77777777" w:rsidR="0088500F" w:rsidRDefault="0076621D">
      <w:pPr>
        <w:rPr>
          <w:sz w:val="22"/>
        </w:rPr>
      </w:pPr>
      <w:r w:rsidRPr="0076621D">
        <w:rPr>
          <w:sz w:val="22"/>
        </w:rPr>
        <w:t xml:space="preserve">Does your child have an Education, Health and Care Plan (EHCP) </w:t>
      </w:r>
    </w:p>
    <w:p w14:paraId="57290AA7" w14:textId="3751CB48" w:rsidR="0076621D" w:rsidRPr="0076621D" w:rsidRDefault="0076621D">
      <w:pPr>
        <w:rPr>
          <w:sz w:val="22"/>
        </w:rPr>
      </w:pPr>
      <w:r w:rsidRPr="0076621D">
        <w:rPr>
          <w:sz w:val="22"/>
        </w:rPr>
        <w:t>___________________________________________</w:t>
      </w:r>
      <w:r>
        <w:rPr>
          <w:sz w:val="22"/>
        </w:rPr>
        <w:t>________________________________________</w:t>
      </w:r>
    </w:p>
    <w:p w14:paraId="55642379" w14:textId="77777777" w:rsidR="0076621D" w:rsidRPr="0076621D" w:rsidRDefault="0076621D">
      <w:pPr>
        <w:rPr>
          <w:sz w:val="22"/>
        </w:rPr>
      </w:pPr>
    </w:p>
    <w:p w14:paraId="4965F056" w14:textId="6611D6A3" w:rsidR="00737EB2" w:rsidRPr="0076621D" w:rsidRDefault="003A480A">
      <w:pPr>
        <w:rPr>
          <w:sz w:val="22"/>
        </w:rPr>
      </w:pPr>
      <w:r w:rsidRPr="0076621D">
        <w:rPr>
          <w:sz w:val="22"/>
        </w:rPr>
        <w:t xml:space="preserve">Please tell us about any medical conditions, allergies, dietary requirements, medication or additional needs that the nursery should be aware of. This </w:t>
      </w:r>
      <w:r w:rsidRPr="0076621D">
        <w:rPr>
          <w:sz w:val="22"/>
        </w:rPr>
        <w:t>information helps us plan appropriate care and support.</w:t>
      </w:r>
    </w:p>
    <w:p w14:paraId="456463B4" w14:textId="77777777" w:rsidR="0088500F" w:rsidRDefault="0088500F">
      <w:pPr>
        <w:rPr>
          <w:sz w:val="22"/>
        </w:rPr>
      </w:pPr>
    </w:p>
    <w:p w14:paraId="66C1E97C" w14:textId="4F2E7C53" w:rsidR="00737EB2" w:rsidRPr="0076621D" w:rsidRDefault="003A480A">
      <w:pPr>
        <w:rPr>
          <w:sz w:val="22"/>
        </w:rPr>
      </w:pPr>
      <w:r w:rsidRPr="0076621D">
        <w:rPr>
          <w:sz w:val="22"/>
        </w:rPr>
        <w:t>Medical conditions / allergies / dietary requirements:</w:t>
      </w:r>
    </w:p>
    <w:p w14:paraId="38271682" w14:textId="77777777" w:rsidR="00737EB2" w:rsidRPr="0076621D" w:rsidRDefault="003A480A">
      <w:pPr>
        <w:rPr>
          <w:sz w:val="22"/>
        </w:rPr>
      </w:pPr>
      <w:r w:rsidRPr="0076621D">
        <w:rPr>
          <w:sz w:val="22"/>
        </w:rPr>
        <w:t>________________________________________________________________________________</w:t>
      </w:r>
      <w:r w:rsidRPr="0076621D">
        <w:rPr>
          <w:sz w:val="22"/>
        </w:rPr>
        <w:br/>
        <w:t>________________________________________________________________________________</w:t>
      </w:r>
    </w:p>
    <w:p w14:paraId="4E97589C" w14:textId="77777777" w:rsidR="00737EB2" w:rsidRPr="0076621D" w:rsidRDefault="003A480A">
      <w:pPr>
        <w:rPr>
          <w:sz w:val="22"/>
        </w:rPr>
      </w:pPr>
      <w:r w:rsidRPr="0076621D">
        <w:rPr>
          <w:sz w:val="22"/>
        </w:rPr>
        <w:t>Medication or care plans needed (please discuss these with the school before your child starts):</w:t>
      </w:r>
    </w:p>
    <w:p w14:paraId="1F2F3B48" w14:textId="77777777" w:rsidR="00737EB2" w:rsidRDefault="003A480A">
      <w:r>
        <w:t>________________________________________________________________________________</w:t>
      </w:r>
      <w:r>
        <w:br/>
        <w:t>________________________________________________________________________________</w:t>
      </w:r>
    </w:p>
    <w:p w14:paraId="7201EE21" w14:textId="77777777" w:rsidR="00737EB2" w:rsidRPr="0076621D" w:rsidRDefault="003A480A">
      <w:pPr>
        <w:rPr>
          <w:sz w:val="22"/>
        </w:rPr>
      </w:pPr>
      <w:r w:rsidRPr="0076621D">
        <w:rPr>
          <w:sz w:val="22"/>
        </w:rPr>
        <w:t xml:space="preserve">Does your child have any additional learning, communication, sensory or developmental needs, or receive support from another professional or service?  ☐ </w:t>
      </w:r>
      <w:proofErr w:type="gramStart"/>
      <w:r w:rsidRPr="0076621D">
        <w:rPr>
          <w:sz w:val="22"/>
        </w:rPr>
        <w:t>No  ☐</w:t>
      </w:r>
      <w:proofErr w:type="gramEnd"/>
      <w:r w:rsidRPr="0076621D">
        <w:rPr>
          <w:sz w:val="22"/>
        </w:rPr>
        <w:t xml:space="preserve"> Yes  ☐ Prefer to discuss</w:t>
      </w:r>
    </w:p>
    <w:p w14:paraId="4F1951F0" w14:textId="77777777" w:rsidR="00737EB2" w:rsidRPr="0076621D" w:rsidRDefault="003A480A">
      <w:pPr>
        <w:rPr>
          <w:sz w:val="22"/>
        </w:rPr>
      </w:pPr>
      <w:r w:rsidRPr="0076621D">
        <w:rPr>
          <w:sz w:val="22"/>
        </w:rPr>
        <w:t>If yes, please provide relevant information or let us know if you would prefer to discuss this with us:</w:t>
      </w:r>
    </w:p>
    <w:p w14:paraId="19693809" w14:textId="77777777" w:rsidR="00737EB2" w:rsidRPr="0076621D" w:rsidRDefault="003A480A">
      <w:pPr>
        <w:rPr>
          <w:sz w:val="22"/>
        </w:rPr>
      </w:pPr>
      <w:r w:rsidRPr="0076621D">
        <w:rPr>
          <w:sz w:val="22"/>
        </w:rPr>
        <w:t>________________________________________________________________________________</w:t>
      </w:r>
      <w:r w:rsidRPr="0076621D">
        <w:rPr>
          <w:sz w:val="22"/>
        </w:rPr>
        <w:br/>
        <w:t>________________________________________________________________________________</w:t>
      </w:r>
    </w:p>
    <w:p w14:paraId="74976E8F" w14:textId="77777777" w:rsidR="00737EB2" w:rsidRDefault="003A480A">
      <w:pPr>
        <w:pStyle w:val="Heading1"/>
      </w:pPr>
      <w:r>
        <w:t>6. Other information</w:t>
      </w:r>
    </w:p>
    <w:p w14:paraId="7079541D" w14:textId="77777777" w:rsidR="00737EB2" w:rsidRPr="0076621D" w:rsidRDefault="003A480A">
      <w:pPr>
        <w:rPr>
          <w:sz w:val="22"/>
        </w:rPr>
      </w:pPr>
      <w:r w:rsidRPr="0076621D">
        <w:rPr>
          <w:sz w:val="22"/>
        </w:rPr>
        <w:t>Is there anything else you would like us to know to help your child settle into nursery (for example, interests, languages spoken at home, comfort items or separation worries)?</w:t>
      </w:r>
    </w:p>
    <w:p w14:paraId="799CD996" w14:textId="77777777" w:rsidR="00737EB2" w:rsidRPr="0076621D" w:rsidRDefault="003A480A">
      <w:pPr>
        <w:rPr>
          <w:sz w:val="22"/>
        </w:rPr>
      </w:pPr>
      <w:r w:rsidRPr="0076621D">
        <w:rPr>
          <w:sz w:val="22"/>
        </w:rPr>
        <w:t>________________________________________________________________________________</w:t>
      </w:r>
      <w:r w:rsidRPr="0076621D">
        <w:rPr>
          <w:sz w:val="22"/>
        </w:rPr>
        <w:br/>
        <w:t>________________________________________________________________________________</w:t>
      </w:r>
      <w:r w:rsidRPr="0076621D">
        <w:rPr>
          <w:sz w:val="22"/>
        </w:rPr>
        <w:br/>
        <w:t>________________________________________________________________________________</w:t>
      </w:r>
    </w:p>
    <w:p w14:paraId="115455D7" w14:textId="77777777" w:rsidR="00737EB2" w:rsidRDefault="003A480A">
      <w:pPr>
        <w:pStyle w:val="Heading1"/>
      </w:pPr>
      <w:r>
        <w:t>7. Declaration</w:t>
      </w:r>
    </w:p>
    <w:p w14:paraId="6B6DE6CE" w14:textId="77777777" w:rsidR="00737EB2" w:rsidRPr="0076621D" w:rsidRDefault="003A480A">
      <w:pPr>
        <w:rPr>
          <w:b/>
          <w:bCs/>
          <w:sz w:val="22"/>
          <w:u w:val="single"/>
        </w:rPr>
      </w:pPr>
      <w:r w:rsidRPr="0076621D">
        <w:rPr>
          <w:sz w:val="22"/>
        </w:rPr>
        <w:t xml:space="preserve">I confirm that the information provided on this form is accurate and complete to the best of my knowledge. </w:t>
      </w:r>
      <w:r w:rsidRPr="0076621D">
        <w:rPr>
          <w:b/>
          <w:bCs/>
          <w:sz w:val="22"/>
          <w:u w:val="single"/>
        </w:rPr>
        <w:t>I understand that I must inform the school of any changes to these details.</w:t>
      </w:r>
    </w:p>
    <w:p w14:paraId="723C5489" w14:textId="77777777" w:rsidR="00737EB2" w:rsidRPr="0076621D" w:rsidRDefault="003A480A">
      <w:pPr>
        <w:rPr>
          <w:sz w:val="22"/>
        </w:rPr>
      </w:pPr>
      <w:r w:rsidRPr="0076621D">
        <w:rPr>
          <w:sz w:val="22"/>
        </w:rPr>
        <w:t>I understand that submitting this application does not guarantee a nursery place. Applications will be considered in line with the school’s published nursery admissions arrangements and available places.</w:t>
      </w:r>
    </w:p>
    <w:p w14:paraId="0F83F499" w14:textId="77777777" w:rsidR="00737EB2" w:rsidRPr="0076621D" w:rsidRDefault="003A480A">
      <w:pPr>
        <w:rPr>
          <w:sz w:val="22"/>
        </w:rPr>
      </w:pPr>
      <w:r w:rsidRPr="0076621D">
        <w:rPr>
          <w:sz w:val="22"/>
        </w:rPr>
        <w:lastRenderedPageBreak/>
        <w:t>Parent/carer signature: _____________________________________   Date: __________________</w:t>
      </w:r>
    </w:p>
    <w:p w14:paraId="544B498D" w14:textId="77777777" w:rsidR="00737EB2" w:rsidRDefault="003A480A">
      <w:r w:rsidRPr="0076621D">
        <w:rPr>
          <w:sz w:val="22"/>
        </w:rPr>
        <w:t>Print name: _______________________________________________________________________</w:t>
      </w:r>
    </w:p>
    <w:p w14:paraId="7191A997" w14:textId="77777777" w:rsidR="0088500F" w:rsidRDefault="0088500F">
      <w:pPr>
        <w:pStyle w:val="Heading1"/>
      </w:pPr>
    </w:p>
    <w:p w14:paraId="67519A5C" w14:textId="3838AEAB" w:rsidR="00737EB2" w:rsidRDefault="003A480A">
      <w:pPr>
        <w:pStyle w:val="Heading1"/>
      </w:pPr>
      <w:r>
        <w:t>8. Privacy notice</w:t>
      </w:r>
    </w:p>
    <w:p w14:paraId="409BAA17" w14:textId="77777777" w:rsidR="00737EB2" w:rsidRPr="0076621D" w:rsidRDefault="003A480A">
      <w:pPr>
        <w:rPr>
          <w:sz w:val="22"/>
        </w:rPr>
      </w:pPr>
      <w:r w:rsidRPr="0076621D">
        <w:rPr>
          <w:sz w:val="22"/>
        </w:rPr>
        <w:t>Oulton First School will use the information provided on this form to process your nursery application, contact you about the application, plan for your child’s admission and meet its legal and safeguarding responsibilities. Information will be accessed only by staff and authorised organisations where necessary, and may be shared with the local authority or other relevant agencies where required by law or to support your child’s education, health, safety or welfare. Personal information will be stored secur</w:t>
      </w:r>
      <w:r w:rsidRPr="0076621D">
        <w:rPr>
          <w:sz w:val="22"/>
        </w:rPr>
        <w:t>ely and retained in line with the school’s records retention schedule and applicable data protection requirements. Under data protection law, you may have rights to access, correct or otherwise exercise control over personal information, subject to legal exceptions. For further information, including the school’s lawful basis for processing and how to contact the school’s Data Protection Officer, please refer to the school’s full privacy notice or contact the school office.</w:t>
      </w:r>
    </w:p>
    <w:p w14:paraId="2ED9190F" w14:textId="77777777" w:rsidR="00737EB2" w:rsidRDefault="003A480A">
      <w:pPr>
        <w:pStyle w:val="Heading1"/>
      </w:pPr>
      <w:r>
        <w:t>Office use only</w:t>
      </w:r>
    </w:p>
    <w:tbl>
      <w:tblPr>
        <w:tblStyle w:val="TableGrid"/>
        <w:tblW w:w="0" w:type="auto"/>
        <w:jc w:val="center"/>
        <w:tblLook w:val="04A0" w:firstRow="1" w:lastRow="0" w:firstColumn="1" w:lastColumn="0" w:noHBand="0" w:noVBand="1"/>
      </w:tblPr>
      <w:tblGrid>
        <w:gridCol w:w="3312"/>
        <w:gridCol w:w="6912"/>
      </w:tblGrid>
      <w:tr w:rsidR="00737EB2" w14:paraId="3CF0FFFA" w14:textId="77777777">
        <w:trPr>
          <w:jc w:val="center"/>
        </w:trPr>
        <w:tc>
          <w:tcPr>
            <w:tcW w:w="3312" w:type="dxa"/>
            <w:vAlign w:val="center"/>
          </w:tcPr>
          <w:p w14:paraId="59A33315" w14:textId="77777777" w:rsidR="00737EB2" w:rsidRPr="0076621D" w:rsidRDefault="003A480A">
            <w:pPr>
              <w:spacing w:before="100" w:after="100"/>
              <w:rPr>
                <w:sz w:val="22"/>
              </w:rPr>
            </w:pPr>
            <w:r w:rsidRPr="0076621D">
              <w:rPr>
                <w:sz w:val="22"/>
              </w:rPr>
              <w:t>Date application received</w:t>
            </w:r>
          </w:p>
        </w:tc>
        <w:tc>
          <w:tcPr>
            <w:tcW w:w="6912" w:type="dxa"/>
            <w:vAlign w:val="center"/>
          </w:tcPr>
          <w:p w14:paraId="64EB9647" w14:textId="77777777" w:rsidR="00737EB2" w:rsidRDefault="00737EB2">
            <w:pPr>
              <w:spacing w:before="100" w:after="100"/>
            </w:pPr>
          </w:p>
        </w:tc>
      </w:tr>
      <w:tr w:rsidR="00737EB2" w14:paraId="0948E187" w14:textId="77777777">
        <w:trPr>
          <w:jc w:val="center"/>
        </w:trPr>
        <w:tc>
          <w:tcPr>
            <w:tcW w:w="3312" w:type="dxa"/>
            <w:vAlign w:val="center"/>
          </w:tcPr>
          <w:p w14:paraId="04990007" w14:textId="77777777" w:rsidR="00737EB2" w:rsidRPr="0076621D" w:rsidRDefault="003A480A">
            <w:pPr>
              <w:spacing w:before="100" w:after="100"/>
              <w:rPr>
                <w:sz w:val="22"/>
              </w:rPr>
            </w:pPr>
            <w:r w:rsidRPr="0076621D">
              <w:rPr>
                <w:sz w:val="22"/>
              </w:rPr>
              <w:t xml:space="preserve">Requested start </w:t>
            </w:r>
            <w:r w:rsidRPr="0076621D">
              <w:rPr>
                <w:sz w:val="22"/>
              </w:rPr>
              <w:t>date</w:t>
            </w:r>
          </w:p>
        </w:tc>
        <w:tc>
          <w:tcPr>
            <w:tcW w:w="6912" w:type="dxa"/>
            <w:vAlign w:val="center"/>
          </w:tcPr>
          <w:p w14:paraId="7CA2B6B9" w14:textId="77777777" w:rsidR="00737EB2" w:rsidRDefault="00737EB2">
            <w:pPr>
              <w:spacing w:before="100" w:after="100"/>
            </w:pPr>
          </w:p>
        </w:tc>
      </w:tr>
      <w:tr w:rsidR="00737EB2" w14:paraId="7E3997CD" w14:textId="77777777">
        <w:trPr>
          <w:jc w:val="center"/>
        </w:trPr>
        <w:tc>
          <w:tcPr>
            <w:tcW w:w="3312" w:type="dxa"/>
            <w:vAlign w:val="center"/>
          </w:tcPr>
          <w:p w14:paraId="4C00B782" w14:textId="48E1ACE8" w:rsidR="00737EB2" w:rsidRPr="0076621D" w:rsidRDefault="0076621D">
            <w:pPr>
              <w:spacing w:before="100" w:after="100"/>
              <w:rPr>
                <w:sz w:val="22"/>
              </w:rPr>
            </w:pPr>
            <w:r>
              <w:rPr>
                <w:sz w:val="22"/>
              </w:rPr>
              <w:t>Date Family contacted</w:t>
            </w:r>
          </w:p>
        </w:tc>
        <w:tc>
          <w:tcPr>
            <w:tcW w:w="6912" w:type="dxa"/>
            <w:vAlign w:val="center"/>
          </w:tcPr>
          <w:p w14:paraId="528CCA4C" w14:textId="77777777" w:rsidR="00737EB2" w:rsidRDefault="00737EB2">
            <w:pPr>
              <w:spacing w:before="100" w:after="100"/>
            </w:pPr>
          </w:p>
        </w:tc>
      </w:tr>
      <w:tr w:rsidR="00737EB2" w14:paraId="51403C2A" w14:textId="77777777">
        <w:trPr>
          <w:jc w:val="center"/>
        </w:trPr>
        <w:tc>
          <w:tcPr>
            <w:tcW w:w="3312" w:type="dxa"/>
            <w:vAlign w:val="center"/>
          </w:tcPr>
          <w:p w14:paraId="02819DA5" w14:textId="73FB2A4C" w:rsidR="00737EB2" w:rsidRDefault="0076621D">
            <w:pPr>
              <w:spacing w:before="100" w:after="100"/>
            </w:pPr>
            <w:r w:rsidRPr="0076621D">
              <w:rPr>
                <w:sz w:val="22"/>
              </w:rPr>
              <w:t>Application outcome / waiting list status</w:t>
            </w:r>
          </w:p>
        </w:tc>
        <w:tc>
          <w:tcPr>
            <w:tcW w:w="6912" w:type="dxa"/>
            <w:vAlign w:val="center"/>
          </w:tcPr>
          <w:p w14:paraId="41897452" w14:textId="77777777" w:rsidR="00737EB2" w:rsidRDefault="00737EB2">
            <w:pPr>
              <w:spacing w:before="100" w:after="100"/>
            </w:pPr>
          </w:p>
        </w:tc>
      </w:tr>
      <w:tr w:rsidR="00737EB2" w14:paraId="7FEC7727" w14:textId="77777777" w:rsidTr="006204C0">
        <w:trPr>
          <w:trHeight w:val="2368"/>
          <w:jc w:val="center"/>
        </w:trPr>
        <w:tc>
          <w:tcPr>
            <w:tcW w:w="3312" w:type="dxa"/>
            <w:vAlign w:val="center"/>
          </w:tcPr>
          <w:p w14:paraId="285107F4" w14:textId="77777777" w:rsidR="00737EB2" w:rsidRPr="0076621D" w:rsidRDefault="003A480A">
            <w:pPr>
              <w:spacing w:before="100" w:after="100"/>
              <w:rPr>
                <w:sz w:val="22"/>
              </w:rPr>
            </w:pPr>
            <w:r w:rsidRPr="0076621D">
              <w:rPr>
                <w:sz w:val="22"/>
              </w:rPr>
              <w:t>Notes</w:t>
            </w:r>
          </w:p>
        </w:tc>
        <w:tc>
          <w:tcPr>
            <w:tcW w:w="6912" w:type="dxa"/>
            <w:vAlign w:val="center"/>
          </w:tcPr>
          <w:p w14:paraId="47AAD64F" w14:textId="77777777" w:rsidR="00737EB2" w:rsidRDefault="003A480A">
            <w:pPr>
              <w:spacing w:before="100" w:after="100"/>
            </w:pPr>
            <w:r>
              <w:br/>
            </w:r>
            <w:r>
              <w:br/>
            </w:r>
          </w:p>
        </w:tc>
      </w:tr>
    </w:tbl>
    <w:p w14:paraId="2DA406EF" w14:textId="77777777" w:rsidR="00737EB2" w:rsidRDefault="00737EB2">
      <w:pPr>
        <w:spacing w:after="0"/>
      </w:pPr>
    </w:p>
    <w:sectPr w:rsidR="00737EB2" w:rsidSect="00034616">
      <w:footerReference w:type="default" r:id="rId9"/>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2C5CA" w14:textId="77777777" w:rsidR="003A480A" w:rsidRDefault="003A480A">
      <w:pPr>
        <w:spacing w:after="0" w:line="240" w:lineRule="auto"/>
      </w:pPr>
      <w:r>
        <w:separator/>
      </w:r>
    </w:p>
  </w:endnote>
  <w:endnote w:type="continuationSeparator" w:id="0">
    <w:p w14:paraId="4E6CC5A7" w14:textId="77777777" w:rsidR="003A480A" w:rsidRDefault="003A4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03EFF" w14:textId="77777777" w:rsidR="00737EB2" w:rsidRDefault="003A480A">
    <w:pPr>
      <w:pStyle w:val="Footer"/>
      <w:jc w:val="center"/>
    </w:pPr>
    <w:r>
      <w:rPr>
        <w:sz w:val="16"/>
      </w:rPr>
      <w:t>Oulton First School | Nursery Application for Admission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01B7D" w14:textId="77777777" w:rsidR="003A480A" w:rsidRDefault="003A480A">
      <w:pPr>
        <w:spacing w:after="0" w:line="240" w:lineRule="auto"/>
      </w:pPr>
      <w:r>
        <w:separator/>
      </w:r>
    </w:p>
  </w:footnote>
  <w:footnote w:type="continuationSeparator" w:id="0">
    <w:p w14:paraId="21740135" w14:textId="77777777" w:rsidR="003A480A" w:rsidRDefault="003A48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89035742">
    <w:abstractNumId w:val="8"/>
  </w:num>
  <w:num w:numId="2" w16cid:durableId="1969823432">
    <w:abstractNumId w:val="6"/>
  </w:num>
  <w:num w:numId="3" w16cid:durableId="1167943803">
    <w:abstractNumId w:val="5"/>
  </w:num>
  <w:num w:numId="4" w16cid:durableId="602614592">
    <w:abstractNumId w:val="4"/>
  </w:num>
  <w:num w:numId="5" w16cid:durableId="223873465">
    <w:abstractNumId w:val="7"/>
  </w:num>
  <w:num w:numId="6" w16cid:durableId="581916256">
    <w:abstractNumId w:val="3"/>
  </w:num>
  <w:num w:numId="7" w16cid:durableId="1670252416">
    <w:abstractNumId w:val="2"/>
  </w:num>
  <w:num w:numId="8" w16cid:durableId="1662002289">
    <w:abstractNumId w:val="1"/>
  </w:num>
  <w:num w:numId="9" w16cid:durableId="1695761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A480A"/>
    <w:rsid w:val="006204C0"/>
    <w:rsid w:val="00737EB2"/>
    <w:rsid w:val="0076621D"/>
    <w:rsid w:val="0088500F"/>
    <w:rsid w:val="009F24B1"/>
    <w:rsid w:val="00AA1D8D"/>
    <w:rsid w:val="00B47730"/>
    <w:rsid w:val="00B81AD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B448CA"/>
  <w14:defaultImageDpi w14:val="300"/>
  <w15:docId w15:val="{936A24F6-C35F-4FAA-BE83-7F1B4414C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19"/>
    </w:rPr>
  </w:style>
  <w:style w:type="paragraph" w:styleId="Heading1">
    <w:name w:val="heading 1"/>
    <w:basedOn w:val="Normal"/>
    <w:next w:val="Normal"/>
    <w:link w:val="Heading1Char"/>
    <w:uiPriority w:val="9"/>
    <w:qFormat/>
    <w:rsid w:val="00FC693F"/>
    <w:pPr>
      <w:keepNext/>
      <w:keepLines/>
      <w:spacing w:before="18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1027</Words>
  <Characters>5858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Office</cp:lastModifiedBy>
  <cp:revision>2</cp:revision>
  <cp:lastPrinted>2026-10-16T13:38:00Z</cp:lastPrinted>
  <dcterms:created xsi:type="dcterms:W3CDTF">2026-10-16T13:56:00Z</dcterms:created>
  <dcterms:modified xsi:type="dcterms:W3CDTF">2026-10-16T13:56:00Z</dcterms:modified>
  <cp:category/>
</cp:coreProperties>
</file>