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1035"/>
        <w:tblW w:w="10066" w:type="dxa"/>
        <w:tblLayout w:type="fixed"/>
        <w:tblLook w:val="04A0" w:firstRow="1" w:lastRow="0" w:firstColumn="1" w:lastColumn="0" w:noHBand="0" w:noVBand="1"/>
      </w:tblPr>
      <w:tblGrid>
        <w:gridCol w:w="1007"/>
        <w:gridCol w:w="1304"/>
        <w:gridCol w:w="1304"/>
        <w:gridCol w:w="616"/>
        <w:gridCol w:w="1304"/>
        <w:gridCol w:w="1304"/>
        <w:gridCol w:w="616"/>
        <w:gridCol w:w="1304"/>
        <w:gridCol w:w="1307"/>
      </w:tblGrid>
      <w:tr w:rsidR="00985E57" w14:paraId="05D97EB2" w14:textId="0662FF6C" w:rsidTr="00985E57">
        <w:trPr>
          <w:trHeight w:val="471"/>
        </w:trPr>
        <w:tc>
          <w:tcPr>
            <w:tcW w:w="100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51313" w14:textId="77777777" w:rsidR="00985E57" w:rsidRDefault="00985E57" w:rsidP="00985E57">
            <w:pPr>
              <w:jc w:val="center"/>
            </w:pPr>
            <w:r>
              <w:rPr>
                <w:rFonts w:ascii="Arial" w:hAnsi="Arial"/>
                <w:sz w:val="24"/>
              </w:rPr>
              <w:t>% of pupils on track or exceeding their targets</w:t>
            </w:r>
          </w:p>
        </w:tc>
      </w:tr>
      <w:tr w:rsidR="00985E57" w14:paraId="60B363D9" w14:textId="19A5437D" w:rsidTr="00985E57">
        <w:trPr>
          <w:trHeight w:val="471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E2E63" w14:textId="77777777" w:rsidR="00985E57" w:rsidRDefault="00985E57" w:rsidP="00985E57">
            <w:pPr>
              <w:jc w:val="center"/>
            </w:pPr>
          </w:p>
        </w:tc>
        <w:tc>
          <w:tcPr>
            <w:tcW w:w="26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63685" w14:textId="06370E92" w:rsidR="00985E57" w:rsidRDefault="00985E57" w:rsidP="00985E57">
            <w:pPr>
              <w:jc w:val="center"/>
            </w:pPr>
            <w:r>
              <w:rPr>
                <w:rFonts w:ascii="Arial" w:hAnsi="Arial"/>
              </w:rPr>
              <w:t>2023-24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14:paraId="6C86931C" w14:textId="77777777" w:rsidR="00985E57" w:rsidRDefault="00985E57" w:rsidP="00985E57"/>
        </w:tc>
        <w:tc>
          <w:tcPr>
            <w:tcW w:w="26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690B0" w14:textId="566C810C" w:rsidR="00985E57" w:rsidRDefault="00985E57" w:rsidP="00985E57">
            <w:pPr>
              <w:jc w:val="center"/>
            </w:pPr>
            <w:r>
              <w:rPr>
                <w:rFonts w:ascii="Arial" w:hAnsi="Arial"/>
              </w:rPr>
              <w:t>2024-25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14:paraId="39A958A0" w14:textId="77777777" w:rsidR="00985E57" w:rsidRDefault="00985E57" w:rsidP="00985E57"/>
        </w:tc>
        <w:tc>
          <w:tcPr>
            <w:tcW w:w="2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9BDCE" w14:textId="5F9DA919" w:rsidR="00985E57" w:rsidRDefault="00985E57" w:rsidP="00985E57">
            <w:pPr>
              <w:jc w:val="center"/>
            </w:pPr>
            <w:r>
              <w:t>2025-26</w:t>
            </w:r>
          </w:p>
        </w:tc>
      </w:tr>
      <w:tr w:rsidR="00985E57" w14:paraId="618B6720" w14:textId="4581E078" w:rsidTr="00985E57">
        <w:trPr>
          <w:trHeight w:val="458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A57C5" w14:textId="77777777" w:rsidR="00985E57" w:rsidRDefault="00985E57" w:rsidP="00985E57">
            <w:pPr>
              <w:jc w:val="center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5F588" w14:textId="77777777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MATHS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961DC" w14:textId="77777777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ENGLISH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436C0DB6" w14:textId="77777777" w:rsidR="00985E57" w:rsidRDefault="00985E57" w:rsidP="00985E57">
            <w:pPr>
              <w:jc w:val="center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6E253" w14:textId="77777777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MATHS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55082" w14:textId="77777777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ENGLISH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335E7A92" w14:textId="77777777" w:rsidR="00985E57" w:rsidRDefault="00985E57" w:rsidP="00985E57">
            <w:pPr>
              <w:jc w:val="center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109BB" w14:textId="77777777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MATHS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F2AD8" w14:textId="77777777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ENGLISH</w:t>
            </w:r>
          </w:p>
        </w:tc>
      </w:tr>
      <w:tr w:rsidR="00985E57" w14:paraId="5F2D1D76" w14:textId="1D89FD89" w:rsidTr="00985E57">
        <w:trPr>
          <w:trHeight w:val="458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01B7B" w14:textId="77777777" w:rsidR="00985E57" w:rsidRDefault="00985E57" w:rsidP="00985E57">
            <w:r>
              <w:rPr>
                <w:rFonts w:ascii="Arial" w:hAnsi="Arial"/>
                <w:sz w:val="21"/>
              </w:rPr>
              <w:t>EYFS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B03E4" w14:textId="22F9975A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100%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1233C" w14:textId="21C97CC8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100%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19F193BC" w14:textId="77777777" w:rsidR="00985E57" w:rsidRDefault="00985E57" w:rsidP="00985E57">
            <w:pPr>
              <w:jc w:val="center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D4C2A" w14:textId="21E5C5CD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100%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FE24A" w14:textId="059E093F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100%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12391477" w14:textId="77777777" w:rsidR="00985E57" w:rsidRDefault="00985E57" w:rsidP="00985E57">
            <w:pPr>
              <w:jc w:val="center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2DC24" w14:textId="7DFEC6D9" w:rsidR="00985E57" w:rsidRDefault="00985E57" w:rsidP="00985E57">
            <w:pPr>
              <w:jc w:val="center"/>
            </w:pPr>
            <w:r>
              <w:t>100%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432C8" w14:textId="35EA656B" w:rsidR="00985E57" w:rsidRDefault="00985E57" w:rsidP="00985E57">
            <w:pPr>
              <w:jc w:val="center"/>
            </w:pPr>
            <w:r>
              <w:t>100%</w:t>
            </w:r>
          </w:p>
        </w:tc>
      </w:tr>
      <w:tr w:rsidR="00985E57" w14:paraId="2E6C62A1" w14:textId="397E5163" w:rsidTr="00985E57">
        <w:trPr>
          <w:trHeight w:val="458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02CE7" w14:textId="77777777" w:rsidR="00985E57" w:rsidRDefault="00985E57" w:rsidP="00985E57">
            <w:r>
              <w:rPr>
                <w:rFonts w:ascii="Arial" w:hAnsi="Arial"/>
                <w:sz w:val="21"/>
              </w:rPr>
              <w:t>KS1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78F7B" w14:textId="13B2A806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93%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83B4D" w14:textId="14A23BE1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95%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0977B5BE" w14:textId="77777777" w:rsidR="00985E57" w:rsidRDefault="00985E57" w:rsidP="00985E57">
            <w:pPr>
              <w:jc w:val="center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3F969" w14:textId="198CDE49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92%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4249B" w14:textId="28353940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89%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23FD4AFE" w14:textId="77777777" w:rsidR="00985E57" w:rsidRDefault="00985E57" w:rsidP="00985E57">
            <w:pPr>
              <w:jc w:val="center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2AF57" w14:textId="4774C45B" w:rsidR="00985E57" w:rsidRDefault="00985E57" w:rsidP="00985E57">
            <w:pPr>
              <w:jc w:val="center"/>
            </w:pPr>
            <w:r>
              <w:t>94%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D77DD" w14:textId="63F4A127" w:rsidR="00985E57" w:rsidRDefault="00985E57" w:rsidP="00985E57">
            <w:pPr>
              <w:jc w:val="center"/>
            </w:pPr>
            <w:r>
              <w:t>89%</w:t>
            </w:r>
          </w:p>
        </w:tc>
      </w:tr>
      <w:tr w:rsidR="00985E57" w14:paraId="6A896CF5" w14:textId="6368B0F0" w:rsidTr="00985E57">
        <w:trPr>
          <w:trHeight w:val="458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09262" w14:textId="77777777" w:rsidR="00985E57" w:rsidRDefault="00985E57" w:rsidP="00985E57">
            <w:r>
              <w:rPr>
                <w:rFonts w:ascii="Arial" w:hAnsi="Arial"/>
                <w:sz w:val="21"/>
              </w:rPr>
              <w:t>KS2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C6F8E" w14:textId="2EA1EA60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88%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045AC" w14:textId="3502CD4F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93%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70DD9BF7" w14:textId="77777777" w:rsidR="00985E57" w:rsidRDefault="00985E57" w:rsidP="00985E57">
            <w:pPr>
              <w:jc w:val="center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553B0" w14:textId="05BC73A9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94%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84235" w14:textId="2DCC4252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96%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1FF0B8BC" w14:textId="77777777" w:rsidR="00985E57" w:rsidRDefault="00985E57" w:rsidP="00985E57">
            <w:pPr>
              <w:jc w:val="center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BBC31" w14:textId="00595CBE" w:rsidR="00985E57" w:rsidRDefault="00985E57" w:rsidP="00985E57">
            <w:pPr>
              <w:jc w:val="center"/>
            </w:pPr>
            <w:r>
              <w:t>89%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F90F9" w14:textId="5E22EF03" w:rsidR="00985E57" w:rsidRDefault="00985E57" w:rsidP="00985E57">
            <w:pPr>
              <w:jc w:val="center"/>
            </w:pPr>
            <w:r>
              <w:t>90%</w:t>
            </w:r>
          </w:p>
        </w:tc>
      </w:tr>
      <w:tr w:rsidR="00985E57" w14:paraId="3D88B4EA" w14:textId="67783B96" w:rsidTr="00985E57">
        <w:trPr>
          <w:trHeight w:val="458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5DE4D" w14:textId="77777777" w:rsidR="00985E57" w:rsidRDefault="00985E57" w:rsidP="00985E57">
            <w:r>
              <w:rPr>
                <w:rFonts w:ascii="Arial" w:hAnsi="Arial"/>
                <w:sz w:val="21"/>
              </w:rPr>
              <w:t>KS3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E0E03" w14:textId="766554A7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83%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C3AFD" w14:textId="20DD5552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88%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5E6FFB10" w14:textId="77777777" w:rsidR="00985E57" w:rsidRDefault="00985E57" w:rsidP="00985E57">
            <w:pPr>
              <w:jc w:val="center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F7805" w14:textId="0F8488CC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96%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C1E2C" w14:textId="6AF7D537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96%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250E6D54" w14:textId="77777777" w:rsidR="00985E57" w:rsidRDefault="00985E57" w:rsidP="00985E57">
            <w:pPr>
              <w:jc w:val="center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50635" w14:textId="75199CD7" w:rsidR="00985E57" w:rsidRDefault="00985E57" w:rsidP="00985E57">
            <w:pPr>
              <w:jc w:val="center"/>
            </w:pPr>
            <w:r>
              <w:t>93%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BFF29" w14:textId="0A852727" w:rsidR="00985E57" w:rsidRDefault="00985E57" w:rsidP="00985E57">
            <w:pPr>
              <w:jc w:val="center"/>
            </w:pPr>
            <w:r>
              <w:t>95%</w:t>
            </w:r>
          </w:p>
        </w:tc>
      </w:tr>
      <w:tr w:rsidR="00985E57" w14:paraId="6A2C1684" w14:textId="3C259C80" w:rsidTr="00985E57">
        <w:trPr>
          <w:trHeight w:val="458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159DD" w14:textId="77777777" w:rsidR="00985E57" w:rsidRDefault="00985E57" w:rsidP="00985E57">
            <w:r>
              <w:rPr>
                <w:rFonts w:ascii="Arial" w:hAnsi="Arial"/>
                <w:sz w:val="21"/>
              </w:rPr>
              <w:t>KS4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1397F" w14:textId="261E8534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98%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7782E" w14:textId="512BB68D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97%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2C4A5BA6" w14:textId="77777777" w:rsidR="00985E57" w:rsidRDefault="00985E57" w:rsidP="00985E57">
            <w:pPr>
              <w:jc w:val="center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AA81A" w14:textId="460D3053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90%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FBB26" w14:textId="08885483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90%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19BB6225" w14:textId="77777777" w:rsidR="00985E57" w:rsidRDefault="00985E57" w:rsidP="00985E57">
            <w:pPr>
              <w:jc w:val="center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0E7E7" w14:textId="07AADCAE" w:rsidR="00985E57" w:rsidRDefault="00985E57" w:rsidP="00985E57">
            <w:pPr>
              <w:jc w:val="center"/>
            </w:pPr>
            <w:r>
              <w:t>96%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D672D" w14:textId="74E02045" w:rsidR="00985E57" w:rsidRDefault="00985E57" w:rsidP="00985E57">
            <w:pPr>
              <w:jc w:val="center"/>
            </w:pPr>
            <w:r>
              <w:t>87%</w:t>
            </w:r>
          </w:p>
        </w:tc>
      </w:tr>
      <w:tr w:rsidR="00985E57" w14:paraId="2E5D2B7B" w14:textId="15926275" w:rsidTr="00985E57">
        <w:trPr>
          <w:trHeight w:val="458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8B8BE" w14:textId="77777777" w:rsidR="00985E57" w:rsidRDefault="00985E57" w:rsidP="00985E57">
            <w:r>
              <w:rPr>
                <w:rFonts w:ascii="Arial" w:hAnsi="Arial"/>
                <w:sz w:val="21"/>
              </w:rPr>
              <w:t>KS5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2484355B" w14:textId="77777777" w:rsidR="00985E57" w:rsidRDefault="00985E57" w:rsidP="00985E57">
            <w:pPr>
              <w:jc w:val="center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7EFF9FD9" w14:textId="77777777" w:rsidR="00985E57" w:rsidRDefault="00985E57" w:rsidP="00985E57">
            <w:pPr>
              <w:jc w:val="center"/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2FA44616" w14:textId="77777777" w:rsidR="00985E57" w:rsidRDefault="00985E57" w:rsidP="00985E57">
            <w:pPr>
              <w:jc w:val="center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219661" w14:textId="21244BB1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96%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2DFA7" w14:textId="109F7B72" w:rsidR="00985E57" w:rsidRDefault="00985E57" w:rsidP="00985E57">
            <w:pPr>
              <w:jc w:val="center"/>
            </w:pPr>
            <w:r>
              <w:rPr>
                <w:rFonts w:ascii="Arial" w:hAnsi="Arial"/>
                <w:sz w:val="21"/>
              </w:rPr>
              <w:t>91%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009AF066" w14:textId="77777777" w:rsidR="00985E57" w:rsidRDefault="00985E57" w:rsidP="00985E57">
            <w:pPr>
              <w:jc w:val="center"/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52DA7" w14:textId="5E1B89E4" w:rsidR="00985E57" w:rsidRDefault="00985E57" w:rsidP="00985E57">
            <w:pPr>
              <w:jc w:val="center"/>
            </w:pPr>
            <w:r>
              <w:t>93%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54D25" w14:textId="18D868F4" w:rsidR="00985E57" w:rsidRDefault="00985E57" w:rsidP="00985E57">
            <w:pPr>
              <w:jc w:val="center"/>
            </w:pPr>
            <w:r>
              <w:t>83%</w:t>
            </w:r>
          </w:p>
        </w:tc>
      </w:tr>
    </w:tbl>
    <w:p w14:paraId="4759D983" w14:textId="77777777" w:rsidR="001B66BC" w:rsidRDefault="001B66BC"/>
    <w:p w14:paraId="0882E956" w14:textId="77777777" w:rsidR="001B66BC" w:rsidRDefault="001B66BC"/>
    <w:p w14:paraId="6E48F3B3" w14:textId="77777777" w:rsidR="001B66BC" w:rsidRDefault="001B66BC"/>
    <w:p w14:paraId="1F093827" w14:textId="77777777" w:rsidR="001B66BC" w:rsidRDefault="001B66BC" w:rsidP="001B66BC">
      <w:pPr>
        <w:jc w:val="center"/>
      </w:pPr>
    </w:p>
    <w:tbl>
      <w:tblPr>
        <w:tblW w:w="10064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1"/>
        <w:gridCol w:w="1695"/>
        <w:gridCol w:w="1200"/>
        <w:gridCol w:w="5008"/>
      </w:tblGrid>
      <w:tr w:rsidR="001B66BC" w:rsidRPr="001B66BC" w14:paraId="07553653" w14:textId="77777777" w:rsidTr="001B66BC">
        <w:trPr>
          <w:trHeight w:val="450"/>
        </w:trPr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2758DBF5" w14:textId="634FAA2D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</w:rPr>
              <w:t>GCSE/BTEC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16FB125C" w14:textId="024072B1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</w:rPr>
              <w:t>No of pupils taking exams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38FC0A6C" w14:textId="7D7CAAD1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</w:rPr>
              <w:t>Exams taken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38289126" w14:textId="32B20ED0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</w:rPr>
              <w:t>% of exams taken gaining a GCSE /BTEC L1 qualification</w:t>
            </w:r>
          </w:p>
        </w:tc>
      </w:tr>
      <w:tr w:rsidR="001B66BC" w:rsidRPr="001B66BC" w14:paraId="3A2B4B71" w14:textId="77777777" w:rsidTr="001B66BC">
        <w:trPr>
          <w:trHeight w:val="240"/>
        </w:trPr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6B11C79F" w14:textId="73EF07EB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</w:rPr>
              <w:t>2025-2026 (GCSE)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242404D1" w14:textId="340FB1B7" w:rsidR="001B66BC" w:rsidRPr="001B66BC" w:rsidRDefault="001B66BC" w:rsidP="001B66BC">
            <w:pPr>
              <w:jc w:val="center"/>
            </w:pPr>
            <w:r w:rsidRPr="001B66BC"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14D988B1" w14:textId="59219052" w:rsidR="001B66BC" w:rsidRPr="001B66BC" w:rsidRDefault="001B66BC" w:rsidP="001B66BC">
            <w:pPr>
              <w:jc w:val="center"/>
            </w:pPr>
            <w:r w:rsidRPr="001B66BC">
              <w:t>4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785D9BB4" w14:textId="77AA87A2" w:rsidR="001B66BC" w:rsidRPr="001B66BC" w:rsidRDefault="001B66BC" w:rsidP="001B66BC">
            <w:pPr>
              <w:jc w:val="center"/>
            </w:pPr>
            <w:r w:rsidRPr="001B66BC">
              <w:t>100%</w:t>
            </w:r>
          </w:p>
        </w:tc>
      </w:tr>
      <w:tr w:rsidR="001B66BC" w:rsidRPr="001B66BC" w14:paraId="35DF6F69" w14:textId="77777777" w:rsidTr="001B66BC">
        <w:trPr>
          <w:trHeight w:val="240"/>
        </w:trPr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29F9FC0E" w14:textId="642236A1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</w:rPr>
              <w:t>2025 -2026 (BTEC)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76475BEE" w14:textId="0F96A42B" w:rsidR="001B66BC" w:rsidRPr="001B66BC" w:rsidRDefault="001B66BC" w:rsidP="001B66BC">
            <w:pPr>
              <w:jc w:val="center"/>
            </w:pPr>
            <w:r w:rsidRPr="001B66BC">
              <w:t>36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2A9EB82B" w14:textId="2124CBC2" w:rsidR="001B66BC" w:rsidRPr="001B66BC" w:rsidRDefault="001B66BC" w:rsidP="001B66BC">
            <w:pPr>
              <w:jc w:val="center"/>
            </w:pPr>
            <w:r w:rsidRPr="001B66BC">
              <w:t>64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260C0318" w14:textId="1BA9858E" w:rsidR="001B66BC" w:rsidRPr="001B66BC" w:rsidRDefault="001B66BC" w:rsidP="001B66BC">
            <w:pPr>
              <w:jc w:val="center"/>
            </w:pPr>
            <w:r w:rsidRPr="001B66BC">
              <w:t>100%</w:t>
            </w:r>
          </w:p>
        </w:tc>
      </w:tr>
    </w:tbl>
    <w:p w14:paraId="57C1D1C1" w14:textId="51755547" w:rsidR="001B66BC" w:rsidRPr="001B66BC" w:rsidRDefault="001B66BC" w:rsidP="001B66BC">
      <w:pPr>
        <w:jc w:val="center"/>
      </w:pPr>
    </w:p>
    <w:tbl>
      <w:tblPr>
        <w:tblW w:w="10064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1"/>
        <w:gridCol w:w="1845"/>
        <w:gridCol w:w="1680"/>
        <w:gridCol w:w="1830"/>
        <w:gridCol w:w="3208"/>
      </w:tblGrid>
      <w:tr w:rsidR="001B66BC" w:rsidRPr="001B66BC" w14:paraId="58C2B36A" w14:textId="77777777" w:rsidTr="001B66BC">
        <w:trPr>
          <w:trHeight w:val="735"/>
        </w:trPr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98C54F" w14:textId="1D556394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</w:rPr>
              <w:t>Entry Level</w:t>
            </w:r>
          </w:p>
          <w:p w14:paraId="1CD64CA1" w14:textId="6FD9F5FC" w:rsidR="001B66BC" w:rsidRPr="001B66BC" w:rsidRDefault="001B66BC" w:rsidP="001B66BC">
            <w:pPr>
              <w:jc w:val="center"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644689AA" w14:textId="17BEC0DB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</w:rPr>
              <w:t>Number of entry levels taken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1C1C0C" w14:textId="0BF9523A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</w:rPr>
              <w:t>% of entry levels achieved at Entry 1 or above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2E6CB14E" w14:textId="76D4252D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</w:rPr>
              <w:t>% of entry levels achieved at Entry 2 or above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1ADAD8FA" w14:textId="43A332B2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</w:rPr>
              <w:t>% of entry levels achieved at Entry 3</w:t>
            </w:r>
          </w:p>
        </w:tc>
      </w:tr>
      <w:tr w:rsidR="001B66BC" w:rsidRPr="001B66BC" w14:paraId="3B8490A5" w14:textId="77777777" w:rsidTr="001B66BC">
        <w:trPr>
          <w:trHeight w:val="210"/>
        </w:trPr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69E1BB" w14:textId="66DCC089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</w:rPr>
              <w:t>2025 - 2026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39059A9A" w14:textId="3DD33ADC" w:rsidR="001B66BC" w:rsidRPr="001B66BC" w:rsidRDefault="001B66BC" w:rsidP="001B66BC">
            <w:pPr>
              <w:jc w:val="center"/>
            </w:pPr>
            <w:r w:rsidRPr="001B66BC">
              <w:t>314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2708CD5B" w14:textId="6B85E3C2" w:rsidR="001B66BC" w:rsidRPr="001B66BC" w:rsidRDefault="001B66BC" w:rsidP="001B66BC">
            <w:pPr>
              <w:jc w:val="center"/>
            </w:pPr>
            <w:r w:rsidRPr="001B66BC">
              <w:t>100%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17BAD382" w14:textId="0A7F8184" w:rsidR="001B66BC" w:rsidRPr="001B66BC" w:rsidRDefault="001B66BC" w:rsidP="001B66BC">
            <w:pPr>
              <w:jc w:val="center"/>
            </w:pPr>
            <w:r w:rsidRPr="001B66BC">
              <w:t>88%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7550E596" w14:textId="58985821" w:rsidR="001B66BC" w:rsidRPr="001B66BC" w:rsidRDefault="001B66BC" w:rsidP="001B66BC">
            <w:pPr>
              <w:jc w:val="center"/>
            </w:pPr>
            <w:r w:rsidRPr="001B66BC">
              <w:t>70%</w:t>
            </w:r>
          </w:p>
        </w:tc>
      </w:tr>
    </w:tbl>
    <w:p w14:paraId="67ADEC2C" w14:textId="6779C626" w:rsidR="001B66BC" w:rsidRPr="001B66BC" w:rsidRDefault="001B66BC" w:rsidP="001B66BC">
      <w:pPr>
        <w:jc w:val="center"/>
      </w:pPr>
    </w:p>
    <w:tbl>
      <w:tblPr>
        <w:tblW w:w="10064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3827"/>
        <w:gridCol w:w="4111"/>
      </w:tblGrid>
      <w:tr w:rsidR="001B66BC" w:rsidRPr="001B66BC" w14:paraId="3F4EF64F" w14:textId="77777777" w:rsidTr="001B66BC">
        <w:trPr>
          <w:trHeight w:val="30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164A32D9" w14:textId="45B389AE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  <w:u w:val="single"/>
              </w:rPr>
              <w:t>Arts Award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378D60A9" w14:textId="13B5A4F1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</w:rPr>
              <w:t>Discover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45C20537" w14:textId="3A856507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</w:rPr>
              <w:t>Bronze</w:t>
            </w:r>
          </w:p>
        </w:tc>
      </w:tr>
      <w:tr w:rsidR="001B66BC" w:rsidRPr="001B66BC" w14:paraId="6BC44E8F" w14:textId="77777777" w:rsidTr="001B66BC">
        <w:trPr>
          <w:trHeight w:val="30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534BFAAE" w14:textId="2A818F37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</w:rPr>
              <w:t>2025 -2026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24DCD814" w14:textId="47600A5F" w:rsidR="001B66BC" w:rsidRPr="001B66BC" w:rsidRDefault="001B66BC" w:rsidP="001B66BC">
            <w:pPr>
              <w:jc w:val="center"/>
            </w:pPr>
            <w:r w:rsidRPr="001B66BC">
              <w:t>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475A3C33" w14:textId="4A7AACBD" w:rsidR="001B66BC" w:rsidRPr="001B66BC" w:rsidRDefault="001B66BC" w:rsidP="001B66BC">
            <w:pPr>
              <w:jc w:val="center"/>
            </w:pPr>
            <w:r w:rsidRPr="001B66BC">
              <w:t>29</w:t>
            </w:r>
          </w:p>
        </w:tc>
      </w:tr>
    </w:tbl>
    <w:p w14:paraId="6506C293" w14:textId="5F419A69" w:rsidR="001B66BC" w:rsidRPr="001B66BC" w:rsidRDefault="001B66BC" w:rsidP="001B66BC">
      <w:pPr>
        <w:jc w:val="center"/>
      </w:pPr>
    </w:p>
    <w:tbl>
      <w:tblPr>
        <w:tblW w:w="10064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3827"/>
        <w:gridCol w:w="4111"/>
      </w:tblGrid>
      <w:tr w:rsidR="001B66BC" w:rsidRPr="001B66BC" w14:paraId="0F8D1933" w14:textId="77777777" w:rsidTr="001B66BC">
        <w:trPr>
          <w:trHeight w:val="255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4F6380B4" w14:textId="72CDA07B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  <w:u w:val="single"/>
              </w:rPr>
              <w:t>D of E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374D6A88" w14:textId="559295EE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</w:rPr>
              <w:t>Bronze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2FFCC7E3" w14:textId="738EA00D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</w:rPr>
              <w:t>Silver</w:t>
            </w:r>
          </w:p>
        </w:tc>
      </w:tr>
      <w:tr w:rsidR="001B66BC" w:rsidRPr="001B66BC" w14:paraId="2DDC891F" w14:textId="77777777" w:rsidTr="001B66BC">
        <w:trPr>
          <w:trHeight w:val="24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330C62D0" w14:textId="419F15B3" w:rsidR="001B66BC" w:rsidRPr="001B66BC" w:rsidRDefault="001B66BC" w:rsidP="001B66BC">
            <w:pPr>
              <w:jc w:val="center"/>
            </w:pPr>
            <w:r w:rsidRPr="001B66BC">
              <w:rPr>
                <w:b/>
                <w:bCs/>
              </w:rPr>
              <w:t>2025 -2026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hideMark/>
          </w:tcPr>
          <w:p w14:paraId="7D37A29F" w14:textId="0F103AFD" w:rsidR="001B66BC" w:rsidRPr="001B66BC" w:rsidRDefault="001B66BC" w:rsidP="001B66BC">
            <w:pPr>
              <w:jc w:val="center"/>
            </w:pPr>
            <w:r w:rsidRPr="001B66BC">
              <w:t>12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669E87" w14:textId="147059BC" w:rsidR="001B66BC" w:rsidRPr="001B66BC" w:rsidRDefault="001B66BC" w:rsidP="001B66BC">
            <w:pPr>
              <w:jc w:val="center"/>
            </w:pPr>
            <w:r w:rsidRPr="001B66BC">
              <w:t>6</w:t>
            </w:r>
          </w:p>
        </w:tc>
      </w:tr>
    </w:tbl>
    <w:p w14:paraId="47762E28" w14:textId="77777777" w:rsidR="001B66BC" w:rsidRDefault="001B66BC"/>
    <w:sectPr w:rsidR="001B66BC" w:rsidSect="00034616">
      <w:pgSz w:w="12240" w:h="15840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1473356">
    <w:abstractNumId w:val="8"/>
  </w:num>
  <w:num w:numId="2" w16cid:durableId="1191843268">
    <w:abstractNumId w:val="6"/>
  </w:num>
  <w:num w:numId="3" w16cid:durableId="2137409766">
    <w:abstractNumId w:val="5"/>
  </w:num>
  <w:num w:numId="4" w16cid:durableId="1769695565">
    <w:abstractNumId w:val="4"/>
  </w:num>
  <w:num w:numId="5" w16cid:durableId="1190219096">
    <w:abstractNumId w:val="7"/>
  </w:num>
  <w:num w:numId="6" w16cid:durableId="1214465296">
    <w:abstractNumId w:val="3"/>
  </w:num>
  <w:num w:numId="7" w16cid:durableId="2021925441">
    <w:abstractNumId w:val="2"/>
  </w:num>
  <w:num w:numId="8" w16cid:durableId="754204188">
    <w:abstractNumId w:val="1"/>
  </w:num>
  <w:num w:numId="9" w16cid:durableId="1847329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66BC"/>
    <w:rsid w:val="0029639D"/>
    <w:rsid w:val="00326F90"/>
    <w:rsid w:val="00856A60"/>
    <w:rsid w:val="00985E57"/>
    <w:rsid w:val="00AA1D8D"/>
    <w:rsid w:val="00B47730"/>
    <w:rsid w:val="00CB0664"/>
    <w:rsid w:val="00F82C1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82DB4D"/>
  <w14:defaultImageDpi w14:val="300"/>
  <w15:docId w15:val="{1F215B8F-4095-4507-BEE5-1C0B0F95C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2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30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1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39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71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0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2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7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0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67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0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6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26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7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9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5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91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8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3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1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9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84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2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1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07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6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3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5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79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5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2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40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8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9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4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7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0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8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2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2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874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7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2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3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0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1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0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3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3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67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6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4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8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2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3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2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5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1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hayley gardiner</cp:lastModifiedBy>
  <cp:revision>2</cp:revision>
  <dcterms:created xsi:type="dcterms:W3CDTF">2026-09-08T12:18:00Z</dcterms:created>
  <dcterms:modified xsi:type="dcterms:W3CDTF">2026-09-08T12:18:00Z</dcterms:modified>
  <cp:category/>
</cp:coreProperties>
</file>