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C54F" w14:textId="77777777" w:rsidR="00A70789" w:rsidRDefault="003B4AFC">
      <w:pPr>
        <w:jc w:val="center"/>
      </w:pPr>
      <w:r>
        <w:rPr>
          <w:b/>
          <w:sz w:val="40"/>
        </w:rPr>
        <w:t>READ ST JOHN’S C OF E PRIMARY SCHOOL</w:t>
      </w:r>
    </w:p>
    <w:p w14:paraId="26956F9F" w14:textId="77777777" w:rsidR="00A70789" w:rsidRDefault="003B4AFC">
      <w:pPr>
        <w:jc w:val="center"/>
      </w:pPr>
      <w:r>
        <w:rPr>
          <w:b/>
          <w:sz w:val="48"/>
        </w:rPr>
        <w:t>RELIGIOUS EDUCATION POLICY</w:t>
      </w:r>
    </w:p>
    <w:p w14:paraId="4DE7ED6B" w14:textId="77777777" w:rsidR="00A70789" w:rsidRDefault="00A70789"/>
    <w:p w14:paraId="558C06B9" w14:textId="77777777" w:rsidR="00A70789" w:rsidRDefault="003B4AFC">
      <w:pPr>
        <w:jc w:val="center"/>
      </w:pPr>
      <w:r>
        <w:rPr>
          <w:b/>
        </w:rPr>
        <w:t>September 2026</w:t>
      </w:r>
    </w:p>
    <w:p w14:paraId="77EAD3C6" w14:textId="77777777" w:rsidR="00A70789" w:rsidRDefault="003B4AFC">
      <w:pPr>
        <w:jc w:val="center"/>
      </w:pPr>
      <w:r>
        <w:t>Subject Leader: Joanne Shaw</w:t>
      </w:r>
    </w:p>
    <w:p w14:paraId="06CB5AB4" w14:textId="77777777" w:rsidR="00A70789" w:rsidRDefault="003B4AFC">
      <w:pPr>
        <w:jc w:val="center"/>
      </w:pPr>
      <w:r>
        <w:t>Next review: September 2027</w:t>
      </w:r>
    </w:p>
    <w:p w14:paraId="426363F6" w14:textId="77777777" w:rsidR="00A70789" w:rsidRDefault="003B4AFC">
      <w:r>
        <w:br w:type="page"/>
      </w:r>
    </w:p>
    <w:p w14:paraId="09D163F5" w14:textId="77777777" w:rsidR="00A70789" w:rsidRDefault="003B4AFC">
      <w:pPr>
        <w:pStyle w:val="Heading1"/>
      </w:pPr>
      <w:r>
        <w:lastRenderedPageBreak/>
        <w:t>1. Intent</w:t>
      </w:r>
    </w:p>
    <w:p w14:paraId="40F450EC" w14:textId="77777777" w:rsidR="00A70789" w:rsidRDefault="003B4AFC">
      <w:r>
        <w:t>At Read St John’s C of E Primary School, Religious Education is a high-profile academic subject which lies at the heart of our curriculum and is central to our distinctive Christian vision.</w:t>
      </w:r>
    </w:p>
    <w:p w14:paraId="77D139EF" w14:textId="77777777" w:rsidR="00A70789" w:rsidRDefault="003B4AFC">
      <w:r>
        <w:t>Religious Education enables pupils to explore and enrich their own developing beliefs, values and worldviews and to express their ideas and thoughts in a safe, respectful and supportive environment. Pupils learn about Christianity as a living, diverse and global faith and develop an understanding of other religious and non-religious worldviews.</w:t>
      </w:r>
    </w:p>
    <w:p w14:paraId="30A87B9D" w14:textId="77777777" w:rsidR="00A70789" w:rsidRDefault="003B4AFC">
      <w:r>
        <w:t>Through RE, pupils encounter beliefs, practices, traditions, sacred texts and lived experiences. They develop the knowledge, vocabulary and skills needed to understand how religion and worldviews influence individuals, communities, cultures and society.</w:t>
      </w:r>
    </w:p>
    <w:p w14:paraId="4A9AFE31" w14:textId="77777777" w:rsidR="00A70789" w:rsidRDefault="003B4AFC">
      <w:r>
        <w:t>We encourage pupils to ask challenging questions about meaning, purpose, belief and human experience. Pupils are given opportunities to reflect upon their own developing spiritual, philosophical and ethical ideas whilst engaging thoughtfully and respectfully with the perspectives of others.</w:t>
      </w:r>
    </w:p>
    <w:p w14:paraId="37167492" w14:textId="77777777" w:rsidR="00A70789" w:rsidRDefault="003B4AFC">
      <w:r>
        <w:t>As a Church of England school, Christianity is the majority religious worldview studied in each year group and comprises at least 50% of RE curriculum time. Pupils also encounter a range of other religious and non-religious worldviews, enabling them to appreciate diversity, complexity, continuity and change within and between different traditions.</w:t>
      </w:r>
    </w:p>
    <w:p w14:paraId="7382C58D" w14:textId="77777777" w:rsidR="00A70789" w:rsidRDefault="003B4AFC">
      <w:r>
        <w:t>We believe that the following attitudes are essential for successful learning in RE and should be developed throughout the curriculum:</w:t>
      </w:r>
      <w:r>
        <w:br/>
        <w:t>• Self-awareness</w:t>
      </w:r>
      <w:r>
        <w:br/>
      </w:r>
      <w:r>
        <w:t>• Respect for all</w:t>
      </w:r>
      <w:r>
        <w:br/>
        <w:t>• Open-mindedness</w:t>
      </w:r>
      <w:r>
        <w:br/>
        <w:t>• Appreciation and wonder</w:t>
      </w:r>
    </w:p>
    <w:p w14:paraId="7AE19B1E" w14:textId="77777777" w:rsidR="00A70789" w:rsidRDefault="003B4AFC">
      <w:r>
        <w:t>Our school values permeate our teaching and learning across the curriculum: Service, Respect, Compassion, Perseverance, Forgiveness, Responsibility and Trust.</w:t>
      </w:r>
    </w:p>
    <w:p w14:paraId="3C08D97E" w14:textId="77777777" w:rsidR="00A70789" w:rsidRDefault="003B4AFC">
      <w:r>
        <w:t>Through RE, pupils are encouraged to consider how beliefs and values influence the way people live and how they themselves can contribute positively to their community and the wider world.</w:t>
      </w:r>
    </w:p>
    <w:p w14:paraId="3A8C7989" w14:textId="77777777" w:rsidR="00A70789" w:rsidRDefault="003B4AFC">
      <w:pPr>
        <w:pStyle w:val="Heading1"/>
      </w:pPr>
      <w:r>
        <w:t>2. The place of Religious Education within our curriculum</w:t>
      </w:r>
    </w:p>
    <w:p w14:paraId="3A1F508A" w14:textId="77777777" w:rsidR="00A70789" w:rsidRDefault="003B4AFC">
      <w:r>
        <w:t>Religious Education at Read St John’s C of E Primary School lies at the very heart of our curriculum.</w:t>
      </w:r>
    </w:p>
    <w:p w14:paraId="5E619AD1" w14:textId="389B6B2F" w:rsidR="00A70789" w:rsidRDefault="003B4AFC">
      <w:r>
        <w:t xml:space="preserve">The school follows the Blackburn Diocesan Board of Education's Questful RE syllabus for primary schools. </w:t>
      </w:r>
    </w:p>
    <w:p w14:paraId="617D3836" w14:textId="77777777" w:rsidR="00A70789" w:rsidRDefault="003B4AFC">
      <w:r>
        <w:t>Our RE provision:</w:t>
      </w:r>
      <w:r>
        <w:br/>
        <w:t>• fulfils the legal requirements for Religious Education;</w:t>
      </w:r>
      <w:r>
        <w:br/>
        <w:t>• reflects our school's Church of England foundation, Trust Deed and Christian vision;</w:t>
      </w:r>
      <w:r>
        <w:br/>
      </w:r>
      <w:r>
        <w:t>• meets the expectations of the Church of England Statement of Entitlement for Religious Education;</w:t>
      </w:r>
      <w:r>
        <w:br/>
        <w:t>• ensures that Christianity is the majority religious worldview studied in each year group and comprises at least 50% of RE curriculum time;</w:t>
      </w:r>
      <w:r>
        <w:br/>
        <w:t>• provides pupils with meaningful opportunities to study other religious and non-religious worldviews;</w:t>
      </w:r>
      <w:r>
        <w:br/>
        <w:t>• develops religious literacy and the ability to use religious language accurately;</w:t>
      </w:r>
      <w:r>
        <w:br/>
      </w:r>
      <w:r>
        <w:t>• enables pupils to engage with theology, philosophy and human/social science approaches;</w:t>
      </w:r>
      <w:r>
        <w:br/>
        <w:t>• provides opportunities for enquiry, questioning, reflection, interpretation, analysis and evaluation;</w:t>
      </w:r>
      <w:r>
        <w:br/>
      </w:r>
      <w:r>
        <w:lastRenderedPageBreak/>
        <w:t>• contributes to pupils' spiritual, moral, social and cultural development;</w:t>
      </w:r>
      <w:r>
        <w:br/>
        <w:t>• promotes respect, understanding and dialogue within our diverse society; and</w:t>
      </w:r>
      <w:r>
        <w:br/>
        <w:t>• is taught as a distinct academic subject, separate from Collective Worship.</w:t>
      </w:r>
    </w:p>
    <w:p w14:paraId="1BE26C3A" w14:textId="77777777" w:rsidR="00A70789" w:rsidRDefault="003B4AFC">
      <w:r>
        <w:t>RE and Collective Worship naturally complement and enrich one another but are planned, taught and managed separately. Collective Worship does not form part of the school's allocated RE curriculum time.</w:t>
      </w:r>
    </w:p>
    <w:p w14:paraId="585EA32B" w14:textId="77777777" w:rsidR="00A70789" w:rsidRDefault="003B4AFC">
      <w:pPr>
        <w:pStyle w:val="Heading1"/>
      </w:pPr>
      <w:r>
        <w:t>3. Aims</w:t>
      </w:r>
    </w:p>
    <w:p w14:paraId="41A68801" w14:textId="77777777" w:rsidR="00A70789" w:rsidRDefault="003B4AFC">
      <w:r>
        <w:t>The aims of Religious Education at Read St John’s are:</w:t>
      </w:r>
      <w:r>
        <w:br/>
        <w:t>• To enable pupils to know about and understand Christianity as a living, diverse and global faith.</w:t>
      </w:r>
      <w:r>
        <w:br/>
        <w:t>• To understand how Christian beliefs, teachings and practices influence individuals, communities and society.</w:t>
      </w:r>
      <w:r>
        <w:br/>
      </w:r>
      <w:r>
        <w:t>• To know and understand a range of religious and non-religious worldviews.</w:t>
      </w:r>
      <w:r>
        <w:br/>
        <w:t>• To recognise diversity within and between religious and non-religious worldviews.</w:t>
      </w:r>
      <w:r>
        <w:br/>
        <w:t>• To develop religious literacy and confidence in using appropriate religious vocabulary.</w:t>
      </w:r>
      <w:r>
        <w:br/>
        <w:t>• To engage with challenging questions of meaning, purpose, belief and human experience.</w:t>
      </w:r>
      <w:r>
        <w:br/>
        <w:t>• To develop pupils' ability to interpret religious sources, including sacred texts, stories, artefacts and practices.</w:t>
      </w:r>
      <w:r>
        <w:br/>
      </w:r>
      <w:r>
        <w:t>• To develop theological, philosophical and human/social science approaches to enquiry.</w:t>
      </w:r>
      <w:r>
        <w:br/>
        <w:t>• To reflect critically and responsibly on their own developing spiritual, philosophical and ethical convictions.</w:t>
      </w:r>
      <w:r>
        <w:br/>
        <w:t>• To engage respectfully and meaningfully with people whose beliefs and worldviews differ from their own.</w:t>
      </w:r>
      <w:r>
        <w:br/>
        <w:t>• To understand the contribution of religion and belief to British culture, heritage and contemporary society.</w:t>
      </w:r>
      <w:r>
        <w:br/>
      </w:r>
      <w:r>
        <w:t>• To encourage pupils to become thoughtful, compassionate and responsible members of their local, national and global communities.</w:t>
      </w:r>
    </w:p>
    <w:p w14:paraId="2CBC70F8" w14:textId="77777777" w:rsidR="00A70789" w:rsidRDefault="003B4AFC">
      <w:pPr>
        <w:pStyle w:val="Heading1"/>
      </w:pPr>
      <w:r>
        <w:t>4. By the end of Key Stage 2</w:t>
      </w:r>
    </w:p>
    <w:p w14:paraId="5446B56E" w14:textId="77777777" w:rsidR="00A70789" w:rsidRDefault="003B4AFC">
      <w:r>
        <w:t>By the end of Key Stage 2, pupils at Read St John’s should be able to:</w:t>
      </w:r>
      <w:r>
        <w:br/>
        <w:t>• give a thoughtful and increasingly theologically informed account of Christianity as a living, diverse and global faith;</w:t>
      </w:r>
      <w:r>
        <w:br/>
        <w:t>• demonstrate secure knowledge and understanding of a range of religious and non-religious worldviews;</w:t>
      </w:r>
      <w:r>
        <w:br/>
      </w:r>
      <w:r>
        <w:t>• recognise and explain diversity within religious traditions;</w:t>
      </w:r>
      <w:r>
        <w:br/>
        <w:t>• use religious vocabulary accurately and confidently;</w:t>
      </w:r>
      <w:r>
        <w:br/>
        <w:t>• interpret and respond to a range of religious sources and evidence;</w:t>
      </w:r>
      <w:r>
        <w:br/>
        <w:t>• ask and respond to challenging questions about meaning, purpose, belief and human experience;</w:t>
      </w:r>
      <w:r>
        <w:br/>
        <w:t>• engage in meaningful and informed dialogue with those of different faiths, worldviews and none;</w:t>
      </w:r>
      <w:r>
        <w:br/>
        <w:t>• compare and evaluate beliefs, practices and ideas thoughtfully;</w:t>
      </w:r>
      <w:r>
        <w:br/>
      </w:r>
      <w:r>
        <w:t>• reflect critically and responsibly on their own developing spiritual, philosophical and ethical convictions; and</w:t>
      </w:r>
      <w:r>
        <w:br/>
        <w:t>• understand how religion and worldviews influence individuals, communities, cultures and wider society.</w:t>
      </w:r>
    </w:p>
    <w:p w14:paraId="37AB26E9" w14:textId="77777777" w:rsidR="00A70789" w:rsidRDefault="003B4AFC">
      <w:pPr>
        <w:pStyle w:val="Heading1"/>
      </w:pPr>
      <w:r>
        <w:t>5. What we learn about</w:t>
      </w:r>
    </w:p>
    <w:p w14:paraId="3C008C57" w14:textId="77777777" w:rsidR="00A70789" w:rsidRDefault="003B4AFC">
      <w:r>
        <w:t>Through RE, pupils develop an increasingly secure understanding of:</w:t>
      </w:r>
      <w:r>
        <w:br/>
        <w:t>• God and Christian beliefs about God;</w:t>
      </w:r>
      <w:r>
        <w:br/>
        <w:t>• creation and humanity;</w:t>
      </w:r>
      <w:r>
        <w:br/>
        <w:t>• the Bible and its importance within Christianity;</w:t>
      </w:r>
      <w:r>
        <w:br/>
      </w:r>
      <w:r>
        <w:lastRenderedPageBreak/>
        <w:t>• Jesus Christ, his life, teachings, death and resurrection;</w:t>
      </w:r>
      <w:r>
        <w:br/>
      </w:r>
      <w:r>
        <w:t>• the Holy Spirit and the life of the Church;</w:t>
      </w:r>
      <w:r>
        <w:br/>
        <w:t>• Christian beliefs, practices and celebrations;</w:t>
      </w:r>
      <w:r>
        <w:br/>
        <w:t>• Christian values and how these influence the lives of believers;</w:t>
      </w:r>
      <w:r>
        <w:br/>
        <w:t>• Christianity as a diverse and global faith;</w:t>
      </w:r>
      <w:r>
        <w:br/>
        <w:t>• the beliefs, practices, traditions and lived experiences of other religions;</w:t>
      </w:r>
      <w:r>
        <w:br/>
        <w:t>• non-religious worldviews and perspectives;</w:t>
      </w:r>
      <w:r>
        <w:br/>
        <w:t>• similarities and differences within and between religious and non-religious worldviews;</w:t>
      </w:r>
      <w:r>
        <w:br/>
        <w:t>• the relationship between religion, culture, society and identity;</w:t>
      </w:r>
      <w:r>
        <w:br/>
      </w:r>
      <w:r>
        <w:t>• religious responses to ethical and contemporary issues;</w:t>
      </w:r>
      <w:r>
        <w:br/>
        <w:t>• the ways in which people find meaning, purpose, hope and belonging; and</w:t>
      </w:r>
      <w:r>
        <w:br/>
        <w:t>• the contribution of religion and belief to local, national and global communities.</w:t>
      </w:r>
    </w:p>
    <w:p w14:paraId="7C14BB52" w14:textId="77777777" w:rsidR="00A70789" w:rsidRDefault="003B4AFC">
      <w:pPr>
        <w:pStyle w:val="Heading1"/>
      </w:pPr>
      <w:r>
        <w:t>6. What we learn from</w:t>
      </w:r>
    </w:p>
    <w:p w14:paraId="42633133" w14:textId="77777777" w:rsidR="00A70789" w:rsidRDefault="003B4AFC">
      <w:r>
        <w:t>Through RE, pupils have opportunities to:</w:t>
      </w:r>
      <w:r>
        <w:br/>
        <w:t>• respond personally to religious stories, teachings and ideas;</w:t>
      </w:r>
      <w:r>
        <w:br/>
        <w:t>• reflect on their own experiences, beliefs and values;</w:t>
      </w:r>
      <w:r>
        <w:br/>
        <w:t>• develop empathy and understanding;</w:t>
      </w:r>
      <w:r>
        <w:br/>
        <w:t>• consider different answers to ultimate questions;</w:t>
      </w:r>
      <w:r>
        <w:br/>
      </w:r>
      <w:r>
        <w:t>• engage critically with religious beliefs and truth claims;</w:t>
      </w:r>
      <w:r>
        <w:br/>
        <w:t>• recognise the importance of faith and worldview to people's identities;</w:t>
      </w:r>
      <w:r>
        <w:br/>
        <w:t>• explore examples of Christian living, including love, forgiveness, reconciliation, justice, compassion, service and faith;</w:t>
      </w:r>
      <w:r>
        <w:br/>
        <w:t>• appreciate the ways in which people of different faiths and worldviews respond to life's challenges;</w:t>
      </w:r>
      <w:r>
        <w:br/>
        <w:t>• recognise areas of commonality and difference between worldviews;</w:t>
      </w:r>
      <w:r>
        <w:br/>
        <w:t>• develop respectful dialogue with others;</w:t>
      </w:r>
      <w:r>
        <w:br/>
      </w:r>
      <w:r>
        <w:t>• consider how beliefs influence actions and decisions;</w:t>
      </w:r>
      <w:r>
        <w:br/>
        <w:t>• develop their own responses to philosophical, ethical and spiritual questions; and</w:t>
      </w:r>
      <w:r>
        <w:br/>
        <w:t>• consider how they can contribute positively to their community and the wider world.</w:t>
      </w:r>
    </w:p>
    <w:p w14:paraId="72634778" w14:textId="77777777" w:rsidR="00A70789" w:rsidRDefault="003B4AFC">
      <w:pPr>
        <w:pStyle w:val="Heading1"/>
      </w:pPr>
      <w:r>
        <w:t>7. Religious Education enables pupils to</w:t>
      </w:r>
    </w:p>
    <w:p w14:paraId="65B9AD8B" w14:textId="77777777" w:rsidR="00A70789" w:rsidRDefault="003B4AFC">
      <w:r>
        <w:t>• talk openly and respectfully about beliefs and practices without fear of ridicule;</w:t>
      </w:r>
      <w:r>
        <w:br/>
        <w:t>• develop excellent knowledge and understanding of Christianity;</w:t>
      </w:r>
      <w:r>
        <w:br/>
      </w:r>
      <w:r>
        <w:t>• understand Christianity as a living faith rather than simply a historical or cultural subject;</w:t>
      </w:r>
      <w:r>
        <w:br/>
        <w:t>• understand the diversity of Christianity across the world;</w:t>
      </w:r>
      <w:r>
        <w:br/>
        <w:t>• learn about other religious and non-religious worldviews;</w:t>
      </w:r>
      <w:r>
        <w:br/>
        <w:t>• understand that there is diversity within religious traditions;</w:t>
      </w:r>
      <w:r>
        <w:br/>
        <w:t>• develop an informed and respectful attitude towards people with different beliefs and worldviews;</w:t>
      </w:r>
      <w:r>
        <w:br/>
        <w:t>• explore challenging questions in a safe environment;</w:t>
      </w:r>
      <w:r>
        <w:br/>
      </w:r>
      <w:r>
        <w:t>• develop their own ideas and responses without being required to adopt a particular belief;</w:t>
      </w:r>
      <w:r>
        <w:br/>
        <w:t>• develop confidence in using religious language;</w:t>
      </w:r>
      <w:r>
        <w:br/>
        <w:t>• engage in meaningful dialogue with people from different faiths and worldviews; and</w:t>
      </w:r>
      <w:r>
        <w:br/>
        <w:t>• develop the knowledge and understanding needed to live well together in a diverse society.</w:t>
      </w:r>
    </w:p>
    <w:p w14:paraId="1F439D84" w14:textId="77777777" w:rsidR="00A70789" w:rsidRDefault="003B4AFC">
      <w:pPr>
        <w:pStyle w:val="Heading1"/>
      </w:pPr>
      <w:r>
        <w:lastRenderedPageBreak/>
        <w:t>8. Curriculum content and enrichment</w:t>
      </w:r>
    </w:p>
    <w:p w14:paraId="7FFE99A1" w14:textId="77777777" w:rsidR="00A70789" w:rsidRDefault="003B4AFC">
      <w:r>
        <w:t>The Religious Education curriculum at Read St John’s includes:</w:t>
      </w:r>
      <w:r>
        <w:br/>
        <w:t>• opportunities to explore the Church's year;</w:t>
      </w:r>
      <w:r>
        <w:br/>
      </w:r>
      <w:r>
        <w:t>• study of key Christian beliefs and concepts;</w:t>
      </w:r>
      <w:r>
        <w:br/>
        <w:t>• study of the Bible and its significance for Christians;</w:t>
      </w:r>
      <w:r>
        <w:br/>
        <w:t>• study of the local Christian community, including its history, traditions and saints;</w:t>
      </w:r>
      <w:r>
        <w:br/>
        <w:t>• visits to our parish church;</w:t>
      </w:r>
      <w:r>
        <w:br/>
        <w:t>• opportunities to experience the Church as a living community;</w:t>
      </w:r>
      <w:r>
        <w:br/>
        <w:t>• visits to a range of places of worship;</w:t>
      </w:r>
      <w:r>
        <w:br/>
        <w:t>• opportunities to welcome visitors from the local parish and wider community;</w:t>
      </w:r>
      <w:r>
        <w:br/>
        <w:t>• opportunities to encounter people who live out their faith in different ways;</w:t>
      </w:r>
      <w:r>
        <w:br/>
      </w:r>
      <w:r>
        <w:t>• opportunities to explore other religious and non-religious worldviews;</w:t>
      </w:r>
      <w:r>
        <w:br/>
        <w:t>• opportunities to use religious language confidently and accurately;</w:t>
      </w:r>
      <w:r>
        <w:br/>
        <w:t>• opportunities to explore sacred texts and sources;</w:t>
      </w:r>
      <w:r>
        <w:br/>
        <w:t>• access to Bibles and examples of Bibles and prayer books from a variety of contexts;</w:t>
      </w:r>
      <w:r>
        <w:br/>
        <w:t>• opportunities to listen to Christian psalms, hymns and spiritual songs from a wide range of traditions;</w:t>
      </w:r>
      <w:r>
        <w:br/>
        <w:t>• access to Christian and multi-faith artefacts, used respectfully and appropriately;</w:t>
      </w:r>
      <w:r>
        <w:br/>
      </w:r>
      <w:r>
        <w:t>• a sacred space for prayer, reflection and stillness;</w:t>
      </w:r>
      <w:r>
        <w:br/>
        <w:t>• opportunities for theological, philosophical and ethical enquiry; and</w:t>
      </w:r>
      <w:r>
        <w:br/>
        <w:t>• opportunities to connect RE learning with the wider curriculum.</w:t>
      </w:r>
    </w:p>
    <w:p w14:paraId="6558BD08" w14:textId="77777777" w:rsidR="00A70789" w:rsidRDefault="003B4AFC">
      <w:pPr>
        <w:pStyle w:val="Heading1"/>
      </w:pPr>
      <w:r>
        <w:t>9. Implementation</w:t>
      </w:r>
    </w:p>
    <w:p w14:paraId="1858CC60" w14:textId="77777777" w:rsidR="00A70789" w:rsidRDefault="003B4AFC">
      <w:r>
        <w:t>At Read St John’s, we follow the Blackburn Diocesan Board of Education Questful RE syllabus. The syllabus is supplemented where appropriate with additional high-quality resources and opportunities which enrich pupils' understanding of Christianity and other religious and non-religious worldviews.</w:t>
      </w:r>
    </w:p>
    <w:p w14:paraId="21A54B01" w14:textId="77777777" w:rsidR="00A70789" w:rsidRDefault="003B4AFC">
      <w:r>
        <w:t>RE is taught through a carefully sequenced programme of units which develops pupils' knowledge and understanding over time. Units include both religion-focused and thematic enquiries.</w:t>
      </w:r>
    </w:p>
    <w:p w14:paraId="5D3B2DD1" w14:textId="77777777" w:rsidR="00A70789" w:rsidRDefault="003B4AFC">
      <w:r>
        <w:t>Each unit provides opportunities for pupils to:</w:t>
      </w:r>
      <w:r>
        <w:br/>
        <w:t>• develop prior knowledge;</w:t>
      </w:r>
      <w:r>
        <w:br/>
        <w:t>• acquire new religious vocabulary;</w:t>
      </w:r>
      <w:r>
        <w:br/>
        <w:t>• explore key concepts;</w:t>
      </w:r>
      <w:r>
        <w:br/>
        <w:t>• investigate beliefs and practices;</w:t>
      </w:r>
      <w:r>
        <w:br/>
        <w:t>• engage with religious sources and lived experience;</w:t>
      </w:r>
      <w:r>
        <w:br/>
        <w:t>• ask and answer questions;</w:t>
      </w:r>
      <w:r>
        <w:br/>
        <w:t>• think critically;</w:t>
      </w:r>
      <w:r>
        <w:br/>
        <w:t>• compare and make connections;</w:t>
      </w:r>
      <w:r>
        <w:br/>
        <w:t>• reflect and respond;</w:t>
      </w:r>
      <w:r>
        <w:br/>
        <w:t>• articulate their own ideas; and</w:t>
      </w:r>
      <w:r>
        <w:br/>
        <w:t>• demonstrate what they have learned.</w:t>
      </w:r>
    </w:p>
    <w:p w14:paraId="42599D91" w14:textId="77777777" w:rsidR="00A70789" w:rsidRDefault="003B4AFC">
      <w:r>
        <w:t>Teaching draws on three complementary disciplinary approaches:</w:t>
      </w:r>
      <w:r>
        <w:br/>
        <w:t>• Theology – exploring beliefs, concepts, sacred texts and questions about God and faith.</w:t>
      </w:r>
      <w:r>
        <w:br/>
        <w:t>• Philosophy – exploring questions of truth, meaning, existence, reason, morality and knowledge.</w:t>
      </w:r>
      <w:r>
        <w:br/>
        <w:t>• Human and Social Sciences – exploring religion and worldviews as they are lived by individuals and communities.</w:t>
      </w:r>
    </w:p>
    <w:p w14:paraId="02FE9A12" w14:textId="77777777" w:rsidR="00A70789" w:rsidRDefault="003B4AFC">
      <w:r>
        <w:lastRenderedPageBreak/>
        <w:t>These approaches enable pupils to develop increasingly sophisticated religious literacy and to understand that religious and non-religious worldviews are complex and diverse.</w:t>
      </w:r>
    </w:p>
    <w:p w14:paraId="7C696892" w14:textId="77777777" w:rsidR="00A70789" w:rsidRDefault="003B4AFC">
      <w:pPr>
        <w:pStyle w:val="Heading1"/>
      </w:pPr>
      <w:r>
        <w:t>10. Curriculum time</w:t>
      </w:r>
    </w:p>
    <w:p w14:paraId="72DDA68B" w14:textId="77777777" w:rsidR="00A70789" w:rsidRDefault="003B4AFC">
      <w:r>
        <w:t>Sufficient dedicated curriculum time is allocated to Religious Education.</w:t>
      </w:r>
    </w:p>
    <w:p w14:paraId="3C4B1CDB" w14:textId="77777777" w:rsidR="00A70789" w:rsidRDefault="003B4AFC">
      <w:r>
        <w:t>The school aims to provide a level of curriculum time that reflects the importance of RE as a distinct academic subject and works towards the Church of England expectation of close to 10% of curriculum time, while ensuring that the minimum entitlement is met.</w:t>
      </w:r>
    </w:p>
    <w:p w14:paraId="289EC8DD" w14:textId="77777777" w:rsidR="00A70789" w:rsidRDefault="003B4AFC">
      <w:r>
        <w:t>At least 50% of RE curriculum time is devoted to the study of Christianity.</w:t>
      </w:r>
    </w:p>
    <w:p w14:paraId="6E8C8ED0" w14:textId="77777777" w:rsidR="00A70789" w:rsidRDefault="003B4AFC">
      <w:r>
        <w:t>Collective Worship is separate from and additional to RE curriculum time.</w:t>
      </w:r>
    </w:p>
    <w:p w14:paraId="214FBB2C" w14:textId="77777777" w:rsidR="00A70789" w:rsidRDefault="003B4AFC">
      <w:pPr>
        <w:pStyle w:val="Heading1"/>
      </w:pPr>
      <w:r>
        <w:t>11. Inclusion</w:t>
      </w:r>
    </w:p>
    <w:p w14:paraId="0ACC5956" w14:textId="77777777" w:rsidR="00A70789" w:rsidRDefault="003B4AFC">
      <w:r>
        <w:t>Religious Education is an entitlement for every pupil.</w:t>
      </w:r>
    </w:p>
    <w:p w14:paraId="5C8BDD41" w14:textId="77777777" w:rsidR="00A70789" w:rsidRDefault="003B4AFC">
      <w:r>
        <w:t>Teaching is adapted to ensure that pupils with SEND, EAL and other barriers to learning can access the full RE curriculum and make progress.</w:t>
      </w:r>
    </w:p>
    <w:p w14:paraId="7CB3FC79" w14:textId="77777777" w:rsidR="00A70789" w:rsidRDefault="003B4AFC">
      <w:r>
        <w:t>Teachers use appropriate scaffolding, vocabulary development, visual resources, practical experiences, discussion, modelling and differentiated outcomes where appropriate.</w:t>
      </w:r>
    </w:p>
    <w:p w14:paraId="1FE9A372" w14:textId="77777777" w:rsidR="00A70789" w:rsidRDefault="003B4AFC">
      <w:r>
        <w:t>High expectations are maintained for all pupils. Adaptations are made to enable pupils to access ambitious RE learning rather than unnecessarily reducing intellectual challenge.</w:t>
      </w:r>
    </w:p>
    <w:p w14:paraId="61301F0F" w14:textId="77777777" w:rsidR="00A70789" w:rsidRDefault="003B4AFC">
      <w:r>
        <w:t>RE also provides opportunities to challenge stereotypes, prejudice and misconceptions about religion and belief.</w:t>
      </w:r>
    </w:p>
    <w:p w14:paraId="0E2469B4" w14:textId="77777777" w:rsidR="00A70789" w:rsidRDefault="003B4AFC">
      <w:r>
        <w:t>Pupils are encouraged to recognise the diversity that exists both within and between religious and non-religious worldviews.</w:t>
      </w:r>
    </w:p>
    <w:p w14:paraId="25F7DD68" w14:textId="77777777" w:rsidR="00A70789" w:rsidRDefault="003B4AFC">
      <w:pPr>
        <w:pStyle w:val="Heading1"/>
      </w:pPr>
      <w:r>
        <w:t>12. Church and community links</w:t>
      </w:r>
    </w:p>
    <w:p w14:paraId="30F5AF68" w14:textId="77777777" w:rsidR="00A70789" w:rsidRDefault="003B4AFC">
      <w:r>
        <w:t>Our links with St John’s Church and the wider community are an important part of our RE curriculum.</w:t>
      </w:r>
    </w:p>
    <w:p w14:paraId="5C56ED57" w14:textId="77777777" w:rsidR="00A70789" w:rsidRDefault="003B4AFC">
      <w:r>
        <w:t>Children regularly visit the church and participate in appropriate services and celebrations, including Harvest, Christmas and Easter.</w:t>
      </w:r>
    </w:p>
    <w:p w14:paraId="0DDC042A" w14:textId="77777777" w:rsidR="00A70789" w:rsidRDefault="003B4AFC">
      <w:r>
        <w:t>Visits to the church support pupils' understanding of the Church as a living community and provide opportunities to connect classroom learning with lived Christian experience.</w:t>
      </w:r>
    </w:p>
    <w:p w14:paraId="4C9885C4" w14:textId="77777777" w:rsidR="00A70789" w:rsidRDefault="003B4AFC">
      <w:r>
        <w:t>For example, Year 1 pupils may explore baptism through a visit to church, enabling them to learn about Christian practice and discuss their observations and responses.</w:t>
      </w:r>
    </w:p>
    <w:p w14:paraId="12508720" w14:textId="77777777" w:rsidR="00A70789" w:rsidRDefault="003B4AFC">
      <w:r>
        <w:t>Where appropriate, pupils visit other places of worship, including mosques, synagogues and Sikh gurdwaras. These visits are planned carefully to enhance curriculum learning and develop pupils' understanding of lived religion.</w:t>
      </w:r>
    </w:p>
    <w:p w14:paraId="365C7EB6" w14:textId="77777777" w:rsidR="00A70789" w:rsidRDefault="003B4AFC">
      <w:r>
        <w:lastRenderedPageBreak/>
        <w:t>We welcome visitors from our local parish and wider community, providing opportunities for pupils to ask questions and encounter different perspectives.</w:t>
      </w:r>
    </w:p>
    <w:p w14:paraId="1575ECC7" w14:textId="77777777" w:rsidR="00A70789" w:rsidRDefault="003B4AFC">
      <w:r>
        <w:t>We also work with organisations such as the PAIS project where appropriate. Visitors and external contributors enhance RE and collective worship but do not replace high-quality classroom teaching.</w:t>
      </w:r>
    </w:p>
    <w:p w14:paraId="68094DE8" w14:textId="77777777" w:rsidR="00A70789" w:rsidRDefault="003B4AFC">
      <w:pPr>
        <w:pStyle w:val="Heading1"/>
      </w:pPr>
      <w:r>
        <w:t>13. Cross-curricular links</w:t>
      </w:r>
    </w:p>
    <w:p w14:paraId="47FE9F4A" w14:textId="77777777" w:rsidR="00A70789" w:rsidRDefault="003B4AFC">
      <w:r>
        <w:t>RE provides meaningful opportunities to develop knowledge and skills across the curriculum. Links may be made with English, History, Geography, Art and Design, Music, PSHE, Citizenship, Science, Computing and Spiritual Development.</w:t>
      </w:r>
    </w:p>
    <w:p w14:paraId="0E31A3D7" w14:textId="77777777" w:rsidR="00A70789" w:rsidRDefault="003B4AFC">
      <w:r>
        <w:t>Cross-curricular links are made where they genuinely enhance RE learning. RE remains a distinct subject with its own disciplinary knowledge, vocabulary and learning objectives.</w:t>
      </w:r>
    </w:p>
    <w:p w14:paraId="21672D4C" w14:textId="77777777" w:rsidR="00A70789" w:rsidRDefault="003B4AFC">
      <w:pPr>
        <w:pStyle w:val="Heading1"/>
      </w:pPr>
      <w:r>
        <w:t>14. Impact</w:t>
      </w:r>
    </w:p>
    <w:p w14:paraId="0E418D4F" w14:textId="77777777" w:rsidR="00A70789" w:rsidRDefault="003B4AFC">
      <w:r>
        <w:t>The impact of Religious Education is demonstrated through pupils' developing knowledge, understanding, skills and attitudes.</w:t>
      </w:r>
    </w:p>
    <w:p w14:paraId="03D6DB3B" w14:textId="77777777" w:rsidR="00A70789" w:rsidRDefault="003B4AFC">
      <w:r>
        <w:t>By the end of each key stage, pupils should demonstrate increasing:</w:t>
      </w:r>
      <w:r>
        <w:br/>
      </w:r>
      <w:r>
        <w:t>Knowledge – knowledge of Christianity as a living and diverse faith; knowledge of other religious and non-religious worldviews; knowledge of key beliefs, practices, concepts and vocabulary; and knowledge of religious texts and sources.</w:t>
      </w:r>
    </w:p>
    <w:p w14:paraId="64A51D81" w14:textId="77777777" w:rsidR="00A70789" w:rsidRDefault="003B4AFC">
      <w:r>
        <w:t>Understanding – understanding of how beliefs influence people's lives; diversity within religious traditions; similarities and differences between worldviews; and the relationship between religion, culture and society.</w:t>
      </w:r>
    </w:p>
    <w:p w14:paraId="2D69CB1C" w14:textId="77777777" w:rsidR="00A70789" w:rsidRDefault="003B4AFC">
      <w:r>
        <w:t>Skills – questioning, interpreting, researching, analysing, comparing, evaluating, reflecting, communicating and using religious language accurately.</w:t>
      </w:r>
    </w:p>
    <w:p w14:paraId="4EA1C491" w14:textId="77777777" w:rsidR="00A70789" w:rsidRDefault="003B4AFC">
      <w:r>
        <w:t>Attitudes – respect, empathy, open-mindedness, self-awareness, appreciation, curiosity and willingness to engage with different perspectives.</w:t>
      </w:r>
    </w:p>
    <w:p w14:paraId="2EFECEE3" w14:textId="77777777" w:rsidR="00A70789" w:rsidRDefault="003B4AFC">
      <w:r>
        <w:t>Pupils should increasingly be able to articulate their own developing ideas and respond thoughtfully to the ideas of others.</w:t>
      </w:r>
    </w:p>
    <w:p w14:paraId="005396A3" w14:textId="77777777" w:rsidR="00A70789" w:rsidRDefault="003B4AFC">
      <w:r>
        <w:t>RE contributes significantly to pupils' spiritual, moral, social and cultural development and supports the development of courageous, respectful and responsible citizens.</w:t>
      </w:r>
    </w:p>
    <w:p w14:paraId="21C69939" w14:textId="77777777" w:rsidR="00A70789" w:rsidRDefault="003B4AFC">
      <w:pPr>
        <w:pStyle w:val="Heading1"/>
      </w:pPr>
      <w:r>
        <w:t>15. Assessment and recording</w:t>
      </w:r>
    </w:p>
    <w:p w14:paraId="5AF0E76A" w14:textId="77777777" w:rsidR="00A70789" w:rsidRDefault="003B4AFC">
      <w:r>
        <w:t>Assessment in RE focuses on pupils' developing knowledge, understanding and disciplinary skills.</w:t>
      </w:r>
    </w:p>
    <w:p w14:paraId="66EAAF36" w14:textId="77777777" w:rsidR="00A70789" w:rsidRDefault="003B4AFC">
      <w:r>
        <w:t>Assessment is used to identify prior knowledge, inform planning, identify misconceptions, monitor progress, support pupils in making connections between units, identify gaps in knowledge, provide appropriate challenge and inform future teaching.</w:t>
      </w:r>
    </w:p>
    <w:p w14:paraId="5450A56C" w14:textId="77777777" w:rsidR="00A70789" w:rsidRDefault="003B4AFC">
      <w:r>
        <w:t>Assessment is not simply based on written work. Teachers use discussion, questioning, practical activities, written work, oral responses, group work, creative responses, enquiry tasks, pupil self-assessment and end-of-unit assessments.</w:t>
      </w:r>
    </w:p>
    <w:p w14:paraId="34E71546" w14:textId="77777777" w:rsidR="00A70789" w:rsidRDefault="003B4AFC">
      <w:r>
        <w:lastRenderedPageBreak/>
        <w:t>Questful RE assessment materials are used where appropriate to support teachers in making informed judgements about pupils' knowledge and understanding.</w:t>
      </w:r>
    </w:p>
    <w:p w14:paraId="2027EDA2" w14:textId="77777777" w:rsidR="00A70789" w:rsidRDefault="003B4AFC">
      <w:r>
        <w:t>Pupils are encouraged to use "I know" and "I can" statements to reflect on their learning.</w:t>
      </w:r>
    </w:p>
    <w:p w14:paraId="36D4131A" w14:textId="77777777" w:rsidR="00A70789" w:rsidRDefault="003B4AFC">
      <w:r>
        <w:t>Pupil progress in RE is monitored through work scrutiny, discussion with pupils, planning scrutiny and assessment information.</w:t>
      </w:r>
    </w:p>
    <w:p w14:paraId="00EDAF94" w14:textId="77777777" w:rsidR="00A70789" w:rsidRDefault="003B4AFC">
      <w:pPr>
        <w:pStyle w:val="Heading1"/>
      </w:pPr>
      <w:r>
        <w:t>16. Monitoring and evaluation</w:t>
      </w:r>
    </w:p>
    <w:p w14:paraId="39758028" w14:textId="77777777" w:rsidR="00A70789" w:rsidRDefault="003B4AFC">
      <w:r>
        <w:t>The RE Subject Leader, in collaboration with the Headteacher and leadership team, monitors the quality and impact of RE across the school.</w:t>
      </w:r>
    </w:p>
    <w:p w14:paraId="6BC24BA2" w14:textId="77777777" w:rsidR="00A70789" w:rsidRDefault="003B4AFC">
      <w:r>
        <w:t>Monitoring includes curriculum and planning review, work scrutiny, pupil voice, lesson visits where appropriate, assessment information, moderation, monitoring of curriculum coverage, review of Christianity and other worldview coverage, review of the use of religious vocabulary, evaluation of visits and visitors, monitoring of resources and professional development for staff.</w:t>
      </w:r>
    </w:p>
    <w:p w14:paraId="17DC67A3" w14:textId="77777777" w:rsidR="00A70789" w:rsidRDefault="003B4AFC">
      <w:r>
        <w:t>The RE Subject Leader uses monitoring information to identify strengths and areas for development and to contribute to the school's wider self-evaluation and improvement planning.</w:t>
      </w:r>
    </w:p>
    <w:p w14:paraId="7D808D56" w14:textId="77777777" w:rsidR="00A70789" w:rsidRDefault="003B4AFC">
      <w:r>
        <w:t>Governors are kept informed about the quality and impact of RE and the school's compliance with its statutory and denominational requirements.</w:t>
      </w:r>
    </w:p>
    <w:p w14:paraId="47BB1421" w14:textId="77777777" w:rsidR="00A70789" w:rsidRDefault="003B4AFC">
      <w:pPr>
        <w:pStyle w:val="Heading1"/>
      </w:pPr>
      <w:r>
        <w:t>17. Roles and responsibilities</w:t>
      </w:r>
    </w:p>
    <w:p w14:paraId="6F000170" w14:textId="77777777" w:rsidR="00A70789" w:rsidRDefault="003B4AFC">
      <w:r>
        <w:t>The Headteacher has overall responsibility for ensuring that RE is given appropriate status within the curriculum, statutory and denominational requirements are met, sufficient curriculum time is allocated, the school follows its agreed RE syllabus, staff receive appropriate support and professional development, and RE contributes to the school's Christian vision.</w:t>
      </w:r>
    </w:p>
    <w:p w14:paraId="6E442284" w14:textId="77777777" w:rsidR="00A70789" w:rsidRDefault="003B4AFC">
      <w:r>
        <w:t>The RE Subject Leader leads the development of RE across the school; ensures Questful RE is implemented effectively; maintains an appropriate curriculum overview and progression; supports teachers with planning and subject knowledge; monitors teaching, assessment and progress; organises moderation; conducts pupil voice; monitors resources; coordinates visits and visitors; maintains links with the parish and Diocese; attends relevant training; provides staff training where required; and reports to senior lea</w:t>
      </w:r>
      <w:r>
        <w:t>ders and governors.</w:t>
      </w:r>
    </w:p>
    <w:p w14:paraId="46ED1378" w14:textId="77777777" w:rsidR="00A70789" w:rsidRDefault="003B4AFC">
      <w:r>
        <w:t>Teachers are responsible for delivering high-quality RE, following the agreed curriculum, developing their subject knowledge, planning appropriate opportunities for enquiry and discussion, developing religious vocabulary, assessing pupils' knowledge and understanding, adapting teaching for pupils with SEND and other needs, and contributing to monitoring and moderation.</w:t>
      </w:r>
    </w:p>
    <w:p w14:paraId="1010C3A1" w14:textId="77777777" w:rsidR="00A70789" w:rsidRDefault="003B4AFC">
      <w:pPr>
        <w:pStyle w:val="Heading1"/>
      </w:pPr>
      <w:r>
        <w:t>18. Resources</w:t>
      </w:r>
    </w:p>
    <w:p w14:paraId="6E2DB394" w14:textId="77777777" w:rsidR="00A70789" w:rsidRDefault="003B4AFC">
      <w:r>
        <w:t>RE resources are stored centrally and are available for staff to use.</w:t>
      </w:r>
    </w:p>
    <w:p w14:paraId="6A4F2887" w14:textId="77777777" w:rsidR="00A70789" w:rsidRDefault="003B4AFC">
      <w:r>
        <w:t>The school has a range of Bibles, children's Bibles, different translations and editions of the Bible, multi-faith books, religious artefacts, photographs and visual resources, sacred texts, prayer resources, music and worship resources, and digital resources.</w:t>
      </w:r>
    </w:p>
    <w:p w14:paraId="79D2B54E" w14:textId="77777777" w:rsidR="00A70789" w:rsidRDefault="003B4AFC">
      <w:r>
        <w:lastRenderedPageBreak/>
        <w:t>Religious artefacts and sacred texts are handled carefully and respectfully.</w:t>
      </w:r>
    </w:p>
    <w:p w14:paraId="2382719D" w14:textId="77777777" w:rsidR="00A70789" w:rsidRDefault="003B4AFC">
      <w:r>
        <w:t>Resources are reviewed regularly to ensure that they are accurate, age-appropriate, representative and reflective of the diversity within religious and non-religious worldviews.</w:t>
      </w:r>
    </w:p>
    <w:p w14:paraId="5E4D6CAC" w14:textId="77777777" w:rsidR="00A70789" w:rsidRDefault="003B4AFC">
      <w:pPr>
        <w:pStyle w:val="Heading1"/>
      </w:pPr>
      <w:r>
        <w:t>19. Relationship with Collective Worship</w:t>
      </w:r>
    </w:p>
    <w:p w14:paraId="5B4EFE1D" w14:textId="77777777" w:rsidR="00A70789" w:rsidRDefault="003B4AFC">
      <w:r>
        <w:t>Religious Education and Collective Worship are distinct.</w:t>
      </w:r>
    </w:p>
    <w:p w14:paraId="00779381" w14:textId="77777777" w:rsidR="00A70789" w:rsidRDefault="003B4AFC">
      <w:r>
        <w:t>RE is an academic subject which enables pupils to develop knowledge and understanding of religion and worldviews and to engage critically and thoughtfully with beliefs and ideas.</w:t>
      </w:r>
    </w:p>
    <w:p w14:paraId="06625DBC" w14:textId="77777777" w:rsidR="00A70789" w:rsidRDefault="003B4AFC">
      <w:r>
        <w:t>Collective Worship provides opportunities for the school community to gather, reflect, pray and explore its Christian foundation and values.</w:t>
      </w:r>
    </w:p>
    <w:p w14:paraId="06B2ACAD" w14:textId="77777777" w:rsidR="00A70789" w:rsidRDefault="003B4AFC">
      <w:r>
        <w:t>Although the two areas naturally complement one another, Collective Worship is not used as a substitute for RE and is not included within the school's allocated RE curriculum time.</w:t>
      </w:r>
    </w:p>
    <w:p w14:paraId="0F970A60" w14:textId="77777777" w:rsidR="00A70789" w:rsidRDefault="003B4AFC">
      <w:pPr>
        <w:pStyle w:val="Heading1"/>
      </w:pPr>
      <w:r>
        <w:t>20. Right of withdrawal</w:t>
      </w:r>
    </w:p>
    <w:p w14:paraId="3075CED0" w14:textId="77777777" w:rsidR="00A70789" w:rsidRDefault="003B4AFC">
      <w:r>
        <w:t>Parents have a legal right to withdraw their child from all or part of Religious Education.</w:t>
      </w:r>
    </w:p>
    <w:p w14:paraId="328BC79A" w14:textId="77777777" w:rsidR="00A70789" w:rsidRDefault="003B4AFC">
      <w:r>
        <w:t>Any request to withdraw a child should be made in writing to the Headteacher. The school will discuss the request with parents to ensure that they understand the nature and purpose of RE within a Church of England school before arrangements are made.</w:t>
      </w:r>
    </w:p>
    <w:p w14:paraId="37753A49" w14:textId="77777777" w:rsidR="00A70789" w:rsidRDefault="003B4AFC">
      <w:r>
        <w:t>The school will respect the legal right of parents to withdraw their child.</w:t>
      </w:r>
    </w:p>
    <w:p w14:paraId="2749C61B" w14:textId="77777777" w:rsidR="00A70789" w:rsidRDefault="003B4AFC">
      <w:pPr>
        <w:pStyle w:val="Heading1"/>
      </w:pPr>
      <w:r>
        <w:t>21. Religious Education and the school's Christian vision</w:t>
      </w:r>
    </w:p>
    <w:p w14:paraId="5441CD81" w14:textId="77777777" w:rsidR="00A70789" w:rsidRDefault="003B4AFC">
      <w:r>
        <w:t>Through our school values we aspire to great things, achieve much, love and care for each other, and deliver a high-quality education in an inclusive and distinctively Christian environment.</w:t>
      </w:r>
    </w:p>
    <w:p w14:paraId="7B75A394" w14:textId="77777777" w:rsidR="00A70789" w:rsidRDefault="003B4AFC">
      <w:r>
        <w:t>Our Christian vision and mission statement underpin the ethos of our school and are reflected in our RE curriculum.</w:t>
      </w:r>
    </w:p>
    <w:p w14:paraId="6B115D2C" w14:textId="77777777" w:rsidR="00A70789" w:rsidRDefault="003B4AFC">
      <w:r>
        <w:t>At Read St John’s C.E. Primary School, we endeavour to provide a caring and enriching environment in which every child is encouraged to reach their full potential, develop a love for learning and learn to love.</w:t>
      </w:r>
    </w:p>
    <w:p w14:paraId="14305D4B" w14:textId="77777777" w:rsidR="00A70789" w:rsidRDefault="003B4AFC">
      <w:r>
        <w:t>RE contributes to this vision by enabling pupils to explore faith, belief, meaning and values and by developing the knowledge and understanding required to live well together.</w:t>
      </w:r>
    </w:p>
    <w:p w14:paraId="1E77C6E9" w14:textId="77777777" w:rsidR="00A70789" w:rsidRDefault="003B4AFC">
      <w:pPr>
        <w:pStyle w:val="Heading1"/>
      </w:pPr>
      <w:r>
        <w:t>22. Review</w:t>
      </w:r>
    </w:p>
    <w:p w14:paraId="7416A91D" w14:textId="77777777" w:rsidR="00A70789" w:rsidRDefault="003B4AFC">
      <w:r>
        <w:t>This policy will be reviewed annually and will take account of:</w:t>
      </w:r>
      <w:r>
        <w:br/>
      </w:r>
      <w:r>
        <w:t>• the Church of England Statement of Entitlement for Religious Education;</w:t>
      </w:r>
      <w:r>
        <w:br/>
        <w:t>• the Blackburn Diocesan Board of Education requirements;</w:t>
      </w:r>
      <w:r>
        <w:br/>
        <w:t>• the Questful RE syllabus;</w:t>
      </w:r>
      <w:r>
        <w:br/>
        <w:t>• relevant statutory guidance;</w:t>
      </w:r>
      <w:r>
        <w:br/>
        <w:t>• developments in RE pedagogy and assessment;</w:t>
      </w:r>
      <w:r>
        <w:br/>
      </w:r>
      <w:r>
        <w:lastRenderedPageBreak/>
        <w:t>• SIAMS expectations; and</w:t>
      </w:r>
      <w:r>
        <w:br/>
        <w:t>• the school's own monitoring and evaluation of RE.</w:t>
      </w:r>
    </w:p>
    <w:p w14:paraId="2462C0E3" w14:textId="7305B7CA" w:rsidR="00A70789" w:rsidRDefault="003B4AFC">
      <w:r>
        <w:t>Policy written: September 202</w:t>
      </w:r>
      <w:r w:rsidR="006D2C8A">
        <w:t>5</w:t>
      </w:r>
      <w:r>
        <w:br/>
        <w:t>Updated: September 2026</w:t>
      </w:r>
      <w:r>
        <w:br/>
        <w:t>Next review: September 2027</w:t>
      </w:r>
    </w:p>
    <w:p w14:paraId="7B8E87F9" w14:textId="77777777" w:rsidR="00A70789" w:rsidRDefault="003B4AFC">
      <w:r>
        <w:t>Subject Leader: Joanne Shaw</w:t>
      </w:r>
    </w:p>
    <w:p w14:paraId="26034E8C" w14:textId="77777777" w:rsidR="00A70789" w:rsidRDefault="003B4AFC">
      <w:r>
        <w:br w:type="page"/>
      </w:r>
    </w:p>
    <w:p w14:paraId="67E92AB2" w14:textId="77777777" w:rsidR="00A70789" w:rsidRDefault="003B4AFC">
      <w:pPr>
        <w:pStyle w:val="Heading1"/>
      </w:pPr>
      <w:r>
        <w:lastRenderedPageBreak/>
        <w:t>Website / Governors: RE Statement of Entitlement</w:t>
      </w:r>
    </w:p>
    <w:p w14:paraId="7717E6B2" w14:textId="77777777" w:rsidR="00A70789" w:rsidRDefault="003B4AFC">
      <w:r>
        <w:t>At Read St John’s C of E Primary School, Religious Education is at the heart of our curriculum and reflects our distinctive Christian vision.</w:t>
      </w:r>
      <w:r>
        <w:br/>
      </w:r>
      <w:r>
        <w:br/>
        <w:t>We follow the Blackburn Diocesan Board of Education Questful RE syllabus. Christianity is the majority religious worldview studied in each year group and comprises at least 50% of RE curriculum time. Pupils also encounter a range of religious and non-religious worldviews.</w:t>
      </w:r>
      <w:r>
        <w:br/>
      </w:r>
      <w:r>
        <w:br/>
        <w:t>Our RE curriculum enables pupils to:</w:t>
      </w:r>
      <w:r>
        <w:br/>
      </w:r>
      <w:r>
        <w:t>• develop secure knowledge and understanding of Christianity as a diverse and global living faith;</w:t>
      </w:r>
      <w:r>
        <w:br/>
        <w:t>• learn about a range of religious and non-religious worldviews;</w:t>
      </w:r>
      <w:r>
        <w:br/>
        <w:t>• recognise diversity within and between traditions;</w:t>
      </w:r>
      <w:r>
        <w:br/>
        <w:t>• develop religious literacy and use religious language accurately;</w:t>
      </w:r>
      <w:r>
        <w:br/>
        <w:t>• explore challenging questions about meaning, purpose, belief and human experience;</w:t>
      </w:r>
      <w:r>
        <w:br/>
        <w:t>• engage with theology, philosophy and human/social science approaches;</w:t>
      </w:r>
      <w:r>
        <w:br/>
        <w:t>• interpret religious sources and lived experience;</w:t>
      </w:r>
      <w:r>
        <w:br/>
      </w:r>
      <w:r>
        <w:t>• develop respectful dialogue and empathy;</w:t>
      </w:r>
      <w:r>
        <w:br/>
        <w:t>• reflect critically on their own developing beliefs, values and ethical ideas; and</w:t>
      </w:r>
      <w:r>
        <w:br/>
        <w:t>• understand how religion and worldviews influence individuals, communities and society.</w:t>
      </w:r>
      <w:r>
        <w:br/>
      </w:r>
      <w:r>
        <w:br/>
        <w:t>We provide meaningful opportunities for pupils to encounter lived faith through our links with St John’s Church, visits to places of worship and engagement with visitors from our local and wider community.</w:t>
      </w:r>
      <w:r>
        <w:br/>
      </w:r>
      <w:r>
        <w:br/>
      </w:r>
      <w:r>
        <w:t>RE is taught as a distinct academic subject and is separate from Collective Worship. We aim to provide an inclusive, respectful environment where every pupil can ask questions, explore ideas and develop the knowledge and understanding needed to live well together in a diverse society.</w:t>
      </w:r>
      <w:r>
        <w:br/>
      </w:r>
      <w:r>
        <w:br/>
        <w:t>Our RE curriculum is underpinned by our school values of Service, Respect, Compassion, Perseverance, Forgiveness, Responsibility and Trust.</w:t>
      </w:r>
    </w:p>
    <w:p w14:paraId="6AFA3A6A" w14:textId="77777777" w:rsidR="00A70789" w:rsidRDefault="003B4AFC">
      <w:pPr>
        <w:pStyle w:val="Heading1"/>
      </w:pPr>
      <w:r>
        <w:t>Key reference documents</w:t>
      </w:r>
    </w:p>
    <w:p w14:paraId="1C9FE92C" w14:textId="77777777" w:rsidR="00A70789" w:rsidRDefault="003B4AFC">
      <w:r>
        <w:t>This policy should be read alongside the school's current Questful RE curriculum documentation, the Church of England Statement of Entitlement for Religious Education (January 2026), relevant Blackburn Diocesan Board of Education guidance, the school's Collective Worship policy and other relevant school policies.</w:t>
      </w:r>
    </w:p>
    <w:sectPr w:rsidR="00A70789"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1E514" w14:textId="77777777" w:rsidR="003B4AFC" w:rsidRDefault="003B4AFC">
      <w:pPr>
        <w:spacing w:after="0" w:line="240" w:lineRule="auto"/>
      </w:pPr>
      <w:r>
        <w:separator/>
      </w:r>
    </w:p>
  </w:endnote>
  <w:endnote w:type="continuationSeparator" w:id="0">
    <w:p w14:paraId="30D41BFD" w14:textId="77777777" w:rsidR="003B4AFC" w:rsidRDefault="003B4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AD03" w14:textId="77777777" w:rsidR="00A70789" w:rsidRDefault="003B4AFC">
    <w:pPr>
      <w:pStyle w:val="Footer"/>
      <w:jc w:val="center"/>
    </w:pPr>
    <w:r>
      <w:fldChar w:fldCharType="begin"/>
    </w:r>
    <w:r>
      <w:instrText>PAGE</w:instrText>
    </w:r>
    <w:r w:rsidR="006D2C8A">
      <w:fldChar w:fldCharType="separate"/>
    </w:r>
    <w:r w:rsidR="006D2C8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CB58B" w14:textId="77777777" w:rsidR="003B4AFC" w:rsidRDefault="003B4AFC">
      <w:pPr>
        <w:spacing w:after="0" w:line="240" w:lineRule="auto"/>
      </w:pPr>
      <w:r>
        <w:separator/>
      </w:r>
    </w:p>
  </w:footnote>
  <w:footnote w:type="continuationSeparator" w:id="0">
    <w:p w14:paraId="7F6950C4" w14:textId="77777777" w:rsidR="003B4AFC" w:rsidRDefault="003B4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1916153">
    <w:abstractNumId w:val="8"/>
  </w:num>
  <w:num w:numId="2" w16cid:durableId="1257400932">
    <w:abstractNumId w:val="6"/>
  </w:num>
  <w:num w:numId="3" w16cid:durableId="119806515">
    <w:abstractNumId w:val="5"/>
  </w:num>
  <w:num w:numId="4" w16cid:durableId="1100446266">
    <w:abstractNumId w:val="4"/>
  </w:num>
  <w:num w:numId="5" w16cid:durableId="1383871394">
    <w:abstractNumId w:val="7"/>
  </w:num>
  <w:num w:numId="6" w16cid:durableId="2037731515">
    <w:abstractNumId w:val="3"/>
  </w:num>
  <w:num w:numId="7" w16cid:durableId="747851242">
    <w:abstractNumId w:val="2"/>
  </w:num>
  <w:num w:numId="8" w16cid:durableId="535429682">
    <w:abstractNumId w:val="1"/>
  </w:num>
  <w:num w:numId="9" w16cid:durableId="45483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4AFC"/>
    <w:rsid w:val="004C219D"/>
    <w:rsid w:val="006D2C8A"/>
    <w:rsid w:val="00A7078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E73B0"/>
  <w14:defaultImageDpi w14:val="300"/>
  <w15:docId w15:val="{AC3ECE71-D0E6-47F4-A315-306008EB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3575</Words>
  <Characters>20381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Deputy Headteacher</cp:lastModifiedBy>
  <cp:revision>2</cp:revision>
  <dcterms:created xsi:type="dcterms:W3CDTF">2026-09-01T11:39:00Z</dcterms:created>
  <dcterms:modified xsi:type="dcterms:W3CDTF">2026-09-01T11:39:00Z</dcterms:modified>
  <cp:category/>
</cp:coreProperties>
</file>