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BF000" w14:textId="77777777" w:rsidR="009821C6" w:rsidRPr="00802866" w:rsidRDefault="001267DA">
      <w:pPr>
        <w:jc w:val="center"/>
        <w:rPr>
          <w:rFonts w:ascii="Baguet Script" w:hAnsi="Baguet Script"/>
        </w:rPr>
      </w:pPr>
      <w:r w:rsidRPr="00802866">
        <w:rPr>
          <w:rFonts w:ascii="Baguet Script" w:hAnsi="Baguet Script"/>
          <w:b/>
          <w:sz w:val="36"/>
        </w:rPr>
        <w:t>Year 1 Long Term Plan / Curriculum Overview 2026-27</w:t>
      </w:r>
    </w:p>
    <w:p w14:paraId="58AD425C" w14:textId="44592F42" w:rsidR="009821C6" w:rsidRPr="00802866" w:rsidRDefault="001267DA">
      <w:pPr>
        <w:jc w:val="center"/>
        <w:rPr>
          <w:rFonts w:ascii="Dreaming Outloud Pro" w:hAnsi="Dreaming Outloud Pro" w:cs="Dreaming Outloud Pro"/>
        </w:rPr>
      </w:pPr>
      <w:r w:rsidRPr="00802866">
        <w:rPr>
          <w:rFonts w:ascii="Dreaming Outloud Pro" w:hAnsi="Dreaming Outloud Pro" w:cs="Dreaming Outloud Pro"/>
        </w:rPr>
        <w:t>Read St John's C.E. Primary School</w:t>
      </w:r>
      <w:r w:rsidRPr="00802866">
        <w:rPr>
          <w:rFonts w:ascii="Dreaming Outloud Pro" w:hAnsi="Dreaming Outloud Pro" w:cs="Dreaming Outloud Pro"/>
        </w:rPr>
        <w:br/>
      </w:r>
      <w:r w:rsidR="00802866" w:rsidRPr="00802866">
        <w:rPr>
          <w:rFonts w:ascii="Dreaming Outloud Pro" w:hAnsi="Dreaming Outloud Pro" w:cs="Dreaming Outloud Pro"/>
        </w:rPr>
        <w:t>‘</w:t>
      </w:r>
      <w:r w:rsidRPr="00802866">
        <w:rPr>
          <w:rFonts w:ascii="Dreaming Outloud Pro" w:hAnsi="Dreaming Outloud Pro" w:cs="Dreaming Outloud Pro"/>
        </w:rPr>
        <w:t>Sowing the Seeds of tomorrow; growing in the light of the Lord</w:t>
      </w:r>
      <w:r w:rsidR="00802866" w:rsidRPr="00802866">
        <w:rPr>
          <w:rFonts w:ascii="Dreaming Outloud Pro" w:hAnsi="Dreaming Outloud Pro" w:cs="Dreaming Outloud Pro"/>
        </w:rPr>
        <w:t>’</w:t>
      </w:r>
    </w:p>
    <w:p w14:paraId="40E206FD" w14:textId="77777777" w:rsidR="009821C6" w:rsidRPr="00802866" w:rsidRDefault="001267DA">
      <w:pPr>
        <w:pStyle w:val="Heading1"/>
        <w:rPr>
          <w:rFonts w:ascii="Dreaming Outloud Pro" w:hAnsi="Dreaming Outloud Pro" w:cs="Dreaming Outloud Pro"/>
        </w:rPr>
      </w:pPr>
      <w:r w:rsidRPr="00802866">
        <w:rPr>
          <w:rFonts w:ascii="Dreaming Outloud Pro" w:hAnsi="Dreaming Outloud Pro" w:cs="Dreaming Outloud Pro"/>
        </w:rPr>
        <w:t>Year 1 Curriculum Overview</w:t>
      </w:r>
    </w:p>
    <w:tbl>
      <w:tblPr>
        <w:tblStyle w:val="GridTable5Dark-Accent5"/>
        <w:tblW w:w="0" w:type="auto"/>
        <w:tblLook w:val="04A0" w:firstRow="1" w:lastRow="0" w:firstColumn="1" w:lastColumn="0" w:noHBand="0" w:noVBand="1"/>
      </w:tblPr>
      <w:tblGrid>
        <w:gridCol w:w="1550"/>
        <w:gridCol w:w="1791"/>
        <w:gridCol w:w="1613"/>
        <w:gridCol w:w="1601"/>
        <w:gridCol w:w="2403"/>
        <w:gridCol w:w="1550"/>
        <w:gridCol w:w="1887"/>
      </w:tblGrid>
      <w:tr w:rsidR="009821C6" w:rsidRPr="00802866" w14:paraId="5B5C5D0C" w14:textId="77777777" w:rsidTr="008028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27B6226E" w14:textId="77777777" w:rsidR="009821C6" w:rsidRPr="00802866" w:rsidRDefault="001267DA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Subject</w:t>
            </w:r>
          </w:p>
        </w:tc>
        <w:tc>
          <w:tcPr>
            <w:tcW w:w="1791" w:type="dxa"/>
          </w:tcPr>
          <w:p w14:paraId="25348F9F" w14:textId="77777777" w:rsidR="009821C6" w:rsidRPr="00802866" w:rsidRDefault="001267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Autumn 1</w:t>
            </w:r>
          </w:p>
        </w:tc>
        <w:tc>
          <w:tcPr>
            <w:tcW w:w="1613" w:type="dxa"/>
          </w:tcPr>
          <w:p w14:paraId="36FBB015" w14:textId="77777777" w:rsidR="009821C6" w:rsidRPr="00802866" w:rsidRDefault="001267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Autumn 2</w:t>
            </w:r>
          </w:p>
        </w:tc>
        <w:tc>
          <w:tcPr>
            <w:tcW w:w="1601" w:type="dxa"/>
          </w:tcPr>
          <w:p w14:paraId="5D42A144" w14:textId="77777777" w:rsidR="009821C6" w:rsidRPr="00802866" w:rsidRDefault="001267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Spring 1</w:t>
            </w:r>
          </w:p>
        </w:tc>
        <w:tc>
          <w:tcPr>
            <w:tcW w:w="2403" w:type="dxa"/>
          </w:tcPr>
          <w:p w14:paraId="17CC00DC" w14:textId="77777777" w:rsidR="009821C6" w:rsidRPr="00802866" w:rsidRDefault="001267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Spring 2</w:t>
            </w:r>
          </w:p>
        </w:tc>
        <w:tc>
          <w:tcPr>
            <w:tcW w:w="1550" w:type="dxa"/>
          </w:tcPr>
          <w:p w14:paraId="0DCEF34A" w14:textId="77777777" w:rsidR="009821C6" w:rsidRPr="00802866" w:rsidRDefault="001267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Summer 1</w:t>
            </w:r>
          </w:p>
        </w:tc>
        <w:tc>
          <w:tcPr>
            <w:tcW w:w="1887" w:type="dxa"/>
          </w:tcPr>
          <w:p w14:paraId="2D702784" w14:textId="77777777" w:rsidR="009821C6" w:rsidRPr="00802866" w:rsidRDefault="001267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Summer 2</w:t>
            </w:r>
          </w:p>
        </w:tc>
      </w:tr>
      <w:tr w:rsidR="009821C6" w:rsidRPr="00802866" w14:paraId="3D1E4360" w14:textId="77777777" w:rsidTr="008028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4640BA28" w14:textId="77777777" w:rsidR="009821C6" w:rsidRPr="00802866" w:rsidRDefault="001267DA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Maths</w:t>
            </w:r>
          </w:p>
        </w:tc>
        <w:tc>
          <w:tcPr>
            <w:tcW w:w="1791" w:type="dxa"/>
          </w:tcPr>
          <w:p w14:paraId="0DCC8F32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Number to 10</w:t>
            </w:r>
          </w:p>
        </w:tc>
        <w:tc>
          <w:tcPr>
            <w:tcW w:w="1613" w:type="dxa"/>
          </w:tcPr>
          <w:p w14:paraId="313FA202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Number to 20, Money, Time</w:t>
            </w:r>
          </w:p>
        </w:tc>
        <w:tc>
          <w:tcPr>
            <w:tcW w:w="1601" w:type="dxa"/>
          </w:tcPr>
          <w:p w14:paraId="2F9756D1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Number to 40</w:t>
            </w:r>
          </w:p>
        </w:tc>
        <w:tc>
          <w:tcPr>
            <w:tcW w:w="2403" w:type="dxa"/>
          </w:tcPr>
          <w:p w14:paraId="56FCD164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Multiplication, Division, Fractions</w:t>
            </w:r>
          </w:p>
        </w:tc>
        <w:tc>
          <w:tcPr>
            <w:tcW w:w="1550" w:type="dxa"/>
          </w:tcPr>
          <w:p w14:paraId="262AFDDE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Number to 100</w:t>
            </w:r>
          </w:p>
        </w:tc>
        <w:tc>
          <w:tcPr>
            <w:tcW w:w="1887" w:type="dxa"/>
          </w:tcPr>
          <w:p w14:paraId="6987AB80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Consolidation</w:t>
            </w:r>
          </w:p>
        </w:tc>
      </w:tr>
      <w:tr w:rsidR="009821C6" w:rsidRPr="00802866" w14:paraId="20611B6E" w14:textId="77777777" w:rsidTr="00802866">
        <w:trPr>
          <w:trHeight w:val="1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0A6CB2C4" w14:textId="77777777" w:rsidR="009821C6" w:rsidRPr="00802866" w:rsidRDefault="001267DA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English</w:t>
            </w:r>
          </w:p>
        </w:tc>
        <w:tc>
          <w:tcPr>
            <w:tcW w:w="1791" w:type="dxa"/>
          </w:tcPr>
          <w:p w14:paraId="536DADB9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Harry the Happy Mouse</w:t>
            </w:r>
          </w:p>
        </w:tc>
        <w:tc>
          <w:tcPr>
            <w:tcW w:w="1613" w:type="dxa"/>
          </w:tcPr>
          <w:p w14:paraId="708C532E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Supertato</w:t>
            </w:r>
          </w:p>
        </w:tc>
        <w:tc>
          <w:tcPr>
            <w:tcW w:w="1601" w:type="dxa"/>
          </w:tcPr>
          <w:p w14:paraId="4CF884BD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Family Album</w:t>
            </w:r>
          </w:p>
        </w:tc>
        <w:tc>
          <w:tcPr>
            <w:tcW w:w="2403" w:type="dxa"/>
          </w:tcPr>
          <w:p w14:paraId="43C08A6A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Peter Rabbit</w:t>
            </w:r>
          </w:p>
        </w:tc>
        <w:tc>
          <w:tcPr>
            <w:tcW w:w="1550" w:type="dxa"/>
          </w:tcPr>
          <w:p w14:paraId="2C44FED7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Robots</w:t>
            </w:r>
          </w:p>
        </w:tc>
        <w:tc>
          <w:tcPr>
            <w:tcW w:w="1887" w:type="dxa"/>
          </w:tcPr>
          <w:p w14:paraId="574321AF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How to Train a Train</w:t>
            </w:r>
          </w:p>
        </w:tc>
      </w:tr>
      <w:tr w:rsidR="009821C6" w:rsidRPr="00802866" w14:paraId="3FB8E23E" w14:textId="77777777" w:rsidTr="008028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3E63FE78" w14:textId="77777777" w:rsidR="009821C6" w:rsidRPr="00802866" w:rsidRDefault="001267DA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Science</w:t>
            </w:r>
          </w:p>
        </w:tc>
        <w:tc>
          <w:tcPr>
            <w:tcW w:w="1791" w:type="dxa"/>
          </w:tcPr>
          <w:p w14:paraId="6A5D662C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Seasonal Changes</w:t>
            </w:r>
          </w:p>
        </w:tc>
        <w:tc>
          <w:tcPr>
            <w:tcW w:w="1613" w:type="dxa"/>
          </w:tcPr>
          <w:p w14:paraId="6B9C7E5A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Animals incl. Humans</w:t>
            </w:r>
          </w:p>
        </w:tc>
        <w:tc>
          <w:tcPr>
            <w:tcW w:w="1601" w:type="dxa"/>
          </w:tcPr>
          <w:p w14:paraId="78DD9531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Everyday Materials 1</w:t>
            </w:r>
          </w:p>
        </w:tc>
        <w:tc>
          <w:tcPr>
            <w:tcW w:w="2403" w:type="dxa"/>
          </w:tcPr>
          <w:p w14:paraId="71A45894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Everyday Materials 2</w:t>
            </w:r>
          </w:p>
        </w:tc>
        <w:tc>
          <w:tcPr>
            <w:tcW w:w="1550" w:type="dxa"/>
          </w:tcPr>
          <w:p w14:paraId="13EF102B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Plants</w:t>
            </w:r>
          </w:p>
        </w:tc>
        <w:tc>
          <w:tcPr>
            <w:tcW w:w="1887" w:type="dxa"/>
          </w:tcPr>
          <w:p w14:paraId="3A1B1F10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Materials Review</w:t>
            </w:r>
          </w:p>
        </w:tc>
      </w:tr>
      <w:tr w:rsidR="009821C6" w:rsidRPr="00802866" w14:paraId="669C313F" w14:textId="77777777" w:rsidTr="00802866">
        <w:trPr>
          <w:trHeight w:val="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68FD15C1" w14:textId="77777777" w:rsidR="009821C6" w:rsidRPr="00802866" w:rsidRDefault="001267DA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Geography</w:t>
            </w:r>
          </w:p>
        </w:tc>
        <w:tc>
          <w:tcPr>
            <w:tcW w:w="1791" w:type="dxa"/>
          </w:tcPr>
          <w:p w14:paraId="6D726B28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My School</w:t>
            </w:r>
          </w:p>
        </w:tc>
        <w:tc>
          <w:tcPr>
            <w:tcW w:w="1613" w:type="dxa"/>
          </w:tcPr>
          <w:p w14:paraId="672A6659" w14:textId="77777777" w:rsidR="009821C6" w:rsidRPr="00802866" w:rsidRDefault="009821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</w:p>
        </w:tc>
        <w:tc>
          <w:tcPr>
            <w:tcW w:w="1601" w:type="dxa"/>
          </w:tcPr>
          <w:p w14:paraId="08F5283F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United Kingdom</w:t>
            </w:r>
          </w:p>
        </w:tc>
        <w:tc>
          <w:tcPr>
            <w:tcW w:w="2403" w:type="dxa"/>
          </w:tcPr>
          <w:p w14:paraId="0A37501D" w14:textId="77777777" w:rsidR="009821C6" w:rsidRPr="00802866" w:rsidRDefault="009821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</w:p>
        </w:tc>
        <w:tc>
          <w:tcPr>
            <w:tcW w:w="1550" w:type="dxa"/>
          </w:tcPr>
          <w:p w14:paraId="391E214B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The World</w:t>
            </w:r>
          </w:p>
        </w:tc>
        <w:tc>
          <w:tcPr>
            <w:tcW w:w="1887" w:type="dxa"/>
          </w:tcPr>
          <w:p w14:paraId="5DAB6C7B" w14:textId="77777777" w:rsidR="009821C6" w:rsidRPr="00802866" w:rsidRDefault="009821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</w:p>
        </w:tc>
      </w:tr>
      <w:tr w:rsidR="009821C6" w:rsidRPr="00802866" w14:paraId="1DECDE79" w14:textId="77777777" w:rsidTr="008028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6FFD8311" w14:textId="77777777" w:rsidR="009821C6" w:rsidRPr="00802866" w:rsidRDefault="001267DA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History</w:t>
            </w:r>
          </w:p>
        </w:tc>
        <w:tc>
          <w:tcPr>
            <w:tcW w:w="1791" w:type="dxa"/>
          </w:tcPr>
          <w:p w14:paraId="02EB378F" w14:textId="77777777" w:rsidR="009821C6" w:rsidRPr="00802866" w:rsidRDefault="009821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</w:p>
        </w:tc>
        <w:tc>
          <w:tcPr>
            <w:tcW w:w="1613" w:type="dxa"/>
          </w:tcPr>
          <w:p w14:paraId="778EBA47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History of Toys</w:t>
            </w:r>
          </w:p>
        </w:tc>
        <w:tc>
          <w:tcPr>
            <w:tcW w:w="1601" w:type="dxa"/>
          </w:tcPr>
          <w:p w14:paraId="6A05A809" w14:textId="77777777" w:rsidR="009821C6" w:rsidRPr="00802866" w:rsidRDefault="009821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</w:p>
        </w:tc>
        <w:tc>
          <w:tcPr>
            <w:tcW w:w="2403" w:type="dxa"/>
          </w:tcPr>
          <w:p w14:paraId="270273AE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Houses and Homes</w:t>
            </w:r>
          </w:p>
        </w:tc>
        <w:tc>
          <w:tcPr>
            <w:tcW w:w="1550" w:type="dxa"/>
          </w:tcPr>
          <w:p w14:paraId="5A39BBE3" w14:textId="77777777" w:rsidR="009821C6" w:rsidRPr="00802866" w:rsidRDefault="009821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</w:p>
        </w:tc>
        <w:tc>
          <w:tcPr>
            <w:tcW w:w="1887" w:type="dxa"/>
          </w:tcPr>
          <w:p w14:paraId="442ABF4D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Great Fire of London</w:t>
            </w:r>
          </w:p>
        </w:tc>
      </w:tr>
      <w:tr w:rsidR="009821C6" w:rsidRPr="00802866" w14:paraId="66DAD347" w14:textId="77777777" w:rsidTr="00802866">
        <w:trPr>
          <w:trHeight w:val="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689DA24D" w14:textId="77777777" w:rsidR="009821C6" w:rsidRPr="00802866" w:rsidRDefault="001267DA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DT</w:t>
            </w:r>
          </w:p>
        </w:tc>
        <w:tc>
          <w:tcPr>
            <w:tcW w:w="1791" w:type="dxa"/>
          </w:tcPr>
          <w:p w14:paraId="58BE44DE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Greetings Cards</w:t>
            </w:r>
          </w:p>
        </w:tc>
        <w:tc>
          <w:tcPr>
            <w:tcW w:w="1613" w:type="dxa"/>
          </w:tcPr>
          <w:p w14:paraId="632EC31C" w14:textId="77777777" w:rsidR="009821C6" w:rsidRPr="00802866" w:rsidRDefault="589229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Greetings Cards</w:t>
            </w:r>
          </w:p>
          <w:p w14:paraId="41C8F396" w14:textId="7E32F757" w:rsidR="009821C6" w:rsidRPr="00802866" w:rsidRDefault="009821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</w:p>
        </w:tc>
        <w:tc>
          <w:tcPr>
            <w:tcW w:w="1601" w:type="dxa"/>
          </w:tcPr>
          <w:p w14:paraId="5149D0B6" w14:textId="4BD6DD2D" w:rsidR="009821C6" w:rsidRPr="00802866" w:rsidRDefault="009821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</w:p>
        </w:tc>
        <w:tc>
          <w:tcPr>
            <w:tcW w:w="2403" w:type="dxa"/>
          </w:tcPr>
          <w:p w14:paraId="78B56107" w14:textId="2A59FECC" w:rsidR="009821C6" w:rsidRPr="00802866" w:rsidRDefault="589229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Baby Bear</w:t>
            </w:r>
            <w:r w:rsidR="662A81D5" w:rsidRPr="00802866">
              <w:rPr>
                <w:rFonts w:ascii="Dreaming Outloud Pro" w:hAnsi="Dreaming Outloud Pro" w:cs="Dreaming Outloud Pro"/>
                <w:sz w:val="20"/>
                <w:szCs w:val="20"/>
              </w:rPr>
              <w:t>'</w:t>
            </w: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s Chair</w:t>
            </w:r>
          </w:p>
          <w:p w14:paraId="72A3D3EC" w14:textId="48404DD6" w:rsidR="009821C6" w:rsidRPr="00802866" w:rsidRDefault="009821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</w:p>
        </w:tc>
        <w:tc>
          <w:tcPr>
            <w:tcW w:w="1550" w:type="dxa"/>
          </w:tcPr>
          <w:p w14:paraId="7517B6CC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Smoothies</w:t>
            </w:r>
          </w:p>
        </w:tc>
        <w:tc>
          <w:tcPr>
            <w:tcW w:w="1887" w:type="dxa"/>
          </w:tcPr>
          <w:p w14:paraId="0D0B940D" w14:textId="77777777" w:rsidR="009821C6" w:rsidRPr="00802866" w:rsidRDefault="009821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</w:p>
        </w:tc>
      </w:tr>
      <w:tr w:rsidR="009821C6" w:rsidRPr="00802866" w14:paraId="56DCA3DF" w14:textId="77777777" w:rsidTr="008028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56979F28" w14:textId="77777777" w:rsidR="009821C6" w:rsidRPr="00802866" w:rsidRDefault="001267DA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Art</w:t>
            </w:r>
          </w:p>
        </w:tc>
        <w:tc>
          <w:tcPr>
            <w:tcW w:w="1791" w:type="dxa"/>
          </w:tcPr>
          <w:p w14:paraId="65E11C28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Make Your Mark</w:t>
            </w:r>
          </w:p>
        </w:tc>
        <w:tc>
          <w:tcPr>
            <w:tcW w:w="1613" w:type="dxa"/>
          </w:tcPr>
          <w:p w14:paraId="0E27B00A" w14:textId="77777777" w:rsidR="009821C6" w:rsidRPr="00802866" w:rsidRDefault="009821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</w:p>
        </w:tc>
        <w:tc>
          <w:tcPr>
            <w:tcW w:w="1601" w:type="dxa"/>
          </w:tcPr>
          <w:p w14:paraId="058804FB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Colour Splash</w:t>
            </w:r>
          </w:p>
        </w:tc>
        <w:tc>
          <w:tcPr>
            <w:tcW w:w="2403" w:type="dxa"/>
          </w:tcPr>
          <w:p w14:paraId="60061E4C" w14:textId="77777777" w:rsidR="009821C6" w:rsidRPr="00802866" w:rsidRDefault="009821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</w:p>
        </w:tc>
        <w:tc>
          <w:tcPr>
            <w:tcW w:w="1550" w:type="dxa"/>
          </w:tcPr>
          <w:p w14:paraId="26DB2F0C" w14:textId="66181AE7" w:rsidR="009821C6" w:rsidRPr="00802866" w:rsidRDefault="009821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</w:p>
        </w:tc>
        <w:tc>
          <w:tcPr>
            <w:tcW w:w="1887" w:type="dxa"/>
          </w:tcPr>
          <w:p w14:paraId="537FBEA7" w14:textId="77777777" w:rsidR="009821C6" w:rsidRPr="00802866" w:rsidRDefault="5BC4EB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Woven Wonders</w:t>
            </w:r>
          </w:p>
          <w:p w14:paraId="44EAFD9C" w14:textId="16BA90B0" w:rsidR="009821C6" w:rsidRPr="00802866" w:rsidRDefault="009821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</w:p>
        </w:tc>
      </w:tr>
      <w:tr w:rsidR="009821C6" w:rsidRPr="00802866" w14:paraId="3A6774B0" w14:textId="77777777" w:rsidTr="00802866">
        <w:trPr>
          <w:trHeight w:val="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477C4AFF" w14:textId="77777777" w:rsidR="009821C6" w:rsidRPr="00802866" w:rsidRDefault="001267DA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Computing</w:t>
            </w:r>
          </w:p>
        </w:tc>
        <w:tc>
          <w:tcPr>
            <w:tcW w:w="1791" w:type="dxa"/>
          </w:tcPr>
          <w:p w14:paraId="310C4CC8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Technology Around Us</w:t>
            </w:r>
          </w:p>
        </w:tc>
        <w:tc>
          <w:tcPr>
            <w:tcW w:w="1613" w:type="dxa"/>
          </w:tcPr>
          <w:p w14:paraId="016F6435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Digital Painting</w:t>
            </w:r>
          </w:p>
        </w:tc>
        <w:tc>
          <w:tcPr>
            <w:tcW w:w="1601" w:type="dxa"/>
          </w:tcPr>
          <w:p w14:paraId="58A4ED4E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 xml:space="preserve">Moving a </w:t>
            </w:r>
            <w:proofErr w:type="gramStart"/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Robot</w:t>
            </w:r>
            <w:proofErr w:type="gramEnd"/>
          </w:p>
        </w:tc>
        <w:tc>
          <w:tcPr>
            <w:tcW w:w="2403" w:type="dxa"/>
          </w:tcPr>
          <w:p w14:paraId="5E83BDEB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Grouping Data</w:t>
            </w:r>
          </w:p>
        </w:tc>
        <w:tc>
          <w:tcPr>
            <w:tcW w:w="1550" w:type="dxa"/>
          </w:tcPr>
          <w:p w14:paraId="43885F7E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Digital Writing</w:t>
            </w:r>
          </w:p>
        </w:tc>
        <w:tc>
          <w:tcPr>
            <w:tcW w:w="1887" w:type="dxa"/>
          </w:tcPr>
          <w:p w14:paraId="7FAC9E6B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Programming Animations</w:t>
            </w:r>
          </w:p>
        </w:tc>
      </w:tr>
      <w:tr w:rsidR="009821C6" w:rsidRPr="00802866" w14:paraId="36B590AE" w14:textId="77777777" w:rsidTr="008028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728D4790" w14:textId="77777777" w:rsidR="009821C6" w:rsidRPr="00802866" w:rsidRDefault="001267DA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Music</w:t>
            </w:r>
          </w:p>
        </w:tc>
        <w:tc>
          <w:tcPr>
            <w:tcW w:w="1791" w:type="dxa"/>
          </w:tcPr>
          <w:p w14:paraId="66F018C5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Rhyming in Time</w:t>
            </w:r>
          </w:p>
        </w:tc>
        <w:tc>
          <w:tcPr>
            <w:tcW w:w="1613" w:type="dxa"/>
          </w:tcPr>
          <w:p w14:paraId="012F31FA" w14:textId="034FC3F2" w:rsidR="009821C6" w:rsidRPr="00802866" w:rsidRDefault="5D4794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Let</w:t>
            </w:r>
            <w:r w:rsidR="049FA74D" w:rsidRPr="00802866">
              <w:rPr>
                <w:rFonts w:ascii="Dreaming Outloud Pro" w:hAnsi="Dreaming Outloud Pro" w:cs="Dreaming Outloud Pro"/>
                <w:sz w:val="20"/>
                <w:szCs w:val="20"/>
              </w:rPr>
              <w:t>'</w:t>
            </w: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s Start Singing</w:t>
            </w:r>
          </w:p>
        </w:tc>
        <w:tc>
          <w:tcPr>
            <w:tcW w:w="1601" w:type="dxa"/>
          </w:tcPr>
          <w:p w14:paraId="16734F49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World Around Us</w:t>
            </w:r>
          </w:p>
        </w:tc>
        <w:tc>
          <w:tcPr>
            <w:tcW w:w="2403" w:type="dxa"/>
          </w:tcPr>
          <w:p w14:paraId="1F6A1E72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Rhythm Patterns</w:t>
            </w:r>
          </w:p>
        </w:tc>
        <w:tc>
          <w:tcPr>
            <w:tcW w:w="1550" w:type="dxa"/>
          </w:tcPr>
          <w:p w14:paraId="61E44ACF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Sound Pictures</w:t>
            </w:r>
          </w:p>
        </w:tc>
        <w:tc>
          <w:tcPr>
            <w:tcW w:w="1887" w:type="dxa"/>
          </w:tcPr>
          <w:p w14:paraId="3FF4C919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Highs and Lows</w:t>
            </w:r>
          </w:p>
        </w:tc>
      </w:tr>
      <w:tr w:rsidR="009821C6" w:rsidRPr="00802866" w14:paraId="6C8A2629" w14:textId="77777777" w:rsidTr="00802866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4EA36025" w14:textId="77777777" w:rsidR="009821C6" w:rsidRPr="00802866" w:rsidRDefault="001267DA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PE</w:t>
            </w:r>
          </w:p>
        </w:tc>
        <w:tc>
          <w:tcPr>
            <w:tcW w:w="1791" w:type="dxa"/>
          </w:tcPr>
          <w:p w14:paraId="1DFA4D78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FMS Baseline</w:t>
            </w:r>
          </w:p>
        </w:tc>
        <w:tc>
          <w:tcPr>
            <w:tcW w:w="1613" w:type="dxa"/>
          </w:tcPr>
          <w:p w14:paraId="2B3C0F29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Dance/FMS</w:t>
            </w:r>
          </w:p>
        </w:tc>
        <w:tc>
          <w:tcPr>
            <w:tcW w:w="1601" w:type="dxa"/>
          </w:tcPr>
          <w:p w14:paraId="5707B140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Gymnastics</w:t>
            </w:r>
          </w:p>
        </w:tc>
        <w:tc>
          <w:tcPr>
            <w:tcW w:w="2403" w:type="dxa"/>
          </w:tcPr>
          <w:p w14:paraId="763961DF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Dance/Gymnastics</w:t>
            </w:r>
          </w:p>
        </w:tc>
        <w:tc>
          <w:tcPr>
            <w:tcW w:w="1550" w:type="dxa"/>
          </w:tcPr>
          <w:p w14:paraId="52D26180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FMS</w:t>
            </w:r>
          </w:p>
        </w:tc>
        <w:tc>
          <w:tcPr>
            <w:tcW w:w="1887" w:type="dxa"/>
          </w:tcPr>
          <w:p w14:paraId="794E3B45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Athletics</w:t>
            </w:r>
          </w:p>
        </w:tc>
      </w:tr>
      <w:tr w:rsidR="009821C6" w:rsidRPr="00802866" w14:paraId="00ACF1AE" w14:textId="77777777" w:rsidTr="008028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1EE948F5" w14:textId="77777777" w:rsidR="009821C6" w:rsidRPr="00802866" w:rsidRDefault="001267DA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PSHE</w:t>
            </w:r>
          </w:p>
        </w:tc>
        <w:tc>
          <w:tcPr>
            <w:tcW w:w="1791" w:type="dxa"/>
          </w:tcPr>
          <w:p w14:paraId="4FAF9582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Wellbeing</w:t>
            </w:r>
          </w:p>
        </w:tc>
        <w:tc>
          <w:tcPr>
            <w:tcW w:w="1613" w:type="dxa"/>
          </w:tcPr>
          <w:p w14:paraId="4BCD0D0A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Identity &amp; Community</w:t>
            </w:r>
          </w:p>
        </w:tc>
        <w:tc>
          <w:tcPr>
            <w:tcW w:w="1601" w:type="dxa"/>
          </w:tcPr>
          <w:p w14:paraId="6DF0FD94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Healthy Choices</w:t>
            </w:r>
          </w:p>
        </w:tc>
        <w:tc>
          <w:tcPr>
            <w:tcW w:w="2403" w:type="dxa"/>
          </w:tcPr>
          <w:p w14:paraId="2EDF4F33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Healthy Relationships</w:t>
            </w:r>
          </w:p>
        </w:tc>
        <w:tc>
          <w:tcPr>
            <w:tcW w:w="1550" w:type="dxa"/>
          </w:tcPr>
          <w:p w14:paraId="20815A2A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Digital Lives</w:t>
            </w:r>
          </w:p>
        </w:tc>
        <w:tc>
          <w:tcPr>
            <w:tcW w:w="1887" w:type="dxa"/>
          </w:tcPr>
          <w:p w14:paraId="3685667B" w14:textId="77777777" w:rsidR="009821C6" w:rsidRPr="00802866" w:rsidRDefault="00126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Aspiration &amp; Money</w:t>
            </w:r>
          </w:p>
        </w:tc>
      </w:tr>
      <w:tr w:rsidR="009821C6" w:rsidRPr="00802866" w14:paraId="1DEF105C" w14:textId="77777777" w:rsidTr="00802866">
        <w:trPr>
          <w:trHeight w:val="1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0917B7DE" w14:textId="77777777" w:rsidR="009821C6" w:rsidRPr="00802866" w:rsidRDefault="001267DA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RE</w:t>
            </w:r>
          </w:p>
        </w:tc>
        <w:tc>
          <w:tcPr>
            <w:tcW w:w="1791" w:type="dxa"/>
          </w:tcPr>
          <w:p w14:paraId="2532AADF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Thank You/Creation</w:t>
            </w:r>
          </w:p>
        </w:tc>
        <w:tc>
          <w:tcPr>
            <w:tcW w:w="1613" w:type="dxa"/>
          </w:tcPr>
          <w:p w14:paraId="3D0C91EB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Christmas Gifts</w:t>
            </w:r>
          </w:p>
        </w:tc>
        <w:tc>
          <w:tcPr>
            <w:tcW w:w="1601" w:type="dxa"/>
          </w:tcPr>
          <w:p w14:paraId="00FE6462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What Made Jesus Special?</w:t>
            </w:r>
          </w:p>
        </w:tc>
        <w:tc>
          <w:tcPr>
            <w:tcW w:w="2403" w:type="dxa"/>
          </w:tcPr>
          <w:p w14:paraId="62508CF9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Easter</w:t>
            </w:r>
          </w:p>
        </w:tc>
        <w:tc>
          <w:tcPr>
            <w:tcW w:w="1550" w:type="dxa"/>
          </w:tcPr>
          <w:p w14:paraId="5D03B9FE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Welcoming New Babies</w:t>
            </w:r>
          </w:p>
        </w:tc>
        <w:tc>
          <w:tcPr>
            <w:tcW w:w="1887" w:type="dxa"/>
          </w:tcPr>
          <w:p w14:paraId="20BD7037" w14:textId="77777777" w:rsidR="009821C6" w:rsidRPr="00802866" w:rsidRDefault="00126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802866">
              <w:rPr>
                <w:rFonts w:ascii="Dreaming Outloud Pro" w:hAnsi="Dreaming Outloud Pro" w:cs="Dreaming Outloud Pro"/>
                <w:sz w:val="20"/>
                <w:szCs w:val="20"/>
              </w:rPr>
              <w:t>Welcoming New Babies</w:t>
            </w:r>
          </w:p>
        </w:tc>
      </w:tr>
    </w:tbl>
    <w:p w14:paraId="62CE5F85" w14:textId="516C4CF5" w:rsidR="009821C6" w:rsidRPr="00802866" w:rsidRDefault="009821C6">
      <w:pPr>
        <w:rPr>
          <w:rFonts w:ascii="Dreaming Outloud Pro" w:hAnsi="Dreaming Outloud Pro" w:cs="Dreaming Outloud Pro"/>
        </w:rPr>
      </w:pPr>
    </w:p>
    <w:sectPr w:rsidR="009821C6" w:rsidRPr="00802866" w:rsidSect="00802866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3891435">
    <w:abstractNumId w:val="8"/>
  </w:num>
  <w:num w:numId="2" w16cid:durableId="424495710">
    <w:abstractNumId w:val="6"/>
  </w:num>
  <w:num w:numId="3" w16cid:durableId="210309899">
    <w:abstractNumId w:val="5"/>
  </w:num>
  <w:num w:numId="4" w16cid:durableId="269289398">
    <w:abstractNumId w:val="4"/>
  </w:num>
  <w:num w:numId="5" w16cid:durableId="2125684364">
    <w:abstractNumId w:val="7"/>
  </w:num>
  <w:num w:numId="6" w16cid:durableId="1457260893">
    <w:abstractNumId w:val="3"/>
  </w:num>
  <w:num w:numId="7" w16cid:durableId="1813013735">
    <w:abstractNumId w:val="2"/>
  </w:num>
  <w:num w:numId="8" w16cid:durableId="1820462745">
    <w:abstractNumId w:val="1"/>
  </w:num>
  <w:num w:numId="9" w16cid:durableId="223299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A2C"/>
    <w:rsid w:val="001267DA"/>
    <w:rsid w:val="0015074B"/>
    <w:rsid w:val="0029639D"/>
    <w:rsid w:val="00326F90"/>
    <w:rsid w:val="00530907"/>
    <w:rsid w:val="00802866"/>
    <w:rsid w:val="009821C6"/>
    <w:rsid w:val="00AA1D8D"/>
    <w:rsid w:val="00B47730"/>
    <w:rsid w:val="00CB0664"/>
    <w:rsid w:val="00FC693F"/>
    <w:rsid w:val="049FA74D"/>
    <w:rsid w:val="58922945"/>
    <w:rsid w:val="5BC4EB04"/>
    <w:rsid w:val="5D4794AE"/>
    <w:rsid w:val="662A8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82F99DA-C8A8-493E-8F79-11384F36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dTable5Dark-Accent5">
    <w:name w:val="Grid Table 5 Dark Accent 5"/>
    <w:basedOn w:val="TableNormal"/>
    <w:uiPriority w:val="50"/>
    <w:rsid w:val="0080286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197</Words>
  <Characters>1124</Characters>
  <Application>Microsoft Office Word</Application>
  <DocSecurity>0</DocSecurity>
  <Lines>9</Lines>
  <Paragraphs>2</Paragraphs>
  <ScaleCrop>false</ScaleCrop>
  <Manager/>
  <Company/>
  <LinksUpToDate>false</LinksUpToDate>
  <CharactersWithSpaces>1319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Wade</dc:creator>
  <cp:keywords/>
  <dc:description>generated by python-docx</dc:description>
  <cp:lastModifiedBy>Alicia Wade</cp:lastModifiedBy>
  <cp:revision>2</cp:revision>
  <dcterms:created xsi:type="dcterms:W3CDTF">2026-09-14T16:28:00Z</dcterms:created>
  <dcterms:modified xsi:type="dcterms:W3CDTF">2026-09-14T16:28:00Z</dcterms:modified>
  <cp:category/>
</cp:coreProperties>
</file>