
<file path=[Content_Types].xml><?xml version="1.0" encoding="utf-8"?>
<Types xmlns="http://schemas.openxmlformats.org/package/2006/content-types">
  <Default Extension="jpg" ContentType="image/jpeg"/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4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39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390"/>
        <w:gridCol w:w="2390"/>
        <w:gridCol w:w="2390"/>
        <w:gridCol w:w="2390"/>
        <w:gridCol w:w="2390"/>
        <w:gridCol w:w="2390"/>
      </w:tblGrid>
      <w:tr w:rsidR="007A27F1" w:rsidRPr="00B70C27" w14:paraId="6601DFAA" w14:textId="77777777" w:rsidTr="00DF6EBC">
        <w:trPr>
          <w:jc w:val="center"/>
        </w:trPr>
        <w:tc>
          <w:tcPr>
            <w:tcW w:w="16390" w:type="dxa"/>
            <w:gridSpan w:val="7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5B98CE" w14:textId="6462C7C3" w:rsidR="007A27F1" w:rsidRPr="00B70C27" w:rsidRDefault="003C3602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70AD47"/>
                <w:sz w:val="20"/>
                <w:szCs w:val="20"/>
              </w:rPr>
              <w:t xml:space="preserve"> </w:t>
            </w: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3F97AD36" wp14:editId="38DCCFA1">
                  <wp:extent cx="384048" cy="384048"/>
                  <wp:effectExtent l="0" t="0" r="0" b="0"/>
                  <wp:docPr id="1" name="Picture 1" descr="Shawclough Community School logo" title="Shawclough Community Schoo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wclough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70C27">
              <w:rPr>
                <w:rFonts w:asciiTheme="majorHAnsi" w:hAnsiTheme="majorHAnsi" w:cstheme="majorHAnsi"/>
                <w:b/>
                <w:color w:val="70AD47"/>
                <w:sz w:val="20"/>
                <w:szCs w:val="20"/>
              </w:rPr>
              <w:t>Ocean Nursery Long Term Plan/Curriculum Map</w:t>
            </w:r>
            <w:r w:rsidRPr="00B70C27">
              <w:rPr>
                <w:rFonts w:asciiTheme="majorHAnsi" w:hAnsiTheme="majorHAnsi" w:cstheme="majorHAnsi"/>
                <w:b/>
                <w:color w:val="70AD47"/>
                <w:sz w:val="20"/>
                <w:szCs w:val="20"/>
              </w:rPr>
              <w:br/>
              <w:t>Pre-School</w:t>
            </w:r>
            <w:r w:rsidRPr="00B70C27">
              <w:rPr>
                <w:rFonts w:asciiTheme="majorHAnsi" w:hAnsiTheme="majorHAnsi" w:cstheme="majorHAnsi"/>
                <w:b/>
                <w:color w:val="70AD47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 the EYFS, planning is adjusted according to children’s interests, strengths and needs.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Throughout all learning, adults support the Characteristics of Effective Teaching and Learning:</w:t>
            </w: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br/>
              <w:t>Playing and exploring • Active learning • Creating and thinking critically</w:t>
            </w:r>
          </w:p>
        </w:tc>
      </w:tr>
      <w:tr w:rsidR="007A27F1" w:rsidRPr="00B70C27" w14:paraId="2B60BF03" w14:textId="77777777" w:rsidTr="00DF6EBC">
        <w:trPr>
          <w:jc w:val="center"/>
        </w:trPr>
        <w:tc>
          <w:tcPr>
            <w:tcW w:w="205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70EE6BE0" w14:textId="77777777" w:rsidR="007A27F1" w:rsidRPr="00B70C27" w:rsidRDefault="007A27F1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05AD5887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Autumn 1 – 7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6629F8F3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Autumn 2 – 8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73406E2C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Spring 1 – 6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09CF7D68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Spring 2 – 6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780AB626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Summer 1 – 5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4DFAD8EC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Summer 2 – 7 weeks</w:t>
            </w:r>
          </w:p>
        </w:tc>
      </w:tr>
      <w:tr w:rsidR="007A27F1" w:rsidRPr="00B70C27" w14:paraId="1C988096" w14:textId="77777777" w:rsidTr="00DF6EBC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8C916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Possible Themes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B423C4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is Me</w:t>
            </w:r>
          </w:p>
          <w:p w14:paraId="79CD0B3D" w14:textId="77777777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0A161342" wp14:editId="0BED6E32">
                  <wp:extent cx="438912" cy="291980"/>
                  <wp:effectExtent l="0" t="0" r="0" b="0"/>
                  <wp:docPr id="2" name="Picture 2" descr="Identity theme thumbnail" title="Identity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9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3518B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Reach for the Stars</w:t>
            </w:r>
          </w:p>
          <w:p w14:paraId="72024AE5" w14:textId="77777777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2EA935E1" wp14:editId="2C84B7AE">
                  <wp:extent cx="438912" cy="268588"/>
                  <wp:effectExtent l="0" t="0" r="0" b="0"/>
                  <wp:docPr id="3" name="Picture 3" descr="Celebration and light theme thumbnail" title="Celebration and light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68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D001D4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Cold as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</w:t>
            </w:r>
          </w:p>
          <w:p w14:paraId="68708183" w14:textId="77777777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7A8757DD" wp14:editId="3542A854">
                  <wp:extent cx="438912" cy="289886"/>
                  <wp:effectExtent l="0" t="0" r="0" b="0"/>
                  <wp:docPr id="4" name="Picture 4" descr="Winter theme thumbnail" title="Winter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89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F25726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Here Comes the Sun</w:t>
            </w:r>
          </w:p>
          <w:p w14:paraId="1AA3B8C2" w14:textId="77777777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59407FB2" wp14:editId="1A6FC00F">
                  <wp:extent cx="438912" cy="308955"/>
                  <wp:effectExtent l="0" t="0" r="0" b="0"/>
                  <wp:docPr id="5" name="Picture 5" descr="Spring theme thumbnail" title="Spring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30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5F3B94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Does Your Garden Grow?</w:t>
            </w:r>
          </w:p>
          <w:p w14:paraId="42189C1C" w14:textId="3B90A562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4C27C49C" wp14:editId="2CAE6140">
                  <wp:extent cx="438912" cy="245493"/>
                  <wp:effectExtent l="0" t="0" r="0" b="0"/>
                  <wp:docPr id="6" name="Picture 6" descr="Gardening and nature theme thumbnail" title="Gardening and nature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4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529AF8B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When I Grow Up</w:t>
            </w:r>
          </w:p>
          <w:p w14:paraId="6B404B60" w14:textId="77777777" w:rsidR="007A27F1" w:rsidRPr="00B70C27" w:rsidRDefault="00EA1D9D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38D5A027" wp14:editId="766DD214">
                  <wp:extent cx="438912" cy="293416"/>
                  <wp:effectExtent l="0" t="0" r="0" b="0"/>
                  <wp:docPr id="7" name="Picture 7" descr="Occupations theme thumbnail" title="Occupations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93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27F1" w:rsidRPr="00B70C27" w14:paraId="253FA036" w14:textId="77777777" w:rsidTr="00DF6EBC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89C4C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The Big Question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4DAD73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is special about me and my friends?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803FB5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Why do people use lights at special times?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BCE9F15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happens when it gets colder or warmer?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B9DE57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What can we find out in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stories and spring?</w:t>
            </w:r>
          </w:p>
          <w:p w14:paraId="3593973B" w14:textId="03DC7B43" w:rsidR="007A27F1" w:rsidRPr="00B70C27" w:rsidRDefault="007A27F1" w:rsidP="00B70C27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1D944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do plants and animals need to grow?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CEBD43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Where can we go and who helps us get there?</w:t>
            </w:r>
          </w:p>
        </w:tc>
      </w:tr>
      <w:tr w:rsidR="007A27F1" w:rsidRPr="00B70C27" w14:paraId="2F792AF3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F20E8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Key / Golden Vocabulary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246C3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unique</w:t>
            </w:r>
          </w:p>
          <w:p w14:paraId="01588101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proud</w:t>
            </w:r>
          </w:p>
          <w:p w14:paraId="3B59C2F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belong</w:t>
            </w:r>
          </w:p>
          <w:p w14:paraId="7D99D2D3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emotion</w:t>
            </w:r>
          </w:p>
          <w:p w14:paraId="1139E470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calm</w:t>
            </w:r>
          </w:p>
          <w:p w14:paraId="74FD52DC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</w:t>
            </w:r>
          </w:p>
          <w:p w14:paraId="3560A846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brave</w:t>
            </w:r>
          </w:p>
          <w:p w14:paraId="582463E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grateful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719E3B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drifting</w:t>
            </w:r>
          </w:p>
          <w:p w14:paraId="0741F046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scattered</w:t>
            </w:r>
          </w:p>
          <w:p w14:paraId="07AB6C86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glimmer</w:t>
            </w:r>
          </w:p>
          <w:p w14:paraId="566F01E8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guide</w:t>
            </w:r>
          </w:p>
          <w:p w14:paraId="7BA90814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kindness</w:t>
            </w:r>
          </w:p>
          <w:p w14:paraId="1EA7EF90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decorate</w:t>
            </w:r>
          </w:p>
          <w:p w14:paraId="2B9E2A60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deliver</w:t>
            </w:r>
          </w:p>
          <w:p w14:paraId="6DCC6E27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AAC0BB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</w:t>
            </w:r>
          </w:p>
          <w:p w14:paraId="6FB0BBCB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temperature</w:t>
            </w:r>
          </w:p>
          <w:p w14:paraId="6A21503B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freeze</w:t>
            </w:r>
          </w:p>
          <w:p w14:paraId="1B0FE072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melt</w:t>
            </w:r>
          </w:p>
          <w:p w14:paraId="4B22364D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habitat</w:t>
            </w:r>
          </w:p>
          <w:p w14:paraId="7A8A0D5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feather</w:t>
            </w:r>
          </w:p>
          <w:p w14:paraId="1D2F0652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slippery</w:t>
            </w:r>
          </w:p>
          <w:p w14:paraId="30123C5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6A203E3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character</w:t>
            </w:r>
          </w:p>
          <w:p w14:paraId="507C0856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setting</w:t>
            </w:r>
          </w:p>
          <w:p w14:paraId="4158A22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sequence</w:t>
            </w:r>
          </w:p>
          <w:p w14:paraId="0051CD5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predict</w:t>
            </w:r>
          </w:p>
          <w:p w14:paraId="30AF349A" w14:textId="72BC655C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</w:t>
            </w:r>
          </w:p>
          <w:p w14:paraId="40897322" w14:textId="61889BF5" w:rsidR="003A4178" w:rsidRPr="00B70C27" w:rsidRDefault="003A4178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warmth</w:t>
            </w:r>
          </w:p>
          <w:p w14:paraId="696D71B5" w14:textId="77777777" w:rsidR="003A4178" w:rsidRPr="00B70C27" w:rsidRDefault="003A4178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blossom</w:t>
            </w:r>
          </w:p>
          <w:p w14:paraId="7981EB43" w14:textId="26B02E4F" w:rsidR="003A4178" w:rsidRPr="00B70C27" w:rsidRDefault="003A4178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amphibian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2B5C49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living</w:t>
            </w:r>
          </w:p>
          <w:p w14:paraId="02800210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habitat</w:t>
            </w:r>
          </w:p>
          <w:p w14:paraId="03DBD35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seedling</w:t>
            </w:r>
          </w:p>
          <w:p w14:paraId="23486F6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roots</w:t>
            </w:r>
          </w:p>
          <w:p w14:paraId="2CE794D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stem</w:t>
            </w:r>
          </w:p>
          <w:p w14:paraId="4B46C68A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753B7751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protect</w:t>
            </w:r>
          </w:p>
          <w:p w14:paraId="055D60CE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577468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occupation</w:t>
            </w:r>
          </w:p>
          <w:p w14:paraId="3819B51D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community</w:t>
            </w:r>
          </w:p>
          <w:p w14:paraId="4D45F2A0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route</w:t>
            </w:r>
          </w:p>
          <w:p w14:paraId="0F79BCD8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map</w:t>
            </w:r>
          </w:p>
          <w:p w14:paraId="4C4E6057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coast</w:t>
            </w:r>
          </w:p>
          <w:p w14:paraId="75D2DA72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float</w:t>
            </w:r>
          </w:p>
          <w:p w14:paraId="35133662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3D1A27E4" w14:textId="77777777" w:rsidR="007A27F1" w:rsidRPr="00B70C27" w:rsidRDefault="00EA1D9D" w:rsidP="00B70C2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transition</w:t>
            </w:r>
          </w:p>
        </w:tc>
      </w:tr>
      <w:tr w:rsidR="007A27F1" w:rsidRPr="00B70C27" w14:paraId="139CAED1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716CF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Interests / Lines of Enquiry</w:t>
            </w:r>
          </w:p>
          <w:p w14:paraId="586D2A0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Themes remain flexible so children’s needs and fascinations can flow through provision.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F2052A" w14:textId="49799FF8" w:rsidR="007A27F1" w:rsidRPr="00B70C27" w:rsidRDefault="00B70C2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ettling</w:t>
            </w:r>
          </w:p>
          <w:p w14:paraId="55BD060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identity</w:t>
            </w:r>
          </w:p>
          <w:p w14:paraId="4F9E333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</w:t>
            </w:r>
          </w:p>
          <w:p w14:paraId="031F563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feelings</w:t>
            </w:r>
          </w:p>
          <w:p w14:paraId="643B4D4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senses</w:t>
            </w:r>
          </w:p>
          <w:p w14:paraId="521079B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homes</w:t>
            </w:r>
          </w:p>
          <w:p w14:paraId="5D19E83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communities</w:t>
            </w:r>
          </w:p>
          <w:p w14:paraId="45EEB9E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25DF182" w14:textId="5FACD8B3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utumn to winter</w:t>
            </w:r>
          </w:p>
          <w:p w14:paraId="3D17BE81" w14:textId="045D8FEF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light and dark</w:t>
            </w:r>
          </w:p>
          <w:p w14:paraId="52F4208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post</w:t>
            </w:r>
          </w:p>
          <w:p w14:paraId="7A9171D9" w14:textId="251F984B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celebrations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including Christmas</w:t>
            </w:r>
          </w:p>
          <w:p w14:paraId="38C98D9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road safety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4A9C93" w14:textId="3DCEB003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inter weather</w:t>
            </w:r>
          </w:p>
          <w:p w14:paraId="7465736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 and water</w:t>
            </w:r>
          </w:p>
          <w:p w14:paraId="7308A1C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 birds</w:t>
            </w:r>
          </w:p>
          <w:p w14:paraId="2D34845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animals and habitats</w:t>
            </w:r>
          </w:p>
          <w:p w14:paraId="52C637C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 clothing</w:t>
            </w:r>
          </w:p>
          <w:p w14:paraId="19579BC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friendship</w:t>
            </w:r>
          </w:p>
          <w:p w14:paraId="50FFCEC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Pancake Day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AC6597" w14:textId="55E19B03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raditional and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stories</w:t>
            </w:r>
          </w:p>
          <w:p w14:paraId="70C1F54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puppets</w:t>
            </w:r>
          </w:p>
          <w:p w14:paraId="5BEC3B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rhyme</w:t>
            </w:r>
          </w:p>
          <w:p w14:paraId="3F205EF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 changes</w:t>
            </w:r>
          </w:p>
          <w:p w14:paraId="57E7864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frogs</w:t>
            </w:r>
          </w:p>
          <w:p w14:paraId="6817A1F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celebrations</w:t>
            </w:r>
          </w:p>
          <w:p w14:paraId="6DAC8B5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World Book Day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698A6E" w14:textId="0EBB9EA6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ets and wild animals</w:t>
            </w:r>
          </w:p>
          <w:p w14:paraId="5EF055E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habitats</w:t>
            </w:r>
          </w:p>
          <w:p w14:paraId="451D7F9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seeds and plants</w:t>
            </w:r>
          </w:p>
          <w:p w14:paraId="17B4FF4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minibeasts</w:t>
            </w:r>
          </w:p>
          <w:p w14:paraId="15B11EF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food and farming</w:t>
            </w:r>
          </w:p>
          <w:p w14:paraId="46FD554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 for the environment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BD4813" w14:textId="02CBFD01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ife cycles</w:t>
            </w:r>
          </w:p>
          <w:p w14:paraId="1B83057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occupations</w:t>
            </w:r>
          </w:p>
          <w:p w14:paraId="0C74F30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growth</w:t>
            </w:r>
          </w:p>
          <w:p w14:paraId="7D9D379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transport and routes</w:t>
            </w:r>
          </w:p>
          <w:p w14:paraId="136AEEC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seaside past/present</w:t>
            </w:r>
          </w:p>
          <w:p w14:paraId="08572E6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transition to Reception</w:t>
            </w:r>
          </w:p>
        </w:tc>
      </w:tr>
      <w:tr w:rsidR="007A27F1" w:rsidRPr="00B70C27" w14:paraId="03BE4987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EB49A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Awe, curiosity and wonder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74D784" w14:textId="6627FB60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dentity museum of family objects</w:t>
            </w:r>
          </w:p>
          <w:p w14:paraId="427CD2F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sensory walk recorded in words/photos</w:t>
            </w:r>
          </w:p>
          <w:p w14:paraId="49B6632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 autumn object arrives with clues</w:t>
            </w:r>
          </w:p>
          <w:p w14:paraId="750616E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mirrors, light and loose parts for portrait exploration.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5A93F96" w14:textId="392149A3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adow laboratory with opaque/translucent materials</w:t>
            </w:r>
          </w:p>
          <w:p w14:paraId="48F922A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misdelivered letter to solve</w:t>
            </w:r>
          </w:p>
          <w:p w14:paraId="18B32D3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map a parcel route</w:t>
            </w:r>
          </w:p>
          <w:p w14:paraId="2CDB95C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observe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leaves travelling in wind and water.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0E404B" w14:textId="307C3CBB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air test-style melting choices without over-formal recording</w:t>
            </w:r>
          </w:p>
          <w:p w14:paraId="60C57C3F" w14:textId="223C69D8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ice </w:t>
            </w:r>
            <w:r w:rsidR="003A417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observation</w:t>
            </w:r>
          </w:p>
          <w:p w14:paraId="133C7899" w14:textId="06938278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bird observations</w:t>
            </w:r>
          </w:p>
          <w:p w14:paraId="11EB34CA" w14:textId="48223CA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27D8E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unexplained tracks linked to a story</w:t>
            </w:r>
          </w:p>
          <w:p w14:paraId="73B8355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ramp-and-wheel investigation</w:t>
            </w:r>
          </w:p>
          <w:p w14:paraId="7CE2F8E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 frogspawn/spring buds over time</w:t>
            </w:r>
          </w:p>
          <w:p w14:paraId="2A73E6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story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parcel with incomplete clues.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948B08" w14:textId="383AE28B" w:rsidR="00FA5286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</w:t>
            </w:r>
            <w:r w:rsidR="00FA5286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tages of a plant</w:t>
            </w:r>
          </w:p>
          <w:p w14:paraId="3B5401FB" w14:textId="3410A330" w:rsidR="007A27F1" w:rsidRPr="00B70C27" w:rsidRDefault="00FA5286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if we change one condition?”</w:t>
            </w:r>
          </w:p>
          <w:p w14:paraId="0DC458E2" w14:textId="77777777" w:rsidR="009F6BD2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minibeast </w:t>
            </w:r>
            <w:r w:rsidR="009F6BD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hunt and observation</w:t>
            </w:r>
          </w:p>
          <w:p w14:paraId="6360F502" w14:textId="78B3334F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deliberate “questions without formal worksheets.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A42758" w14:textId="4E52D8CB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found map and suitcase</w:t>
            </w:r>
          </w:p>
          <w:p w14:paraId="498617B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test boats in a water channel</w:t>
            </w:r>
          </w:p>
          <w:p w14:paraId="38496D0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oral-history objects/photos</w:t>
            </w:r>
          </w:p>
          <w:p w14:paraId="73E958D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shell class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ification chosen by children</w:t>
            </w:r>
          </w:p>
          <w:p w14:paraId="5A016CF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repeated butterfly observation.</w:t>
            </w:r>
          </w:p>
        </w:tc>
      </w:tr>
      <w:tr w:rsidR="007A27F1" w:rsidRPr="00B70C27" w14:paraId="74660D42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1774F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Cultural capital and enrichment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EE2488" w14:textId="00BBB9B9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amily photographs and stories</w:t>
            </w:r>
          </w:p>
          <w:p w14:paraId="16FC4D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lending library</w:t>
            </w:r>
          </w:p>
          <w:p w14:paraId="682B590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 community walk</w:t>
            </w:r>
          </w:p>
          <w:p w14:paraId="62041D4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Harvest</w:t>
            </w:r>
          </w:p>
          <w:p w14:paraId="52E48A5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parent Stay and Play.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49CA32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Nursery Rhyme celebration</w:t>
            </w:r>
          </w:p>
          <w:p w14:paraId="282C87D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family contributions about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special times</w:t>
            </w:r>
          </w:p>
          <w:p w14:paraId="4F64B1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baking</w:t>
            </w:r>
          </w:p>
          <w:p w14:paraId="64EFE1A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local postal walk/visitor where available</w:t>
            </w:r>
          </w:p>
          <w:p w14:paraId="61B0868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Christmas performance.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C24DD9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Big School Birdwatch</w:t>
            </w:r>
          </w:p>
          <w:p w14:paraId="3D56358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Ruby Robin Award</w:t>
            </w:r>
          </w:p>
          <w:p w14:paraId="2F4FB0E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 walk revisited</w:t>
            </w:r>
          </w:p>
          <w:p w14:paraId="1F41ED8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simple cooking and family winter traditions.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F43021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World Book Day Stay and Play</w:t>
            </w:r>
          </w:p>
          <w:p w14:paraId="08B39A8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storytelling</w:t>
            </w:r>
          </w:p>
          <w:p w14:paraId="6D3BD7A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 walk</w:t>
            </w:r>
          </w:p>
          <w:p w14:paraId="2BCDEF4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pupp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 performance</w:t>
            </w:r>
          </w:p>
          <w:p w14:paraId="1660373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celebration experiences shared sensitively.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328E4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Fur, Feather and Scales visit</w:t>
            </w:r>
          </w:p>
          <w:p w14:paraId="2288D8B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planting and gardening</w:t>
            </w:r>
          </w:p>
          <w:p w14:paraId="76EFA52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local habitat </w:t>
            </w:r>
            <w:proofErr w:type="gram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walk</w:t>
            </w:r>
            <w:proofErr w:type="gramEnd"/>
          </w:p>
          <w:p w14:paraId="62A0730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community/family expertise</w:t>
            </w:r>
          </w:p>
          <w:p w14:paraId="4068EE7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 project.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9123CC" w14:textId="284825BC" w:rsidR="007A27F1" w:rsidRPr="00B70C27" w:rsidRDefault="00C358B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ccupation visitors</w:t>
            </w:r>
          </w:p>
          <w:p w14:paraId="1F17176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seaside history talk/objects</w:t>
            </w:r>
          </w:p>
          <w:p w14:paraId="53E9E9D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Summer Fair</w:t>
            </w:r>
          </w:p>
          <w:p w14:paraId="4FBDB18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transition visits and 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hared events with Reception</w:t>
            </w:r>
          </w:p>
          <w:p w14:paraId="3B4F831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beach-themed celebration.</w:t>
            </w:r>
          </w:p>
        </w:tc>
      </w:tr>
      <w:tr w:rsidR="007A27F1" w:rsidRPr="00B70C27" w14:paraId="5F1CAEA1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17846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Roleplay areas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3E4A3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Home / feelings clinic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B1022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Celebration home / post office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AD8A6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Explorer station / winter shelter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A2AC1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Story studio / shadow theatre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B1BE8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Garden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centre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/ animal-care station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E84E9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Travel agent / seaside café</w:t>
            </w:r>
          </w:p>
        </w:tc>
      </w:tr>
      <w:tr w:rsidR="003C3602" w:rsidRPr="00B70C27" w14:paraId="246731BA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644F45" w14:textId="77777777" w:rsidR="003C3602" w:rsidRPr="00B70C27" w:rsidRDefault="003C3602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Personal, Social and Emotional Development</w:t>
            </w:r>
          </w:p>
          <w:p w14:paraId="254202C7" w14:textId="77777777" w:rsidR="003C3602" w:rsidRPr="00B70C27" w:rsidRDefault="003C3602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07157AB" w14:textId="77777777" w:rsidR="003C3602" w:rsidRPr="00B70C27" w:rsidRDefault="003C360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Self-regulation</w:t>
            </w:r>
          </w:p>
          <w:p w14:paraId="69CF64E3" w14:textId="77777777" w:rsidR="00AC5331" w:rsidRPr="00B70C27" w:rsidRDefault="00AC533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73D30FC" w14:textId="77777777" w:rsidR="003C3602" w:rsidRPr="00B70C27" w:rsidRDefault="003C360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Managing Self</w:t>
            </w:r>
          </w:p>
          <w:p w14:paraId="42348D07" w14:textId="77777777" w:rsidR="00AC5331" w:rsidRPr="00B70C27" w:rsidRDefault="00AC533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8D02C0" w14:textId="77777777" w:rsidR="003C3602" w:rsidRPr="00B70C27" w:rsidRDefault="003C3602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Building Relationships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8E72C4" w14:textId="6944948B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38731B8" w14:textId="3222DEB5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relationships with adults and peers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Know classroom routines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Explore feelings and emotions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Take turns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play alongside and with others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confidence in a new environment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747E99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5D511D6" w14:textId="63DA61B1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what makes us special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Know similarities and differences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confidence in group activities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Take turns and share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feelings linked to celebrations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independence in routines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156FB45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3C62722E" w14:textId="74472116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confidence to speak in groups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Share ideas during role play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Take turns in games and storytelling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perseverance through challenges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Play cooperatively with others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feelings through stories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B5AB4A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586C9302" w14:textId="6A7FDE9E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confidence to share ideas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Play cooperatively with others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Care for living things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feelings through stories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resilience when trying new activities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independence during routines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D03F34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72E02DED" w14:textId="2FFFCF20" w:rsidR="003C3602" w:rsidRPr="00B70C27" w:rsidRDefault="003C3602" w:rsidP="00B70C27">
            <w:pPr>
              <w:spacing w:line="240" w:lineRule="auto"/>
              <w:ind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Keep safe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Take turns during games and role play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confidence to share experiences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Play cooperatively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independence in daily routines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feelings during and new experiences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D02A40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FE5F7FB" w14:textId="2F1EA0E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Know about similarities and differences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different families and communities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confidence to try new experiences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Cooperate and share ideas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Celebrate what makes us unique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Reflect on memories</w:t>
            </w:r>
          </w:p>
        </w:tc>
      </w:tr>
      <w:tr w:rsidR="003C3602" w:rsidRPr="00B70C27" w14:paraId="172BC2CD" w14:textId="77777777" w:rsidTr="00DF6EBC">
        <w:trPr>
          <w:cantSplit/>
          <w:jc w:val="center"/>
        </w:trPr>
        <w:tc>
          <w:tcPr>
            <w:tcW w:w="16390" w:type="dxa"/>
            <w:gridSpan w:val="7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F9C055" w14:textId="77777777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Throughout the year we will…</w:t>
            </w:r>
          </w:p>
          <w:p w14:paraId="03C4277E" w14:textId="51654A16" w:rsidR="003C3602" w:rsidRPr="00B70C27" w:rsidRDefault="003C360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Learn nursery routines and nursery expectations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Have small world settings from stories where children can replay helping others and being a good friend, can act out and learn key phrases from stories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to stories linked to feelings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Play games to encourage turn taking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Have Community Links</w:t>
            </w:r>
          </w:p>
        </w:tc>
      </w:tr>
      <w:tr w:rsidR="00DF6EBC" w:rsidRPr="00B70C27" w14:paraId="5FD0103B" w14:textId="77777777" w:rsidTr="00DF6EBC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EB625F" w14:textId="77777777" w:rsidR="00DF6EBC" w:rsidRPr="00B70C27" w:rsidRDefault="00DF6EB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Physical Development</w:t>
            </w:r>
          </w:p>
          <w:p w14:paraId="52299A05" w14:textId="77777777" w:rsidR="00DF6EBC" w:rsidRPr="00B70C27" w:rsidRDefault="00DF6EB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106A4E9" w14:textId="77777777" w:rsidR="00DF6EBC" w:rsidRPr="00B70C27" w:rsidRDefault="00DF6EB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Gross Motor Skills</w:t>
            </w:r>
          </w:p>
          <w:p w14:paraId="19475A31" w14:textId="77777777" w:rsidR="00AC5331" w:rsidRPr="00B70C27" w:rsidRDefault="00AC533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F13220" w14:textId="77777777" w:rsidR="00DF6EBC" w:rsidRPr="00B70C27" w:rsidRDefault="00DF6EB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Fine Motor Skills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4B0649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037FD25" w14:textId="65CACBD3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gross motor skills outdoors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Climb, balance, run and jump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fine motor activities (threading, playdough, tweezers)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hold mark-making tools with increasing control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Toilet and handwashing</w:t>
            </w:r>
            <w:r w:rsidR="00AC5331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routines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9E850A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0675F87" w14:textId="77B59ABE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fine motor activities linked to celebrations (threading, decorating, wrapping)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scissors with increasing control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Explore movement through music and dancing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Balance climb and move outdoors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self-care and hygiene routines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4D7C4C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587FBB00" w14:textId="68A06219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Move to action songs and rhymes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fine motor activities linked to story making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Build and create story settings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Dance and move to nursery rhymes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pencil and tool control</w:t>
            </w:r>
            <w:r w:rsidR="00D86759"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Develop g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ross motor outdoors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544728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934C08F" w14:textId="4FF35D4A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Make obstacle courses </w:t>
            </w:r>
            <w:r w:rsidR="006E634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fine motor activities (threading, tweezers, playdough animals)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pencil control through drawing patterns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Move outdoors 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Develop self-care skills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6C7BC1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8E13B59" w14:textId="464ECDE1" w:rsidR="00DF6EBC" w:rsidRPr="00B70C27" w:rsidRDefault="009F6BD2" w:rsidP="00B70C27">
            <w:pPr>
              <w:spacing w:line="240" w:lineRule="auto"/>
              <w:ind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Move like different animals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DF6EBC" w:rsidRPr="00B70C27">
              <w:rPr>
                <w:rFonts w:asciiTheme="majorHAnsi" w:hAnsiTheme="majorHAnsi" w:cstheme="majorHAnsi"/>
                <w:sz w:val="20"/>
                <w:szCs w:val="20"/>
              </w:rPr>
              <w:t>Take part in large movement activities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DF6EBC" w:rsidRPr="00B70C27">
              <w:rPr>
                <w:rFonts w:asciiTheme="majorHAnsi" w:hAnsiTheme="majorHAnsi" w:cstheme="majorHAnsi"/>
                <w:sz w:val="20"/>
                <w:szCs w:val="20"/>
              </w:rPr>
              <w:t>Make obstacle courses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361C65" w:rsidRPr="00B70C27">
              <w:rPr>
                <w:rFonts w:asciiTheme="majorHAnsi" w:hAnsiTheme="majorHAnsi" w:cstheme="majorHAnsi"/>
                <w:sz w:val="20"/>
                <w:szCs w:val="20"/>
              </w:rPr>
              <w:t>inspired by habitats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DF6EBC" w:rsidRPr="00B70C27">
              <w:rPr>
                <w:rFonts w:asciiTheme="majorHAnsi" w:hAnsiTheme="majorHAnsi" w:cstheme="majorHAnsi"/>
                <w:sz w:val="20"/>
                <w:szCs w:val="20"/>
              </w:rPr>
              <w:t>Use fine motor activities (construction, threading, tool use)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DF6EBC" w:rsidRPr="00B70C27">
              <w:rPr>
                <w:rFonts w:asciiTheme="majorHAnsi" w:hAnsiTheme="majorHAnsi" w:cstheme="majorHAnsi"/>
                <w:sz w:val="20"/>
                <w:szCs w:val="20"/>
              </w:rPr>
              <w:t>Balance and climb outdoors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DF6EBC" w:rsidRPr="00B70C27">
              <w:rPr>
                <w:rFonts w:asciiTheme="majorHAnsi" w:hAnsiTheme="majorHAnsi" w:cstheme="majorHAnsi"/>
                <w:sz w:val="20"/>
                <w:szCs w:val="20"/>
              </w:rPr>
              <w:t>Develop coordination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1521CD" w14:textId="77777777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7A81C784" w14:textId="0310746A" w:rsidR="00DF6EBC" w:rsidRPr="00B70C27" w:rsidRDefault="00DF6EB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Explore outdoors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fine motor activities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ke part in water play and sensory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Mark make using large and small movements</w:t>
            </w:r>
            <w:r w:rsidR="009F6BD2"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Mark make tracks, roads and maps</w:t>
            </w:r>
            <w:r w:rsidR="008561C7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Be independent </w:t>
            </w:r>
            <w:proofErr w:type="gram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and  manage</w:t>
            </w:r>
            <w:proofErr w:type="gram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own self-care</w:t>
            </w:r>
          </w:p>
        </w:tc>
      </w:tr>
      <w:tr w:rsidR="007A27F1" w:rsidRPr="00B70C27" w14:paraId="47683B0A" w14:textId="77777777" w:rsidTr="00DF6EBC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0B9C3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lastRenderedPageBreak/>
              <w:t>Throughout the year we will…</w:t>
            </w:r>
          </w:p>
          <w:p w14:paraId="7475FD8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gross- and fine-motor 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trength through daily outdoor play, climbing, balancing, dancing, dough, construction and varied tools.</w:t>
            </w:r>
          </w:p>
          <w:p w14:paraId="6D8CA37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Build independence in dressing, handwashing, eating and toileting at each child’s developmental stage.</w:t>
            </w:r>
          </w:p>
        </w:tc>
      </w:tr>
      <w:tr w:rsidR="009B5178" w:rsidRPr="00B70C27" w14:paraId="030696FE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9D6AE4" w14:textId="77777777" w:rsidR="009B5178" w:rsidRPr="00B70C27" w:rsidRDefault="009B517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Communication and Language</w:t>
            </w:r>
          </w:p>
          <w:p w14:paraId="6A1A79C7" w14:textId="77777777" w:rsidR="009B5178" w:rsidRPr="00B70C27" w:rsidRDefault="009B517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BEB60A" w14:textId="77777777" w:rsidR="009B5178" w:rsidRPr="00B70C27" w:rsidRDefault="009B5178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Listening, attention and understanding</w:t>
            </w:r>
          </w:p>
          <w:p w14:paraId="5F8852D7" w14:textId="77777777" w:rsidR="00C95145" w:rsidRPr="00B70C27" w:rsidRDefault="00C9514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35A62F0" w14:textId="77777777" w:rsidR="009B5178" w:rsidRPr="00B70C27" w:rsidRDefault="009B517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Speaking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AF5DEA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35AEA8F2" w14:textId="0AA8833F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Settle into routines and listen to adults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Know new vocabulary linked to classroom routines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Follow simple instructions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songs and familiar rhymes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themselves and their families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answer simple questions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38A251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648BF8FF" w14:textId="1EAE1400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vocabulary linked to celebrations and festivals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phrases and familiar stories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talk about experiences at home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Follow simple two-step instructions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Ask simple questions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Retell familiar events in simple sentences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321EC9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1CE2BAE" w14:textId="2DEDF9F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phrases and refrains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Retell familiar stories using props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story language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carefully during story times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talk about characters and events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talk during imaginative play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D65897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6BCF6A3E" w14:textId="4371F47D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to and join in with story language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answer questions about books and experiences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Follow instructions during activities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talk during imaginative play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0A92E2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50AA8512" w14:textId="76700B64" w:rsidR="009B5178" w:rsidRPr="00B70C27" w:rsidRDefault="009F6BD2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Talk about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animals and why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Use new vocabulary linked to animals and habitats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9B5178" w:rsidRPr="00B70C27">
              <w:rPr>
                <w:rFonts w:asciiTheme="majorHAnsi" w:hAnsiTheme="majorHAnsi" w:cstheme="majorHAnsi"/>
                <w:sz w:val="20"/>
                <w:szCs w:val="20"/>
              </w:rPr>
              <w:t>Listen to stories and join in with repeated phrases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9B5178" w:rsidRPr="00B70C27">
              <w:rPr>
                <w:rFonts w:asciiTheme="majorHAnsi" w:hAnsiTheme="majorHAnsi" w:cstheme="majorHAnsi"/>
                <w:sz w:val="20"/>
                <w:szCs w:val="20"/>
              </w:rPr>
              <w:t>Ask simple questions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9B5178" w:rsidRPr="00B70C27">
              <w:rPr>
                <w:rFonts w:asciiTheme="majorHAnsi" w:hAnsiTheme="majorHAnsi" w:cstheme="majorHAnsi"/>
                <w:sz w:val="20"/>
                <w:szCs w:val="20"/>
              </w:rPr>
              <w:t>Follow instructions during games and activities</w:t>
            </w:r>
          </w:p>
          <w:p w14:paraId="09DD047B" w14:textId="586AB765" w:rsidR="009B5178" w:rsidRPr="00B70C27" w:rsidRDefault="009B517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06D39E" w14:textId="77777777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62CE2D4" w14:textId="79119E3C" w:rsidR="009B5178" w:rsidRPr="00B70C27" w:rsidRDefault="009B5178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vocabulary linked to adventures and places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holidays, journeys and experiences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to stories from different places and cultures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ask questions about the world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Use talk during imaginative play</w:t>
            </w:r>
            <w:r w:rsidR="00C9514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phrases and storytelling</w:t>
            </w:r>
          </w:p>
        </w:tc>
      </w:tr>
      <w:tr w:rsidR="007A27F1" w:rsidRPr="00B70C27" w14:paraId="1F54EE12" w14:textId="77777777" w:rsidTr="009B5178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DB35B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Throughout the </w:t>
            </w: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year we will…</w:t>
            </w:r>
          </w:p>
          <w:p w14:paraId="2AA7693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Enjoy daily fiction, non-fiction, rhymes and songs.</w:t>
            </w:r>
          </w:p>
          <w:p w14:paraId="737D6B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vocabulary through high-quality back-and-forth interaction.</w:t>
            </w:r>
          </w:p>
          <w:p w14:paraId="2D878C0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Revisit language across routines and play.</w:t>
            </w:r>
          </w:p>
          <w:p w14:paraId="4412C67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Adults</w:t>
            </w:r>
            <w:proofErr w:type="gram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comment, model, extend and give thinking time.</w:t>
            </w:r>
          </w:p>
        </w:tc>
      </w:tr>
      <w:tr w:rsidR="006D114C" w:rsidRPr="00B70C27" w14:paraId="7511F61A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ACA5E1" w14:textId="77777777" w:rsidR="009F6BD2" w:rsidRPr="00B70C27" w:rsidRDefault="009F6BD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Literacy</w:t>
            </w:r>
          </w:p>
          <w:p w14:paraId="15516C31" w14:textId="77777777" w:rsidR="009F6BD2" w:rsidRPr="00B70C27" w:rsidRDefault="009F6BD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59B9A188" w14:textId="5203CC24" w:rsidR="009F6BD2" w:rsidRPr="00B70C27" w:rsidRDefault="009F6BD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Compre</w:t>
            </w:r>
            <w:r w:rsidR="00B70C27"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hension</w:t>
            </w:r>
          </w:p>
          <w:p w14:paraId="03505183" w14:textId="77777777" w:rsidR="009F6BD2" w:rsidRPr="00B70C27" w:rsidRDefault="009F6BD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0998F791" w14:textId="36AA2807" w:rsidR="009F6BD2" w:rsidRPr="00B70C27" w:rsidRDefault="009F6BD2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Word Reading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C8589B" w14:textId="20D6E1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 w:eastAsia="en-GB"/>
              </w:rPr>
              <w:t>Key Focus:</w:t>
            </w: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 xml:space="preserve"> Books, rhyme and talk</w:t>
            </w:r>
            <w:r w:rsid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br/>
            </w:r>
            <w:r w:rsid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br/>
            </w:r>
            <w:r w:rsid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br/>
            </w:r>
            <w:r w:rsidRPr="00B70C27">
              <w:rPr>
                <w:rFonts w:asciiTheme="majorHAnsi" w:hAnsiTheme="majorHAnsi" w:cstheme="majorHAnsi"/>
                <w:b/>
                <w:sz w:val="20"/>
                <w:szCs w:val="20"/>
                <w:lang w:val="en-GB" w:eastAsia="en-GB"/>
              </w:rPr>
              <w:t>Children will:</w:t>
            </w:r>
          </w:p>
          <w:p w14:paraId="64FBE6FB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</w:p>
          <w:p w14:paraId="2ED91FA0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>Handle books carefully</w:t>
            </w:r>
          </w:p>
          <w:p w14:paraId="5A9EFAF1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>Begin to understand print carries meaning</w:t>
            </w:r>
          </w:p>
          <w:p w14:paraId="200DC3C6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>Join in with repeated phrases</w:t>
            </w:r>
          </w:p>
          <w:p w14:paraId="4B1C3CB3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>Talk about familiar stories</w:t>
            </w:r>
          </w:p>
          <w:p w14:paraId="4C5E25C8" w14:textId="15517A98" w:rsidR="006D114C" w:rsidRPr="00B70C27" w:rsidRDefault="006D114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  <w:lang w:val="en-GB" w:eastAsia="en-GB"/>
              </w:rPr>
              <w:t>Recognise their name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FA3BAB" w14:textId="5B1E1CAC" w:rsidR="009F6BD2" w:rsidRPr="00B70C27" w:rsidRDefault="006D114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Key Focus: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Story language, rhyme and celebrations</w:t>
            </w:r>
            <w:r w:rsid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B70C27"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Child</w:t>
            </w: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ren will:</w:t>
            </w:r>
          </w:p>
          <w:p w14:paraId="52DC34A9" w14:textId="0DCE55C6" w:rsidR="006D114C" w:rsidRPr="00B70C27" w:rsidRDefault="006D114C" w:rsidP="00B70C27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refrains</w:t>
            </w:r>
            <w:r w:rsidR="009F6BD2"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talk about characters and events</w:t>
            </w:r>
            <w:r w:rsidR="009F6BD2"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Continue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recognising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their name</w:t>
            </w:r>
            <w:r w:rsidR="009F6BD2"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Enjoy sharing books with adults and peers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9C49F58" w14:textId="77777777" w:rsidR="00B70C27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Key Focus: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Storytelling, rhyme and repetition</w:t>
            </w:r>
          </w:p>
          <w:p w14:paraId="3ECCCC0B" w14:textId="77777777" w:rsidR="00B70C27" w:rsidRPr="00B70C27" w:rsidRDefault="00B70C27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33AB04" w14:textId="77777777" w:rsidR="00B70C27" w:rsidRDefault="00B70C27" w:rsidP="00B70C27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5738828" w14:textId="3962BE84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Children will:</w:t>
            </w:r>
          </w:p>
          <w:p w14:paraId="6C3B56C5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A814772" w14:textId="77777777" w:rsidR="00B70C27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Retell familiar stories with support</w:t>
            </w:r>
          </w:p>
          <w:p w14:paraId="3D04A797" w14:textId="43FF76E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sequence simple events</w:t>
            </w:r>
          </w:p>
          <w:p w14:paraId="769E15BB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familiar book features</w:t>
            </w:r>
          </w:p>
          <w:p w14:paraId="29B4AAE2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Enjoy rhyme and repeated language</w:t>
            </w:r>
          </w:p>
          <w:p w14:paraId="64DD0A6A" w14:textId="130C7500" w:rsidR="006D114C" w:rsidRPr="00B70C27" w:rsidRDefault="006D114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Begin to talk about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books and characters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11DCD6C" w14:textId="77777777" w:rsidR="00B70C27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Key Focus: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Story language and information books</w:t>
            </w:r>
          </w:p>
          <w:p w14:paraId="13F0CFC6" w14:textId="77777777" w:rsidR="00B70C27" w:rsidRPr="00B70C27" w:rsidRDefault="00B70C27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395F52" w14:textId="77777777" w:rsidR="00B70C27" w:rsidRDefault="00B70C27" w:rsidP="00B70C27">
            <w:pPr>
              <w:pStyle w:val="TableParagraph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24EEB50" w14:textId="7D1D61AF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Children will:</w:t>
            </w:r>
          </w:p>
          <w:p w14:paraId="68A637EC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BBC4D19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Talk about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animals and characters</w:t>
            </w:r>
          </w:p>
          <w:p w14:paraId="11E6954C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talk about story events</w:t>
            </w:r>
          </w:p>
          <w:p w14:paraId="55FA3696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Enjoy non-fiction texts about animals</w:t>
            </w:r>
          </w:p>
          <w:p w14:paraId="0EE5683E" w14:textId="7B0CF83F" w:rsidR="006D114C" w:rsidRPr="00B70C27" w:rsidRDefault="006D114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familiar words and pictures in books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9A52AB" w14:textId="77777777" w:rsidR="00B70C27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Key Focus: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Stories</w:t>
            </w:r>
            <w:r w:rsidR="009F6BD2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about animals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and information texts</w:t>
            </w:r>
          </w:p>
          <w:p w14:paraId="7CC3A2BE" w14:textId="77777777" w:rsidR="00B70C27" w:rsidRPr="00B70C27" w:rsidRDefault="00B70C27" w:rsidP="00B70C27">
            <w:pPr>
              <w:pStyle w:val="TableParagraph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00D400E" w14:textId="4F294186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Children will:</w:t>
            </w:r>
          </w:p>
          <w:p w14:paraId="175EFF27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26F3923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refrains</w:t>
            </w:r>
          </w:p>
          <w:p w14:paraId="6FEFBD29" w14:textId="63708EB6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Talk about </w:t>
            </w:r>
            <w:r w:rsidR="009F6BD2" w:rsidRPr="00B70C27">
              <w:rPr>
                <w:rFonts w:asciiTheme="majorHAnsi" w:hAnsiTheme="majorHAnsi" w:cstheme="majorHAnsi"/>
                <w:sz w:val="20"/>
                <w:szCs w:val="20"/>
              </w:rPr>
              <w:t>animal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s and </w:t>
            </w:r>
            <w:r w:rsidR="009F6BD2" w:rsidRPr="00B70C27">
              <w:rPr>
                <w:rFonts w:asciiTheme="majorHAnsi" w:hAnsiTheme="majorHAnsi" w:cstheme="majorHAnsi"/>
                <w:sz w:val="20"/>
                <w:szCs w:val="20"/>
              </w:rPr>
              <w:t>habitats</w:t>
            </w:r>
          </w:p>
          <w:p w14:paraId="5B38C687" w14:textId="036846FE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Enjoy books about </w:t>
            </w:r>
            <w:r w:rsidR="009F6BD2" w:rsidRPr="00B70C27">
              <w:rPr>
                <w:rFonts w:asciiTheme="majorHAnsi" w:hAnsiTheme="majorHAnsi" w:cstheme="majorHAnsi"/>
                <w:sz w:val="20"/>
                <w:szCs w:val="20"/>
              </w:rPr>
              <w:t>animals</w:t>
            </w:r>
          </w:p>
          <w:p w14:paraId="2C2513F8" w14:textId="77777777" w:rsidR="006D114C" w:rsidRPr="00B70C27" w:rsidRDefault="006D114C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talk about events in stories</w:t>
            </w:r>
          </w:p>
          <w:p w14:paraId="11DCBCF0" w14:textId="257BCC4A" w:rsidR="006D114C" w:rsidRPr="00B70C27" w:rsidRDefault="006D114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familiar signs and symbols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816668" w14:textId="77777777" w:rsidR="00B70C27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Key Focus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: Stories, adventures and experiences</w:t>
            </w:r>
          </w:p>
          <w:p w14:paraId="5025A49F" w14:textId="77777777" w:rsidR="00B70C27" w:rsidRPr="00B70C27" w:rsidRDefault="00B70C27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5644840" w14:textId="1F425E3A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sz w:val="20"/>
                <w:szCs w:val="20"/>
              </w:rPr>
              <w:t>Children will:</w:t>
            </w:r>
          </w:p>
          <w:p w14:paraId="73346755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C6D2EE6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refrains</w:t>
            </w:r>
          </w:p>
          <w:p w14:paraId="43AD13AF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Talk about characters and settings</w:t>
            </w:r>
          </w:p>
          <w:p w14:paraId="61D8EA27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Explore books about different places and communities</w:t>
            </w:r>
          </w:p>
          <w:p w14:paraId="599BC23E" w14:textId="77777777" w:rsidR="006D114C" w:rsidRPr="00B70C27" w:rsidRDefault="006D114C" w:rsidP="00B70C27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to retell familiar events</w:t>
            </w:r>
          </w:p>
          <w:p w14:paraId="5C48EF52" w14:textId="4777A9D4" w:rsidR="006D114C" w:rsidRPr="00B70C27" w:rsidRDefault="006D114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Enjoy sharing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stories with peers</w:t>
            </w:r>
          </w:p>
        </w:tc>
      </w:tr>
      <w:tr w:rsidR="00BC50BB" w:rsidRPr="00B70C27" w14:paraId="40EA9337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665D164" w14:textId="1DAC7D78" w:rsidR="00BC50BB" w:rsidRPr="00B70C27" w:rsidRDefault="00BC50BB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Writing/mark making</w:t>
            </w:r>
          </w:p>
          <w:p w14:paraId="3B1EE722" w14:textId="77777777" w:rsidR="00BC50BB" w:rsidRPr="00B70C27" w:rsidRDefault="00BC50BB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B95DC4B" w14:textId="77777777" w:rsidR="00BC50BB" w:rsidRPr="00B70C27" w:rsidRDefault="00BC50BB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Drawing and early representation</w:t>
            </w:r>
          </w:p>
          <w:p w14:paraId="2F30F407" w14:textId="77777777" w:rsidR="00BC50BB" w:rsidRPr="00B70C27" w:rsidRDefault="00BC50BB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34606989" w14:textId="040E6EAA" w:rsidR="00BC50BB" w:rsidRPr="00B70C27" w:rsidRDefault="00BC50BB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002060"/>
                <w:spacing w:val="-2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Purposeful mark-making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1BD8D93" w14:textId="38B81320" w:rsidR="00BC50BB" w:rsidRPr="00B70C27" w:rsidRDefault="00BC50BB" w:rsidP="00B70C27">
            <w:pPr>
              <w:pStyle w:val="NoSpacing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Mystery marks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Large movements and patterns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Drawing circles and lines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Give meaning to marks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Begin to draw faces and family members 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ED3452" w14:textId="08C28247" w:rsidR="00BC50BB" w:rsidRPr="00B70C27" w:rsidRDefault="00BC50BB" w:rsidP="00B70C27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Make marks linked to celebrations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Draw fireworks and patterns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Circular and zig-zag movements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Begin to give meaning to drawings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Explore early name marks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Decorate cards, invitations, gift tags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FCE144" w14:textId="290C947E" w:rsidR="00BC50BB" w:rsidRPr="00B70C27" w:rsidRDefault="00BC50BB" w:rsidP="00B70C27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Story maps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Draw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characters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Marks linked to rhymes and stories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Large-scale mark making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Give meaning to drawings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Begin to represent stories through pictures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55ABF61" w14:textId="15BD6558" w:rsidR="00BC50BB" w:rsidRPr="00B70C27" w:rsidRDefault="00BC50BB" w:rsidP="00B70C27">
            <w:pPr>
              <w:pStyle w:val="TableParagraph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Begin observational drawings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Give meaning to marks and pictures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Explore marks in sensory materials </w:t>
            </w:r>
            <w:r w:rsidR="00361C65" w:rsidRPr="00B70C27">
              <w:rPr>
                <w:rFonts w:asciiTheme="majorHAnsi" w:hAnsiTheme="majorHAnsi" w:cstheme="majorHAnsi"/>
                <w:sz w:val="20"/>
                <w:szCs w:val="20"/>
              </w:rPr>
              <w:t>Large-scale chalk mark making outdoors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9F92BE" w14:textId="77777777" w:rsidR="00361C65" w:rsidRPr="00B70C27" w:rsidRDefault="00361C65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Animal patterns and prints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Draw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animals Large-scale animal movement marks </w:t>
            </w:r>
          </w:p>
          <w:p w14:paraId="556C9F43" w14:textId="147CE081" w:rsidR="00BC50BB" w:rsidRPr="00B70C27" w:rsidRDefault="00BC50BB" w:rsidP="00B70C27">
            <w:pPr>
              <w:pStyle w:val="TableParagraph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Giving meaning to marks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26C1EE" w14:textId="7A9A72AA" w:rsidR="00BC50BB" w:rsidRPr="00B70C27" w:rsidRDefault="00BC50BB" w:rsidP="00B70C27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Treasure maps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Draw holidays and journeys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Represent ideas through pictures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Large-scale outdoor mark making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Give meaning to marks</w:t>
            </w:r>
          </w:p>
        </w:tc>
      </w:tr>
      <w:tr w:rsidR="007A27F1" w:rsidRPr="00B70C27" w14:paraId="6B2D4BAF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3DE16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Literacy</w:t>
            </w:r>
          </w:p>
          <w:p w14:paraId="18FD4DD1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89F082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Quality texts / Book-led language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08364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We're Going on a Bear Hunt</w:t>
            </w:r>
          </w:p>
          <w:p w14:paraId="0E171C8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Is Me</w:t>
            </w:r>
          </w:p>
          <w:p w14:paraId="27AE65F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Monster</w:t>
            </w:r>
          </w:p>
          <w:p w14:paraId="688ACFC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Feel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Your Happy</w:t>
            </w:r>
          </w:p>
          <w:p w14:paraId="3051183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Owl Babies</w:t>
            </w:r>
          </w:p>
          <w:p w14:paraId="321A246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Room on the Broom</w:t>
            </w:r>
          </w:p>
          <w:p w14:paraId="2FF2A4DC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295E75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B5FB7AE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AAB5CE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unique</w:t>
            </w:r>
          </w:p>
          <w:p w14:paraId="6B188AC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proud</w:t>
            </w:r>
          </w:p>
          <w:p w14:paraId="27909AE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belong</w:t>
            </w:r>
          </w:p>
          <w:p w14:paraId="7192988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emotion</w:t>
            </w:r>
          </w:p>
          <w:p w14:paraId="1FF372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calm</w:t>
            </w:r>
          </w:p>
          <w:p w14:paraId="5971F17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</w:t>
            </w:r>
          </w:p>
          <w:p w14:paraId="0349264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brave</w:t>
            </w:r>
          </w:p>
          <w:p w14:paraId="284DD5D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grateful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D11A2D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Leaf Man</w:t>
            </w:r>
          </w:p>
          <w:p w14:paraId="38A063F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Each Peach Pear Plum</w:t>
            </w:r>
          </w:p>
          <w:p w14:paraId="7C273F4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Ella's Night Lights</w:t>
            </w:r>
          </w:p>
          <w:p w14:paraId="08B4B85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Pick a Pine Tree</w:t>
            </w:r>
          </w:p>
          <w:p w14:paraId="1810474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Christmas Train</w:t>
            </w:r>
          </w:p>
          <w:p w14:paraId="438C5E8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Santa's Postbox</w:t>
            </w:r>
          </w:p>
          <w:p w14:paraId="7B13C0DA" w14:textId="54008963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D0E728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0FE51EC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FDA5A8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Intentional </w:t>
            </w: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drifting</w:t>
            </w:r>
          </w:p>
          <w:p w14:paraId="36D036D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scattered</w:t>
            </w:r>
          </w:p>
          <w:p w14:paraId="6CD41C8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glimmer</w:t>
            </w:r>
          </w:p>
          <w:p w14:paraId="205886F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guide</w:t>
            </w:r>
          </w:p>
          <w:p w14:paraId="7F3EBD0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kindness</w:t>
            </w:r>
          </w:p>
          <w:p w14:paraId="24E65C5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decorate</w:t>
            </w:r>
          </w:p>
          <w:p w14:paraId="3471EC5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deliver</w:t>
            </w:r>
          </w:p>
          <w:p w14:paraId="1184CB4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773E6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 and bird texts</w:t>
            </w:r>
          </w:p>
          <w:p w14:paraId="2FA2E16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Pip the Little Penguin</w:t>
            </w:r>
          </w:p>
          <w:p w14:paraId="16AEAF7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traditional tales</w:t>
            </w:r>
          </w:p>
          <w:p w14:paraId="468D7FA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factual picture books chosen responsively</w:t>
            </w:r>
          </w:p>
          <w:p w14:paraId="3D662DD0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C7FBC61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527B6D2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B3D6520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3F854B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winter</w:t>
            </w:r>
          </w:p>
          <w:p w14:paraId="38D797C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temperature</w:t>
            </w:r>
          </w:p>
          <w:p w14:paraId="41E65AD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freeze</w:t>
            </w:r>
          </w:p>
          <w:p w14:paraId="3D38217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melt</w:t>
            </w:r>
          </w:p>
          <w:p w14:paraId="2D684B3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habitat</w:t>
            </w:r>
          </w:p>
          <w:p w14:paraId="1519476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feather</w:t>
            </w:r>
          </w:p>
          <w:p w14:paraId="05D61C6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slippery</w:t>
            </w:r>
          </w:p>
          <w:p w14:paraId="020B91C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E43F4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Traditional tales</w:t>
            </w:r>
          </w:p>
          <w:p w14:paraId="1F5C8BA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Julia Donaldson/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authors</w:t>
            </w:r>
          </w:p>
          <w:p w14:paraId="3C66054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Whatever Next!</w:t>
            </w:r>
          </w:p>
          <w:p w14:paraId="30E5EB9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frog and spring texts</w:t>
            </w:r>
          </w:p>
          <w:p w14:paraId="7F8C7F9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responsive Book of the Week choices</w:t>
            </w:r>
          </w:p>
          <w:p w14:paraId="4C077502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6DAC9A8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20AD8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character</w:t>
            </w:r>
          </w:p>
          <w:p w14:paraId="61AF2D0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setting</w:t>
            </w:r>
          </w:p>
          <w:p w14:paraId="185E41F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sequence</w:t>
            </w:r>
          </w:p>
          <w:p w14:paraId="7315D9A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predict</w:t>
            </w:r>
          </w:p>
          <w:p w14:paraId="284BC09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shadow</w:t>
            </w:r>
          </w:p>
          <w:p w14:paraId="7D287AD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reflect</w:t>
            </w:r>
          </w:p>
          <w:p w14:paraId="14FD21A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transform</w:t>
            </w:r>
          </w:p>
          <w:p w14:paraId="4E001F0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B39EA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Dear Zoo</w:t>
            </w:r>
          </w:p>
          <w:p w14:paraId="06D9FBE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Farmer Duck</w:t>
            </w:r>
          </w:p>
          <w:p w14:paraId="73A0BBC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Rosie’s Walk</w:t>
            </w:r>
          </w:p>
          <w:p w14:paraId="7850C7B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Walking Through the Jungle</w:t>
            </w:r>
          </w:p>
          <w:p w14:paraId="4E0A8C1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Jasper’s Beanstalk</w:t>
            </w:r>
          </w:p>
          <w:p w14:paraId="05AC919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Very Hungry Caterpillar and selected information texts</w:t>
            </w:r>
          </w:p>
          <w:p w14:paraId="3CCEA6C5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E89DE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living</w:t>
            </w:r>
          </w:p>
          <w:p w14:paraId="4DFE5D0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habitat</w:t>
            </w:r>
          </w:p>
          <w:p w14:paraId="324341D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seedling</w:t>
            </w:r>
          </w:p>
          <w:p w14:paraId="5941915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roots</w:t>
            </w:r>
          </w:p>
          <w:p w14:paraId="4371DEA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stem</w:t>
            </w:r>
          </w:p>
          <w:p w14:paraId="0278301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57D8F63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protect</w:t>
            </w:r>
          </w:p>
          <w:p w14:paraId="396B318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577E0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Very Hungry Caterpillar</w:t>
            </w:r>
          </w:p>
          <w:p w14:paraId="1789B92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Want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to Be</w:t>
            </w:r>
          </w:p>
          <w:p w14:paraId="1991611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Runaway Pea</w:t>
            </w:r>
          </w:p>
          <w:p w14:paraId="794596B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seaside and journey texts</w:t>
            </w:r>
          </w:p>
          <w:p w14:paraId="7DB4375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Train Ride</w:t>
            </w:r>
          </w:p>
          <w:p w14:paraId="05BBA8F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selected non-fiction</w:t>
            </w:r>
          </w:p>
          <w:p w14:paraId="0B4D2981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7799D9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99DD6C4" w14:textId="77777777" w:rsidR="00225DC5" w:rsidRPr="00B70C27" w:rsidRDefault="00225DC5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A3DE85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occupation</w:t>
            </w:r>
          </w:p>
          <w:p w14:paraId="24065CF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community</w:t>
            </w:r>
          </w:p>
          <w:p w14:paraId="23286A8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route</w:t>
            </w:r>
          </w:p>
          <w:p w14:paraId="608AD8B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map</w:t>
            </w:r>
          </w:p>
          <w:p w14:paraId="49A8B60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coast</w:t>
            </w:r>
          </w:p>
          <w:p w14:paraId="685B0FD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float</w:t>
            </w:r>
          </w:p>
          <w:p w14:paraId="087A9B6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62A83CB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transition</w:t>
            </w:r>
          </w:p>
        </w:tc>
      </w:tr>
      <w:tr w:rsidR="007A27F1" w:rsidRPr="00B70C27" w14:paraId="5F61CE34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BD5C4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Inclusive texts</w:t>
            </w:r>
          </w:p>
          <w:p w14:paraId="528AED2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Mirrors, windows and doors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B9FD8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Identity, families, hair, skin and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belonging</w:t>
            </w:r>
          </w:p>
          <w:p w14:paraId="18406C5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All Are Welcome</w:t>
            </w:r>
          </w:p>
          <w:p w14:paraId="7A889A2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My Hair</w:t>
            </w:r>
          </w:p>
          <w:p w14:paraId="658E702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Only One You</w:t>
            </w:r>
          </w:p>
          <w:p w14:paraId="24718BF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Full, Full, Full of Love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3136FF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Faith, culture and family traditions</w:t>
            </w:r>
          </w:p>
          <w:p w14:paraId="0BBB9D3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Hats of Faith</w:t>
            </w:r>
          </w:p>
          <w:p w14:paraId="378B273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Binny’s Diwali</w:t>
            </w:r>
          </w:p>
          <w:p w14:paraId="706B3EF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carefully chosen celebration stories and family contributions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D5B847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Neurodiversity and physical differen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</w:t>
            </w:r>
          </w:p>
          <w:p w14:paraId="1AF590F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Through the Eyes of Me</w:t>
            </w:r>
          </w:p>
          <w:p w14:paraId="59C61A8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Friend for Henry</w:t>
            </w:r>
          </w:p>
          <w:p w14:paraId="1FF3C67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Susan Laughs</w:t>
            </w:r>
          </w:p>
          <w:p w14:paraId="6611A9E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We’re All Wonders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AF171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Traditional and contemporary stories from varied cultures</w:t>
            </w:r>
          </w:p>
          <w:p w14:paraId="2E15E55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compare different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tellings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without presenting one culture as a single story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0AEFA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Different families, caring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roles and environmental voices</w:t>
            </w:r>
          </w:p>
          <w:p w14:paraId="5397A47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The Big Book of Families</w:t>
            </w:r>
          </w:p>
          <w:p w14:paraId="7B8E47A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Love Makes a Family</w:t>
            </w:r>
          </w:p>
          <w:p w14:paraId="1C60596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inclusive nature texts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531FB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Communities, places and adventures around the world</w:t>
            </w:r>
          </w:p>
          <w:p w14:paraId="0AF53C2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examples: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Handa’s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Surprise</w:t>
            </w:r>
          </w:p>
          <w:p w14:paraId="7D124BC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Snail and the Whale</w:t>
            </w:r>
          </w:p>
          <w:p w14:paraId="41F1414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authentic maps, images and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non-fiction</w:t>
            </w:r>
          </w:p>
        </w:tc>
      </w:tr>
    </w:tbl>
    <w:p w14:paraId="53589CDB" w14:textId="77777777" w:rsidR="003B4ECC" w:rsidRPr="00B70C27" w:rsidRDefault="003B4ECC" w:rsidP="00B70C27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B70C27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639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390"/>
        <w:gridCol w:w="2390"/>
        <w:gridCol w:w="2390"/>
        <w:gridCol w:w="2390"/>
        <w:gridCol w:w="2390"/>
        <w:gridCol w:w="2390"/>
      </w:tblGrid>
      <w:tr w:rsidR="00792454" w:rsidRPr="00B70C27" w14:paraId="7B068067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6308E70" w14:textId="65218E2F" w:rsidR="00792454" w:rsidRPr="00B70C27" w:rsidRDefault="00792454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Phonics</w:t>
            </w:r>
          </w:p>
          <w:p w14:paraId="3429A7D4" w14:textId="2CD24AF6" w:rsidR="000D44D1" w:rsidRPr="00B70C27" w:rsidRDefault="000D44D1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Super Sounds</w:t>
            </w:r>
          </w:p>
          <w:p w14:paraId="03F86458" w14:textId="77777777" w:rsidR="000D44D1" w:rsidRPr="00B70C27" w:rsidRDefault="000D44D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043A00E" w14:textId="77777777" w:rsidR="000D44D1" w:rsidRPr="00B70C27" w:rsidRDefault="00792454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Phase 1</w:t>
            </w:r>
          </w:p>
          <w:p w14:paraId="36DD4123" w14:textId="77777777" w:rsidR="000D44D1" w:rsidRPr="00B70C27" w:rsidRDefault="000D44D1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3F5CC1F1" w14:textId="49D80400" w:rsidR="00792454" w:rsidRPr="00B70C27" w:rsidRDefault="0079245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Read Write Inc</w:t>
            </w:r>
            <w:r w:rsidR="000D44D1"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 xml:space="preserve">. </w:t>
            </w: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Nursery</w:t>
            </w:r>
            <w:r w:rsidR="000D44D1"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 xml:space="preserve"> (Summer Term)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1D4211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77BD418" w14:textId="23004932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and join in with stories, songs and games.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Make sounds as I join in with stories and songs.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Match the sounds that I’ve heard with a picture.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Copy the sounds I’ve heard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Name some animals/objects and make their sounds.</w:t>
            </w:r>
          </w:p>
          <w:p w14:paraId="7F677A64" w14:textId="5329A7F5" w:rsidR="00792454" w:rsidRPr="00B70C27" w:rsidRDefault="0079245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3D45686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39A5A85" w14:textId="7E810859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Listen and join in with stories, songs and games.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Take turns to explore different musical instruments.</w:t>
            </w:r>
            <w:r w:rsidR="005830A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Play instruments to make different sorts of sounds </w:t>
            </w:r>
            <w:proofErr w:type="gram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e.g.</w:t>
            </w:r>
            <w:proofErr w:type="gram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fast/slow/loud/quiet.</w:t>
            </w:r>
            <w:r w:rsidR="00E55F9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Match the way I play an instrument with a symbol or instruction.</w:t>
            </w:r>
            <w:r w:rsidR="00E55F9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 can name some instruments.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Clap a steady best as I join in with musical activities.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128ADC9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6A389A40" w14:textId="79D8C656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Learn simple songs and sing from memory.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repeated refrains I stories.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Copy and repeat a rhythm by clapping or using an instrument.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Make up your own rhythmic patterns.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Clap the syllables in our names.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Clap the syllables in everyday words.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Count the syllables in words to sort objects.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31DA53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546DC36E" w14:textId="5E033662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with rhyming stories and songs.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Fill in the rhyming gaps in stories.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Match rhyming objects from small sets of 6 objects.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Continue a rhyming string using props/picture.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Identify objects in a set which don’t rhyme.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Say a rhyming list from memory.</w:t>
            </w:r>
            <w:r w:rsidR="0005154E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Make up own rhymes.</w:t>
            </w:r>
          </w:p>
          <w:p w14:paraId="12D49487" w14:textId="284F95C8" w:rsidR="00792454" w:rsidRPr="00B70C27" w:rsidRDefault="0079245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600FC4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2AB78943" w14:textId="2A4C0B88" w:rsidR="00792454" w:rsidRPr="00B70C27" w:rsidRDefault="00B13DA7" w:rsidP="00B70C27">
            <w:pPr>
              <w:spacing w:line="240" w:lineRule="auto"/>
              <w:ind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Read Write Inc Nursery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Hear the similarities in the first spoken sounds in words.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Say the first spoken sounds in words.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Find two objects beginning with the same sound from a set of objects.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Sort objects which don’t begin with the same spoken sound as others.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Say a 4-word tongue twister from memory.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92454" w:rsidRPr="00B70C27">
              <w:rPr>
                <w:rFonts w:asciiTheme="majorHAnsi" w:hAnsiTheme="majorHAnsi" w:cstheme="majorHAnsi"/>
                <w:sz w:val="20"/>
                <w:szCs w:val="20"/>
              </w:rPr>
              <w:t>Sort similarities and differences in letter shapes.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D78C7B" w14:textId="77777777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 will be learning to…</w:t>
            </w:r>
          </w:p>
          <w:p w14:paraId="0835067B" w14:textId="1782CC4C" w:rsidR="00792454" w:rsidRPr="00B70C27" w:rsidRDefault="00B13DA7" w:rsidP="00B70C27">
            <w:pPr>
              <w:spacing w:line="240" w:lineRule="auto"/>
              <w:ind w:left="109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Read Write Inc Nursery</w:t>
            </w:r>
          </w:p>
          <w:p w14:paraId="782693F1" w14:textId="575179E1" w:rsidR="00792454" w:rsidRPr="00B70C27" w:rsidRDefault="00792454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Hear and say all the separate sounds in a spoken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cvc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word.</w:t>
            </w:r>
            <w:r w:rsidR="003B4E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Say all the separate sounds in a spoken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cvc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word.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Say all the spoken sounds in a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cvc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word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Orally blend spoken sounds to say the full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cvc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word.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Match orally blended words to corresponding objects/actions.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Orally segment words to say each spoken sound separately.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Retell a simple familiar story from memory.</w:t>
            </w:r>
          </w:p>
        </w:tc>
      </w:tr>
      <w:tr w:rsidR="008F6BF0" w:rsidRPr="00B70C27" w14:paraId="5EEB9EDE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E443C6" w14:textId="77777777" w:rsidR="008F6BF0" w:rsidRPr="00B70C27" w:rsidRDefault="008F6BF0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206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2060"/>
                <w:sz w:val="20"/>
                <w:szCs w:val="20"/>
              </w:rPr>
              <w:t>Phonics</w:t>
            </w:r>
          </w:p>
          <w:p w14:paraId="5EB1EFAD" w14:textId="68826B71" w:rsidR="008F6BF0" w:rsidRPr="00B70C27" w:rsidRDefault="008F6BF0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Super Sounds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Phase 1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Texts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B449843" w14:textId="1EA23EFA" w:rsidR="008F6BF0" w:rsidRPr="00B70C27" w:rsidRDefault="008F6BF0" w:rsidP="00B70C27">
            <w:pPr>
              <w:spacing w:line="240" w:lineRule="auto"/>
              <w:ind w:left="105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Peace at last</w:t>
            </w:r>
            <w:r w:rsidR="00DF6E66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shopping list</w:t>
            </w:r>
            <w:r w:rsidR="00DF6E66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Farmer Duck</w:t>
            </w:r>
            <w:r w:rsidR="00DF6E66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Walking through the jungle</w:t>
            </w:r>
            <w:r w:rsidR="00DF6E66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Dear Zo</w:t>
            </w:r>
            <w:r w:rsidR="00CB393D" w:rsidRPr="00B70C27">
              <w:rPr>
                <w:rFonts w:asciiTheme="majorHAnsi" w:hAnsiTheme="majorHAnsi" w:cstheme="majorHAnsi"/>
                <w:sz w:val="20"/>
                <w:szCs w:val="20"/>
              </w:rPr>
              <w:t>o</w:t>
            </w:r>
            <w:r w:rsidR="00CB393D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Car, Car, Truck, Jeep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922911" w14:textId="43ED326C" w:rsidR="008F6BF0" w:rsidRPr="00B70C27" w:rsidRDefault="008F6BF0" w:rsidP="00B70C27">
            <w:pPr>
              <w:spacing w:line="240" w:lineRule="auto"/>
              <w:ind w:left="10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busy day for birds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 say ooh you say aah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There’s an alien in your book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Animal band</w:t>
            </w:r>
            <w:r w:rsidR="009E2978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Faster, faster, nice and 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t>slow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Dear Santa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7D4E6EF" w14:textId="7FD44FB1" w:rsidR="008F6BF0" w:rsidRPr="00B70C27" w:rsidRDefault="008F6BF0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We’re going on a Bear Hunt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train Ride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Brown Bear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bus for us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Kitchen Disco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Pants</w:t>
            </w:r>
          </w:p>
          <w:p w14:paraId="1F3E4C37" w14:textId="77777777" w:rsidR="008F6BF0" w:rsidRPr="00B70C27" w:rsidRDefault="008F6BF0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3FEA80F" w14:textId="7C2AB70A" w:rsidR="008F6BF0" w:rsidRPr="00B70C27" w:rsidRDefault="008F6BF0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duck in the truck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Chocolate mousse for Greedy Goose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What's in the Witches kitchen?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Oi frog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Row, Row Pirate boat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Hope little bunnies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820544" w14:textId="14EB73B7" w:rsidR="008F6BF0" w:rsidRPr="00B70C27" w:rsidRDefault="008F6BF0" w:rsidP="00B70C27">
            <w:pPr>
              <w:spacing w:line="240" w:lineRule="auto"/>
              <w:ind w:right="111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I went to the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Zoopermarket</w:t>
            </w:r>
            <w:proofErr w:type="spellEnd"/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Hippo as a hat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5 minutes to bed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Mrs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Blackhat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Bathroom Boogie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The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Wonkey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Donkey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10D5EC" w14:textId="0DCF4D35" w:rsidR="008F6BF0" w:rsidRPr="00B70C27" w:rsidRDefault="008F6BF0" w:rsidP="00B70C27">
            <w:pPr>
              <w:spacing w:line="240" w:lineRule="auto"/>
              <w:ind w:left="109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Stick Man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 Squash and a Squeeze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Portside Pirates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Veg Patch Part</w:t>
            </w:r>
            <w:r w:rsidR="00B70C27" w:rsidRPr="00B70C27">
              <w:rPr>
                <w:rFonts w:asciiTheme="majorHAnsi" w:hAnsiTheme="majorHAnsi" w:cstheme="majorHAnsi"/>
                <w:sz w:val="20"/>
                <w:szCs w:val="20"/>
              </w:rPr>
              <w:t>y</w:t>
            </w:r>
            <w:r w:rsidR="004C700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Giraffes Can’t Dance</w:t>
            </w:r>
            <w:r w:rsidR="008A6BC2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Party Pants</w:t>
            </w:r>
          </w:p>
        </w:tc>
      </w:tr>
      <w:tr w:rsidR="008A3346" w:rsidRPr="00B70C27" w14:paraId="0F7B6FC0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D6F7DCC" w14:textId="55052B98" w:rsidR="008A3346" w:rsidRPr="00B70C27" w:rsidRDefault="008A3346" w:rsidP="00B70C27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206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Cs/>
                <w:color w:val="17365D" w:themeColor="text2" w:themeShade="BF"/>
                <w:spacing w:val="-2"/>
                <w:sz w:val="20"/>
                <w:szCs w:val="20"/>
              </w:rPr>
              <w:t>Phonics Texts (</w:t>
            </w:r>
            <w:r w:rsidR="008A6BC2" w:rsidRPr="00B70C27">
              <w:rPr>
                <w:rFonts w:asciiTheme="majorHAnsi" w:hAnsiTheme="majorHAnsi" w:cstheme="majorHAnsi"/>
                <w:bCs/>
                <w:color w:val="17365D" w:themeColor="text2" w:themeShade="BF"/>
                <w:spacing w:val="-2"/>
                <w:sz w:val="20"/>
                <w:szCs w:val="20"/>
              </w:rPr>
              <w:t>Nursery Rhymes/</w:t>
            </w:r>
            <w:r w:rsidRPr="00B70C27">
              <w:rPr>
                <w:rFonts w:asciiTheme="majorHAnsi" w:hAnsiTheme="majorHAnsi" w:cstheme="majorHAnsi"/>
                <w:bCs/>
                <w:color w:val="17365D" w:themeColor="text2" w:themeShade="BF"/>
                <w:spacing w:val="-2"/>
                <w:sz w:val="20"/>
                <w:szCs w:val="20"/>
              </w:rPr>
              <w:t>Songs)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8C7AA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Humpty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Dumpty</w:t>
            </w:r>
          </w:p>
          <w:p w14:paraId="434AD8EC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Wind the bobbin up</w:t>
            </w:r>
          </w:p>
          <w:p w14:paraId="2970B7A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Old Macdonald had a farm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Incy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Wincy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Spider</w:t>
            </w:r>
          </w:p>
          <w:p w14:paraId="6442DE1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1,2,3,4,5 Once I caught a fish alive</w:t>
            </w:r>
          </w:p>
          <w:p w14:paraId="393A098C" w14:textId="744F9A7B" w:rsidR="008A3346" w:rsidRPr="00B70C27" w:rsidRDefault="008A3346" w:rsidP="00B70C27">
            <w:pPr>
              <w:spacing w:line="240" w:lineRule="auto"/>
              <w:ind w:left="105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wheels on the bus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CE6575F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5 little ducks</w:t>
            </w:r>
          </w:p>
          <w:p w14:paraId="1BB2A690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One little elephant balancing…</w:t>
            </w:r>
          </w:p>
          <w:p w14:paraId="2FACADFE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5 little men in a flying saucer</w:t>
            </w:r>
          </w:p>
          <w:p w14:paraId="0E9BAE49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Grand Old Duke of York</w:t>
            </w:r>
          </w:p>
          <w:p w14:paraId="0579E52A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Tractor Song</w:t>
            </w:r>
          </w:p>
          <w:p w14:paraId="028D253E" w14:textId="30592A0A" w:rsidR="008A3346" w:rsidRPr="00B70C27" w:rsidRDefault="008A3346" w:rsidP="00B70C27">
            <w:pPr>
              <w:spacing w:line="240" w:lineRule="auto"/>
              <w:ind w:left="10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Christmas songs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7AE9ACC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Feel the beat</w:t>
            </w:r>
          </w:p>
          <w:p w14:paraId="307563C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Row, Row, Row your boat</w:t>
            </w:r>
          </w:p>
          <w:p w14:paraId="22823ADD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5 Little Monkeys</w:t>
            </w:r>
          </w:p>
          <w:p w14:paraId="7918FB23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Down at the Station</w:t>
            </w:r>
          </w:p>
          <w:p w14:paraId="4E675929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10 fat sausages</w:t>
            </w:r>
          </w:p>
          <w:p w14:paraId="7BDA65C8" w14:textId="6DD46603" w:rsidR="008A3346" w:rsidRPr="00B70C27" w:rsidRDefault="008A3346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Here we go round the Mulberry Bush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5A856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If you’re happy and you know it</w:t>
            </w:r>
          </w:p>
          <w:p w14:paraId="13BD04F5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5 currant buns</w:t>
            </w:r>
          </w:p>
          <w:p w14:paraId="5573EF7D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Down in the jungle</w:t>
            </w:r>
          </w:p>
          <w:p w14:paraId="5BB768FF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Five little speckled frogs</w:t>
            </w:r>
          </w:p>
          <w:p w14:paraId="2643EFA1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I’m a pirate boat</w:t>
            </w:r>
          </w:p>
          <w:p w14:paraId="047F9496" w14:textId="174CCA09" w:rsidR="008A3346" w:rsidRPr="00B70C27" w:rsidRDefault="008A3346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Little Peter rabbit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7EF66E0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One finger one thumb </w:t>
            </w:r>
            <w:proofErr w:type="gram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keep</w:t>
            </w:r>
            <w:proofErr w:type="gram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moving</w:t>
            </w:r>
          </w:p>
          <w:p w14:paraId="364A94A4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Penguin dance</w:t>
            </w:r>
          </w:p>
          <w:p w14:paraId="66351564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 sailor went to sea, sea, sea</w:t>
            </w:r>
          </w:p>
          <w:p w14:paraId="1D8297EA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When you want to make a spell</w:t>
            </w:r>
          </w:p>
          <w:p w14:paraId="360AA5C7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10 green bottles</w:t>
            </w:r>
          </w:p>
          <w:p w14:paraId="2D73EA54" w14:textId="51869EDB" w:rsidR="008A3346" w:rsidRPr="00B70C27" w:rsidRDefault="008A3346" w:rsidP="00B70C27">
            <w:pPr>
              <w:spacing w:line="240" w:lineRule="auto"/>
              <w:ind w:right="111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The bear went over the mountain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489100D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Dinosaurs</w:t>
            </w:r>
          </w:p>
          <w:p w14:paraId="09398A0F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Ten in the bed</w:t>
            </w:r>
          </w:p>
          <w:p w14:paraId="7F7211ED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Head, shoulders knees and toes</w:t>
            </w:r>
          </w:p>
          <w:p w14:paraId="56269EF1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Hokey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Cokey</w:t>
            </w:r>
            <w:proofErr w:type="spellEnd"/>
          </w:p>
          <w:p w14:paraId="22AC687B" w14:textId="77777777" w:rsidR="008A3346" w:rsidRPr="00B70C27" w:rsidRDefault="008A3346" w:rsidP="00B70C27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Here we go round the mulberry bush</w:t>
            </w:r>
          </w:p>
          <w:p w14:paraId="52F155F5" w14:textId="4B3103DC" w:rsidR="008A3346" w:rsidRPr="00B70C27" w:rsidRDefault="008A3346" w:rsidP="00B70C27">
            <w:pPr>
              <w:spacing w:line="240" w:lineRule="auto"/>
              <w:ind w:left="109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One man went to mow</w:t>
            </w:r>
          </w:p>
        </w:tc>
      </w:tr>
    </w:tbl>
    <w:p w14:paraId="1E216DB9" w14:textId="77777777" w:rsidR="0047429D" w:rsidRPr="00B70C27" w:rsidRDefault="0047429D" w:rsidP="00B70C27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B70C27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639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390"/>
        <w:gridCol w:w="2390"/>
        <w:gridCol w:w="2390"/>
        <w:gridCol w:w="2390"/>
        <w:gridCol w:w="2390"/>
        <w:gridCol w:w="2390"/>
      </w:tblGrid>
      <w:tr w:rsidR="007A27F1" w:rsidRPr="00B70C27" w14:paraId="7553CAF5" w14:textId="77777777" w:rsidTr="009B5178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DD716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lastRenderedPageBreak/>
              <w:t>Throughout the year we will…</w:t>
            </w:r>
          </w:p>
          <w:p w14:paraId="2554518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Share and revisit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favourite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books</w:t>
            </w:r>
          </w:p>
          <w:p w14:paraId="2EC8DBC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enjoy rhyme and sound play</w:t>
            </w:r>
          </w:p>
          <w:p w14:paraId="6AA4F19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props and small world to retell</w:t>
            </w:r>
          </w:p>
          <w:p w14:paraId="54D4BE1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notice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meaningful print</w:t>
            </w:r>
          </w:p>
          <w:p w14:paraId="008E485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purposeful marks.</w:t>
            </w:r>
          </w:p>
          <w:p w14:paraId="6D79D0F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 Book of the Week golden words are taught through objects, actions, visuals, talk and play.</w:t>
            </w:r>
          </w:p>
        </w:tc>
      </w:tr>
      <w:tr w:rsidR="007A27F1" w:rsidRPr="00B70C27" w14:paraId="3FAD5C0C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9E1C3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Mathematics</w:t>
            </w:r>
          </w:p>
          <w:p w14:paraId="0EACD2D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White Rose Nursery scheme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20E3F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6F692775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3D713A2" w14:textId="3D009EC6" w:rsidR="00060068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1–4</w:t>
            </w:r>
          </w:p>
          <w:p w14:paraId="47B5123D" w14:textId="42631AC7" w:rsidR="00060068" w:rsidRPr="00B70C27" w:rsidRDefault="00060068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Make large and small collections. Make collections the same.</w:t>
            </w:r>
          </w:p>
          <w:p w14:paraId="1E2225F6" w14:textId="77777777" w:rsidR="00060068" w:rsidRPr="00B70C27" w:rsidRDefault="00060068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Begin to explore and describe natural shapes and objects. Find and collect objects for a purpose. </w:t>
            </w:r>
          </w:p>
          <w:p w14:paraId="51CB2056" w14:textId="77777777" w:rsidR="00060068" w:rsidRPr="00B70C27" w:rsidRDefault="00060068" w:rsidP="00B70C27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Make line patterns with own sequences. Choose blocks to build roads and towers. </w:t>
            </w:r>
          </w:p>
          <w:p w14:paraId="059F34B1" w14:textId="5F3AB260" w:rsidR="00060068" w:rsidRPr="00B70C27" w:rsidRDefault="0006006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Join in stable order counting forwards. Join in stable order counting backwards.</w:t>
            </w:r>
          </w:p>
          <w:p w14:paraId="21EBD782" w14:textId="74734013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B75ED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FCA4F86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2187296" w14:textId="77777777" w:rsidR="00F77BFF" w:rsidRPr="00B70C27" w:rsidRDefault="00EA1D9D" w:rsidP="00B70C27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5–8</w:t>
            </w:r>
            <w:r w:rsidR="00F77BFF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1A349A8" w14:textId="180C11ED" w:rsidR="00F77BFF" w:rsidRPr="00B70C27" w:rsidRDefault="00F77BFF" w:rsidP="00B70C27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Say number names in order. Begin to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that anything can be counted.</w:t>
            </w:r>
          </w:p>
          <w:p w14:paraId="16C5A0AC" w14:textId="77777777" w:rsidR="00F77BFF" w:rsidRPr="00B70C27" w:rsidRDefault="00F77BFF" w:rsidP="00B70C27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Point to 1,2,3. </w:t>
            </w: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1,2,3 in well-known tales. </w:t>
            </w:r>
          </w:p>
          <w:p w14:paraId="5A8294F7" w14:textId="77777777" w:rsidR="00F77BFF" w:rsidRPr="00B70C27" w:rsidRDefault="00F77BFF" w:rsidP="00B70C27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Say what happens next. Make arrangements in art. </w:t>
            </w:r>
          </w:p>
          <w:p w14:paraId="46317736" w14:textId="77777777" w:rsidR="00F77BFF" w:rsidRPr="00B70C27" w:rsidRDefault="00F77BFF" w:rsidP="00B70C27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Explore and describe shapes and objects. Sort shapes and objects into simple categories. </w:t>
            </w:r>
          </w:p>
          <w:p w14:paraId="514C24B5" w14:textId="72B734D8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129144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882CBEF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6EC2AB" w14:textId="77777777" w:rsidR="00E35DB1" w:rsidRPr="00B70C27" w:rsidRDefault="00EA1D9D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White Rose Nursery </w:t>
            </w:r>
          </w:p>
          <w:p w14:paraId="234B1315" w14:textId="77777777" w:rsidR="00E35DB1" w:rsidRPr="00B70C27" w:rsidRDefault="00EA1D9D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blocks 9–12</w:t>
            </w:r>
          </w:p>
          <w:p w14:paraId="6C02DA1C" w14:textId="265B9AB7" w:rsidR="00C579A9" w:rsidRPr="00B70C27" w:rsidRDefault="00C579A9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Show 2 or 3 fingers when seeing 2 or 3 in stories. Show 1,2,3 on fingers when asked. </w:t>
            </w:r>
          </w:p>
          <w:p w14:paraId="0B409C48" w14:textId="77777777" w:rsidR="00C579A9" w:rsidRPr="00B70C27" w:rsidRDefault="00C579A9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Label amounts as 1 and not 1. Label amounts as 1,2,3. </w:t>
            </w:r>
          </w:p>
          <w:p w14:paraId="5EFEFC8B" w14:textId="77777777" w:rsidR="00C579A9" w:rsidRPr="00B70C27" w:rsidRDefault="00C579A9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Move through positions. Follow simple small world routes. </w:t>
            </w:r>
          </w:p>
          <w:p w14:paraId="53D67F78" w14:textId="77777777" w:rsidR="00C579A9" w:rsidRPr="00B70C27" w:rsidRDefault="00C579A9" w:rsidP="00B70C27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Make simple pattern arrangements. Show an interest in patterns and shapes. </w:t>
            </w:r>
          </w:p>
          <w:p w14:paraId="0281D987" w14:textId="66E5011F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82BD9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08897178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B08136" w14:textId="54EA091F" w:rsidR="00642C78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13–16</w:t>
            </w:r>
          </w:p>
          <w:p w14:paraId="4C84E1CE" w14:textId="070E635B" w:rsidR="00642C78" w:rsidRPr="00B70C27" w:rsidRDefault="00642C78" w:rsidP="00B70C27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Give other 3 items. Count 3 objects with one-to-one correspondence. </w:t>
            </w:r>
          </w:p>
          <w:p w14:paraId="042946C4" w14:textId="77777777" w:rsidR="00642C78" w:rsidRPr="00B70C27" w:rsidRDefault="00642C78" w:rsidP="00B70C27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Follow simple routes outside. Follow toys around a simple route. </w:t>
            </w:r>
          </w:p>
          <w:p w14:paraId="2F3724A0" w14:textId="77777777" w:rsidR="00642C78" w:rsidRPr="00B70C27" w:rsidRDefault="00642C78" w:rsidP="00B70C27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Say when there are 3 dots.  </w:t>
            </w:r>
            <w:proofErr w:type="spellStart"/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1,2 and 3 in different arrangements. </w:t>
            </w:r>
          </w:p>
          <w:p w14:paraId="11764F68" w14:textId="77777777" w:rsidR="00642C78" w:rsidRPr="00B70C27" w:rsidRDefault="00642C78" w:rsidP="00B70C27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Make collections the same using large and small objects. Sort and talk about their own collections.  </w:t>
            </w:r>
          </w:p>
          <w:p w14:paraId="5385BBDD" w14:textId="77777777" w:rsidR="00642C78" w:rsidRPr="00B70C27" w:rsidRDefault="00642C78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AEF78F" w14:textId="195D7E03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5C2BC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7DA59A4B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4F384D5" w14:textId="77777777" w:rsidR="00E64004" w:rsidRPr="00B70C27" w:rsidRDefault="00EA1D9D" w:rsidP="00B70C27">
            <w:pPr>
              <w:pStyle w:val="TableParagraph"/>
              <w:ind w:left="0" w:right="111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17–20</w:t>
            </w:r>
          </w:p>
          <w:p w14:paraId="5818F928" w14:textId="5D974D4A" w:rsidR="00E64004" w:rsidRPr="00B70C27" w:rsidRDefault="00E64004" w:rsidP="00B70C27">
            <w:pPr>
              <w:pStyle w:val="TableParagraph"/>
              <w:ind w:left="0"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Copy art based simple patterns. Explore own line and repeating patterns in art. </w:t>
            </w:r>
          </w:p>
          <w:p w14:paraId="21039536" w14:textId="77777777" w:rsidR="00E64004" w:rsidRPr="00B70C27" w:rsidRDefault="00E64004" w:rsidP="00B70C27">
            <w:pPr>
              <w:pStyle w:val="TableParagraph"/>
              <w:ind w:left="0"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Explore objects and small world from different positions. Make simple routes in small world with lines and curves. </w:t>
            </w:r>
          </w:p>
          <w:p w14:paraId="43E482A4" w14:textId="77777777" w:rsidR="00E64004" w:rsidRPr="00B70C27" w:rsidRDefault="00E64004" w:rsidP="00B70C27">
            <w:pPr>
              <w:pStyle w:val="TableParagraph"/>
              <w:ind w:left="0"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Copy AB patterns with support. Continue AB patterns with support. </w:t>
            </w:r>
          </w:p>
          <w:p w14:paraId="4E7E0A74" w14:textId="563B6EF8" w:rsidR="007A27F1" w:rsidRPr="00B70C27" w:rsidRDefault="00E64004" w:rsidP="00B70C27">
            <w:pPr>
              <w:pStyle w:val="TableParagraph"/>
              <w:ind w:left="0"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Listen to and represent sounds with fingers. Listen to and represent sounds with resources. 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63D7D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5DCE8836" w14:textId="77777777" w:rsidR="008561C7" w:rsidRPr="00B70C27" w:rsidRDefault="008561C7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0D3EB56" w14:textId="31A54DC9" w:rsidR="007E4B22" w:rsidRPr="00B70C27" w:rsidRDefault="00EA1D9D" w:rsidP="00B70C27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21–2</w:t>
            </w:r>
            <w:r w:rsidR="00E40CF1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7E4B22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Begin to count 5 objects with one-to-one correspondence. Match numerals to quantities when acting out songs. </w:t>
            </w:r>
          </w:p>
          <w:p w14:paraId="31D38BE9" w14:textId="77777777" w:rsidR="007E4B22" w:rsidRPr="00B70C27" w:rsidRDefault="007E4B22" w:rsidP="00B70C27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Copy simple repeated constructions. Begin to sequence some events. </w:t>
            </w:r>
          </w:p>
          <w:p w14:paraId="14629C8F" w14:textId="77777777" w:rsidR="007E4B22" w:rsidRPr="00B70C27" w:rsidRDefault="007E4B22" w:rsidP="00B70C27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Independently show fingers to 5. Begin to make marks to represent quantities. </w:t>
            </w:r>
          </w:p>
          <w:p w14:paraId="3A213ED9" w14:textId="77777777" w:rsidR="007E4B22" w:rsidRPr="00B70C27" w:rsidRDefault="007E4B22" w:rsidP="00B70C27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attributes of objects. Begin to sort some objects to a type. </w:t>
            </w:r>
          </w:p>
          <w:p w14:paraId="5987895B" w14:textId="2874DD41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011" w:rsidRPr="00B70C27" w14:paraId="092B20BA" w14:textId="77777777" w:rsidTr="009B5178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82D701" w14:textId="10F623CB" w:rsidR="00447011" w:rsidRPr="00B70C27" w:rsidRDefault="00447011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Maths</w:t>
            </w:r>
            <w:proofErr w:type="spellEnd"/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 xml:space="preserve"> Books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87F13A2" w14:textId="5FEADC16" w:rsidR="00447011" w:rsidRPr="00B70C27" w:rsidRDefault="00447011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Harry and the Bucketful of Dinosaurs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Whatever Next!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The Little Red Hen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Five Little Ducks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5CDE069" w14:textId="14AB0DEE" w:rsidR="00447011" w:rsidRPr="00B70C27" w:rsidRDefault="00447011" w:rsidP="00B70C27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The Three Billy Goats Gruff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proofErr w:type="spellStart"/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Peepo</w:t>
            </w:r>
            <w:proofErr w:type="spellEnd"/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Visual Timetable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Cat Up, Cat Down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  <w:p w14:paraId="4E2118A0" w14:textId="77777777" w:rsidR="00447011" w:rsidRPr="00B70C27" w:rsidRDefault="00447011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6BA85BE" w14:textId="13178A1D" w:rsidR="00447011" w:rsidRPr="00B70C27" w:rsidRDefault="00447011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Fox’s Socks/</w:t>
            </w:r>
            <w:proofErr w:type="spellStart"/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Peepo</w:t>
            </w:r>
            <w:proofErr w:type="spellEnd"/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!</w:t>
            </w:r>
            <w:r w:rsidR="00DA52CC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Goldilocks and the Three Bear</w:t>
            </w:r>
            <w:r w:rsidR="00DA52CC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s</w:t>
            </w:r>
            <w:r w:rsidR="00DA52CC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Rosie’s Walk/Where is Marmaduke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Cave Baby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2AF716" w14:textId="011519B1" w:rsidR="00447011" w:rsidRPr="00B70C27" w:rsidRDefault="00447011" w:rsidP="00B70C27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Meg and Mog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Naughty Bus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Let’s Play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Oliver’s Fruit Salad</w:t>
            </w:r>
          </w:p>
          <w:p w14:paraId="1CA9BF24" w14:textId="77777777" w:rsidR="00447011" w:rsidRPr="00B70C27" w:rsidRDefault="00447011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1677E2" w14:textId="43F24233" w:rsidR="00447011" w:rsidRPr="00B70C27" w:rsidRDefault="00447011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Elmer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The Gruffalo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A-B-A-</w:t>
            </w:r>
            <w:proofErr w:type="spellStart"/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B_a</w:t>
            </w:r>
            <w:proofErr w:type="spellEnd"/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-a Book of Pattern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Hungry Caterpillar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/</w:t>
            </w:r>
            <w:proofErr w:type="spellStart"/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Ooo</w:t>
            </w:r>
            <w:proofErr w:type="spellEnd"/>
            <w:r w:rsidR="00B70C27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Gorilla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01EE98" w14:textId="15CC22B3" w:rsidR="00447011" w:rsidRPr="00B70C27" w:rsidRDefault="00447011" w:rsidP="00B70C2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Five Currant Buns</w:t>
            </w:r>
            <w:r w:rsidR="005020EE"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Lulu’s First Day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Ten Little Princesses</w:t>
            </w:r>
            <w:r w:rsidR="00E35DB1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Kipper’s Birthday/Aliens Love Underpants</w:t>
            </w:r>
          </w:p>
        </w:tc>
      </w:tr>
      <w:tr w:rsidR="007A27F1" w:rsidRPr="00B70C27" w14:paraId="1B504141" w14:textId="77777777" w:rsidTr="009B5178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B1191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3D1C744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Notice and use number, pattern, shape, measure and spatial language in routines, stories and play.</w:t>
            </w:r>
          </w:p>
          <w:p w14:paraId="07A68BD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Revisit concepts with varied objects and contexts so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understanding becomes secure and transferable.</w:t>
            </w:r>
          </w:p>
        </w:tc>
      </w:tr>
      <w:tr w:rsidR="00CB202C" w:rsidRPr="00B70C27" w14:paraId="3A9CABE8" w14:textId="77777777" w:rsidTr="00B70C27">
        <w:trPr>
          <w:cantSplit/>
          <w:trHeight w:val="6760"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0E41548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Understanding the World</w:t>
            </w:r>
          </w:p>
          <w:p w14:paraId="79114D9C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DB4D70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Past and Present</w:t>
            </w:r>
          </w:p>
          <w:p w14:paraId="24A0E2A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3368D98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People, Culture and Communities</w:t>
            </w:r>
          </w:p>
          <w:p w14:paraId="31A0D0E9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F784D27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The Natural World</w:t>
            </w:r>
          </w:p>
          <w:p w14:paraId="16765981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7EE2B3C4" w14:textId="4534D258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17653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01388608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5D839F9" w14:textId="2FF7EF98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Talk about family and community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and special people</w:t>
            </w:r>
          </w:p>
          <w:p w14:paraId="61DCE247" w14:textId="5E7B9075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Know parts of the body and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explore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senses</w:t>
            </w:r>
          </w:p>
          <w:p w14:paraId="2F7214C0" w14:textId="53427D44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Recognise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that people and families have similarities and differences.</w:t>
            </w:r>
          </w:p>
          <w:p w14:paraId="44A2E78B" w14:textId="6D5F7AF9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Look at diffe</w:t>
            </w:r>
            <w:r w:rsidR="00B70C27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rent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homes and environments</w:t>
            </w:r>
          </w:p>
          <w:p w14:paraId="71E19BE6" w14:textId="333A7A2E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 autumn and</w:t>
            </w:r>
          </w:p>
          <w:p w14:paraId="25315103" w14:textId="4D8C115A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harvest</w:t>
            </w:r>
          </w:p>
          <w:p w14:paraId="6E46B104" w14:textId="2901E8C1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3EF4E8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56E4102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E403F3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C927D45" w14:textId="4FAFB2DD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What could I do when I was a baby?</w:t>
            </w:r>
          </w:p>
          <w:p w14:paraId="3ADC85C0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Which places are special to me?</w:t>
            </w:r>
          </w:p>
          <w:p w14:paraId="2602E7FC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How do my senses help me find out?</w:t>
            </w:r>
          </w:p>
          <w:p w14:paraId="536E88DB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903EDBE" w14:textId="588A79C6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6C46771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9105BC7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7C13697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 autumn and winter</w:t>
            </w:r>
          </w:p>
          <w:p w14:paraId="30E27876" w14:textId="681B401D" w:rsidR="00CB202C" w:rsidRPr="00B70C27" w:rsidRDefault="00CB202C" w:rsidP="00B70C27">
            <w:pPr>
              <w:spacing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B70C27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t>Find out about Bonfire Night</w:t>
            </w:r>
            <w:r w:rsidR="00B70C27" w:rsidRPr="00B70C27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br/>
            </w:r>
            <w:r w:rsidRPr="00B70C27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t>I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nvestigate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sources and purposes of light</w:t>
            </w:r>
            <w:r w:rsidRPr="00B70C27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br/>
              <w:t>E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xplore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post and how things are de</w:t>
            </w:r>
            <w:r w:rsidR="00B70C27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livered</w:t>
            </w:r>
            <w:r w:rsidRPr="00B70C27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Learn that celebrations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Christmas have special stories, and objects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Cook and bake linked to stories</w:t>
            </w:r>
          </w:p>
          <w:p w14:paraId="7E0EB11E" w14:textId="7B341E88" w:rsidR="00CB202C" w:rsidRPr="00B70C27" w:rsidRDefault="00CB202C" w:rsidP="00B70C27">
            <w:pPr>
              <w:spacing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  <w:p w14:paraId="14ADD7B8" w14:textId="603B47A9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What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happened in Bethlehem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?</w:t>
            </w:r>
          </w:p>
          <w:p w14:paraId="6C395F12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Where does a letter go?</w:t>
            </w:r>
          </w:p>
          <w:p w14:paraId="70011C57" w14:textId="7E30AC84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Science: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Why is dark necessary?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A91789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E37F08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2F8CC31" w14:textId="31F8B91E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 winter</w:t>
            </w:r>
          </w:p>
          <w:p w14:paraId="4DBE6385" w14:textId="63342D92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 freezing and melting</w:t>
            </w:r>
          </w:p>
          <w:p w14:paraId="1BFCB890" w14:textId="1AEBCCAA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 birds/animals using visible features</w:t>
            </w:r>
          </w:p>
          <w:p w14:paraId="49413E9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link fur, feathers, food and shelter to basic needs</w:t>
            </w:r>
          </w:p>
          <w:p w14:paraId="670AC4E6" w14:textId="572D1745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Distinguish here from distant cold places</w:t>
            </w:r>
          </w:p>
          <w:p w14:paraId="758FF83F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687FEBD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AC7FA50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4BC4A04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71BC546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913B83D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6E53812F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330A58A" w14:textId="05E6BC30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What has changed outside since autumn?</w:t>
            </w:r>
          </w:p>
          <w:p w14:paraId="1C4B6DE3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What is different in a very cold place?</w:t>
            </w:r>
          </w:p>
          <w:p w14:paraId="14C34D46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How can we make ice melt faster or slower?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782590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7F6ECCEA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EDA11B3" w14:textId="012B03F6" w:rsidR="00CB202C" w:rsidRPr="00B70C27" w:rsidRDefault="00CB202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Observe seasonal changes – Winter to Spring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Discover the lifecycle of a frog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Distinguish between real and imagined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places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Compare story settings</w:t>
            </w:r>
          </w:p>
          <w:p w14:paraId="6EE5F836" w14:textId="53A91CC5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.</w:t>
            </w:r>
          </w:p>
          <w:p w14:paraId="64AC654B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F072CCE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4173248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79772C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3BF2E35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FF6A5B6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67E93B4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77016F2" w14:textId="723F6DF0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you remember what the trees looked like in winter? What do they look like now?</w:t>
            </w:r>
          </w:p>
          <w:p w14:paraId="722D07F8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What is the same or different about these story places?</w:t>
            </w:r>
          </w:p>
          <w:p w14:paraId="4497AEED" w14:textId="11C725C5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Science: 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happens to frogspawn?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1EA147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55015186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42A66551" w14:textId="487CFD4A" w:rsidR="00CB202C" w:rsidRPr="00B70C27" w:rsidRDefault="00CB202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needs of plants and animals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Find put about Wild animals, babies and their habitats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Know similarities and differences between animals Care for living things</w:t>
            </w:r>
            <w:r w:rsidR="00361C65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Look after plants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  <w:p w14:paraId="371BB311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F83FFB4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6494C04E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8AFB679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6FF9C68" w14:textId="06697EEF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How has our plant changed?</w:t>
            </w:r>
          </w:p>
          <w:p w14:paraId="07201661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Why do animals live in different places?</w:t>
            </w:r>
          </w:p>
          <w:p w14:paraId="75073D7C" w14:textId="226A0775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Science: What do </w:t>
            </w:r>
            <w:proofErr w:type="gram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living</w:t>
            </w:r>
            <w:proofErr w:type="gram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things need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to grow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1CEAB5E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6F2EFB37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A7CD6FE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Look at seasonal change – Summer</w:t>
            </w:r>
          </w:p>
          <w:p w14:paraId="60910F96" w14:textId="1B864E76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 coast/seaside with the local area</w:t>
            </w:r>
          </w:p>
          <w:p w14:paraId="7AD0B87A" w14:textId="0A8D9472" w:rsidR="00CB202C" w:rsidRPr="00B70C27" w:rsidRDefault="00CB202C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 simple maps and journeys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  <w:t>Investigate Minibeasts and life cycles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investigate floating/sinking and changing materials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learn about occupations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compare personal past and present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prepare for a new place and routine.</w:t>
            </w:r>
          </w:p>
          <w:p w14:paraId="34421030" w14:textId="3B4ADB0C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History: </w:t>
            </w:r>
            <w:r w:rsidR="00361C65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hat was the seaside like long ago?</w:t>
            </w:r>
          </w:p>
          <w:p w14:paraId="6573E29E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Geography: How could we travel from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Shawclough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to the seaside?</w:t>
            </w:r>
          </w:p>
          <w:p w14:paraId="29C9B7CB" w14:textId="77777777" w:rsidR="00CB202C" w:rsidRPr="00B70C27" w:rsidRDefault="00CB202C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helps something float?</w:t>
            </w:r>
          </w:p>
        </w:tc>
      </w:tr>
      <w:tr w:rsidR="005220E4" w:rsidRPr="00B70C27" w14:paraId="252A8C44" w14:textId="77777777" w:rsidTr="009B5178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7BAFDC" w14:textId="1DE5A874" w:rsidR="005220E4" w:rsidRPr="00B70C27" w:rsidRDefault="005220E4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4F1656D3" w14:textId="77777777" w:rsidR="005220E4" w:rsidRPr="00B70C27" w:rsidRDefault="005220E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 the local natural world repeatedly</w:t>
            </w:r>
          </w:p>
          <w:p w14:paraId="270DB691" w14:textId="77777777" w:rsidR="005220E4" w:rsidRPr="00B70C27" w:rsidRDefault="005220E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talk about families, communities and change</w:t>
            </w:r>
          </w:p>
          <w:p w14:paraId="5421B151" w14:textId="77777777" w:rsidR="005220E4" w:rsidRPr="00B70C27" w:rsidRDefault="005220E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investigate materials and living things</w:t>
            </w:r>
          </w:p>
          <w:p w14:paraId="2B9C45B2" w14:textId="77777777" w:rsidR="005220E4" w:rsidRPr="00B70C27" w:rsidRDefault="005220E4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photographs, objects, maps and first-hand experiences to connect past, place and science.</w:t>
            </w:r>
          </w:p>
        </w:tc>
      </w:tr>
    </w:tbl>
    <w:p w14:paraId="6C53D4EE" w14:textId="77777777" w:rsidR="007A27F1" w:rsidRPr="00B70C27" w:rsidRDefault="007A27F1" w:rsidP="00B70C27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390"/>
        <w:gridCol w:w="2390"/>
        <w:gridCol w:w="2390"/>
        <w:gridCol w:w="2390"/>
        <w:gridCol w:w="2390"/>
        <w:gridCol w:w="2390"/>
      </w:tblGrid>
      <w:tr w:rsidR="007A27F1" w:rsidRPr="00B70C27" w14:paraId="40753472" w14:textId="77777777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71CB28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Expressive Arts and Design</w:t>
            </w:r>
          </w:p>
          <w:p w14:paraId="52FAFAC7" w14:textId="77777777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173948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Creating with Materials</w:t>
            </w:r>
          </w:p>
          <w:p w14:paraId="7B48A1EC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A16295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Being Imaginative and Expressive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25B39F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6BE8B99D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80528AE" w14:textId="0B5D52A7" w:rsidR="006B6F3D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Draw </w:t>
            </w:r>
            <w:proofErr w:type="spellStart"/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Self portraits</w:t>
            </w:r>
            <w:proofErr w:type="spellEnd"/>
            <w:r w:rsidR="006B6F3D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proofErr w:type="spellStart"/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mix</w:t>
            </w:r>
            <w:r w:rsidR="006B6F3D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Create a f</w:t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amily picture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Produce A</w:t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utumn transient art</w:t>
            </w:r>
            <w:r w:rsidR="006B6F3D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Sing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familiar songs</w:t>
            </w:r>
            <w:r w:rsidR="006B6F3D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ore</w:t>
            </w:r>
            <w:r w:rsidR="001F74D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instruments</w:t>
            </w:r>
            <w:r w:rsidR="006B6F3D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Pretend and play in the home corner</w:t>
            </w:r>
          </w:p>
          <w:p w14:paraId="7BAEF34B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C345EC1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12856EE" w14:textId="77777777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CD0E248" w14:textId="25B73992" w:rsidR="007A27F1" w:rsidRPr="00B70C27" w:rsidRDefault="001F74D4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</w:t>
            </w:r>
            <w:r w:rsidR="00F015E3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Which </w:t>
            </w:r>
            <w:proofErr w:type="spellStart"/>
            <w:r w:rsidR="00F015E3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="00F015E3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makes you feel happy/sad?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DT: </w:t>
            </w:r>
            <w:r w:rsidR="000B483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you make the paper plate look like you?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Music: </w:t>
            </w:r>
            <w:r w:rsidR="00FC4A2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Which songs make you happy?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C487CE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1AF889A0" w14:textId="77777777" w:rsidR="00204B89" w:rsidRPr="00B70C27" w:rsidRDefault="00204B89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10B3CB" w14:textId="03E69BB8" w:rsidR="00204B89" w:rsidRPr="00B70C27" w:rsidRDefault="00ED4332" w:rsidP="00B70C27">
            <w:pP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Creat</w:t>
            </w:r>
            <w:r w:rsidR="00B70C27" w:rsidRPr="00B70C27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f</w:t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irework paintings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Male C</w:t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hristmas crafts and decorations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Explor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colour</w:t>
            </w:r>
            <w:proofErr w:type="spellEnd"/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 and texture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Play with small world vehicles, build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roads and bridges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Danc</w:t>
            </w:r>
            <w:r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e </w:t>
            </w:r>
            <w:r w:rsidR="005020EE" w:rsidRPr="00B70C27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celebration music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7E1683" w:rsidRPr="00B70C27">
              <w:rPr>
                <w:rFonts w:asciiTheme="majorHAnsi" w:hAnsiTheme="majorHAnsi" w:cstheme="majorHAnsi"/>
                <w:sz w:val="20"/>
                <w:szCs w:val="20"/>
              </w:rPr>
              <w:t>Sing seasonal songs and rhymes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Join in with s</w:t>
            </w:r>
            <w:r w:rsidR="007E1683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mall world and role play linked to celebrations</w:t>
            </w:r>
          </w:p>
          <w:p w14:paraId="491B4992" w14:textId="5D39075E" w:rsidR="007A27F1" w:rsidRPr="00B70C27" w:rsidRDefault="007E1683" w:rsidP="00B70C2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</w:t>
            </w:r>
            <w:r w:rsidR="003C7BCB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Which </w:t>
            </w:r>
            <w:proofErr w:type="spellStart"/>
            <w:r w:rsidR="003C7BCB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colours</w:t>
            </w:r>
            <w:proofErr w:type="spellEnd"/>
            <w:r w:rsidR="003C7BCB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look good on a black background?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DT: </w:t>
            </w:r>
            <w:r w:rsidR="008F7640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will you design your Christmas card?</w:t>
            </w:r>
            <w:r w:rsidR="00204B89" w:rsidRPr="00B70C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Music: </w:t>
            </w:r>
            <w:r w:rsidR="00C54306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you dance to the mu</w:t>
            </w:r>
            <w:r w:rsidR="00C54306" w:rsidRPr="00B70C27">
              <w:rPr>
                <w:rFonts w:asciiTheme="majorHAnsi" w:hAnsiTheme="majorHAnsi" w:cstheme="majorHAnsi"/>
                <w:sz w:val="20"/>
                <w:szCs w:val="20"/>
              </w:rPr>
              <w:t>sic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DFE9D9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1CD671FE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4EA83FE" w14:textId="4CB6D453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a collage using different materials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Paint with ic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Mix ingredients to make a pancake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Sing nursery rhymes with confidence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Explore instruments and sounds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</w:p>
          <w:p w14:paraId="76797174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2A09E43" w14:textId="77777777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335C270" w14:textId="3055EDE8" w:rsidR="00E62254" w:rsidRPr="00B70C27" w:rsidRDefault="00B676B3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</w:t>
            </w:r>
            <w:r w:rsidR="001716F0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we paint a picture with ice?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DT: </w:t>
            </w:r>
            <w:r w:rsidR="00701361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ingredients do we need to make pancakes?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Music: </w:t>
            </w:r>
            <w:r w:rsidR="00E6225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some songs make you feel cold/hot?</w:t>
            </w:r>
          </w:p>
          <w:p w14:paraId="7458E5A9" w14:textId="70713ACC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84D010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1BF4347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31A8CF9" w14:textId="2D2B6FDA" w:rsidR="00204B89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puppe</w:t>
            </w:r>
            <w:r w:rsidR="00B70C27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Take part in sto</w:t>
            </w:r>
            <w:r w:rsidR="00B70C27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ry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role play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mall world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to tell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stor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ies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Build houses for story characters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Creat</w:t>
            </w:r>
            <w:r w:rsidR="005020EE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story props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</w:p>
          <w:p w14:paraId="6A0E26FC" w14:textId="77777777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2359849" w14:textId="77777777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AA6730B" w14:textId="77777777" w:rsidR="00ED4332" w:rsidRPr="00B70C27" w:rsidRDefault="00ED4332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BE766A8" w14:textId="1E98317C" w:rsidR="007A27F1" w:rsidRPr="00B70C27" w:rsidRDefault="002A03F0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</w:t>
            </w:r>
            <w:r w:rsidR="00476A1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Which </w:t>
            </w:r>
            <w:proofErr w:type="spellStart"/>
            <w:r w:rsidR="00476A1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colours</w:t>
            </w:r>
            <w:proofErr w:type="spellEnd"/>
            <w:r w:rsidR="00476A1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can we mix to make new </w:t>
            </w:r>
            <w:proofErr w:type="spellStart"/>
            <w:r w:rsidR="00476A1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colours</w:t>
            </w:r>
            <w:proofErr w:type="spellEnd"/>
            <w:r w:rsidR="00476A1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DT: </w:t>
            </w:r>
            <w:r w:rsidR="0008773B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you use the junk to make a robot?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make fast, slow, loud and quiet story sounds?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389160B" w14:textId="77777777" w:rsidR="00B70C27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28CCF337" w14:textId="77777777" w:rsidR="00B70C27" w:rsidRPr="00B70C27" w:rsidRDefault="00B70C27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  <w:p w14:paraId="12886AC4" w14:textId="2D1F675C" w:rsidR="00204B89" w:rsidRPr="00B70C27" w:rsidRDefault="005020EE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Paint and drawing animals Use junk modelling to make habitats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5E6F0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</w:t>
            </w:r>
            <w:r w:rsidR="005E6F0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music and sounds linked to movement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a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nimal mask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Animal printing and textures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Jungle music and movement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small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world animal play</w:t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ED4332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</w:p>
          <w:p w14:paraId="120A097C" w14:textId="77777777" w:rsidR="00B70C27" w:rsidRPr="00B70C27" w:rsidRDefault="00B70C27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68C14DA2" w14:textId="10239917" w:rsidR="00375704" w:rsidRPr="00B70C27" w:rsidRDefault="005E6F08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Art: What can I see when I look closely?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make something that helps us care for a living thing?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Music: </w:t>
            </w:r>
            <w:r w:rsidR="0037570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songs are there about animals?</w:t>
            </w:r>
          </w:p>
          <w:p w14:paraId="5D186453" w14:textId="5ACC2A06" w:rsidR="007A27F1" w:rsidRPr="00B70C27" w:rsidRDefault="007A27F1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56388F" w14:textId="77777777" w:rsidR="00204B89" w:rsidRPr="00B70C27" w:rsidRDefault="00204B89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08DBCD0E" w14:textId="77777777" w:rsidR="00204B89" w:rsidRPr="00B70C27" w:rsidRDefault="00204B89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5723756" w14:textId="59757D86" w:rsidR="00204B89" w:rsidRPr="00B70C27" w:rsidRDefault="005020EE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asting a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variety of 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cultural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food</w:t>
            </w:r>
            <w:r w:rsidR="00B70C27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 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music and dance from around the 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world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Male t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reasure map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Produce u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nder the sea art </w:t>
            </w:r>
            <w:r w:rsidR="00B70C27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ransient art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Small world imaginative play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uild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dens</w:t>
            </w:r>
            <w:r w:rsidR="00204B89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j</w:t>
            </w:r>
            <w:r w:rsidR="00DE3868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unk modelling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 make boats</w:t>
            </w:r>
          </w:p>
          <w:p w14:paraId="5B78B2EE" w14:textId="43B4EA2F" w:rsidR="007A27F1" w:rsidRPr="00B70C27" w:rsidRDefault="00DE3868" w:rsidP="00B7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</w:t>
            </w:r>
            <w:r w:rsidR="00036074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Can </w:t>
            </w:r>
            <w:r w:rsidR="005D0C3C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make wave, shell or butterfly patter</w:t>
            </w:r>
            <w:r w:rsidR="009E1EEF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ns</w:t>
            </w:r>
            <w:r w:rsidR="005D0C3C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?</w:t>
            </w:r>
            <w:r w:rsidR="005D0C3C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make, test and improve a boat?</w:t>
            </w:r>
            <w:r w:rsidR="005D0C3C"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put seaside sounds together?</w:t>
            </w:r>
          </w:p>
        </w:tc>
      </w:tr>
      <w:tr w:rsidR="007A27F1" w:rsidRPr="00B70C27" w14:paraId="06D5FAA3" w14:textId="77777777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69C70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5405AB5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Sing and move daily</w:t>
            </w:r>
          </w:p>
          <w:p w14:paraId="788BFBC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explore instruments,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line, texture, form and joining</w:t>
            </w:r>
          </w:p>
          <w:p w14:paraId="2D47F2B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imaginative play</w:t>
            </w:r>
          </w:p>
          <w:p w14:paraId="3C36368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return to materials often enough to gain control and make increasingly intentional choices.</w:t>
            </w:r>
          </w:p>
        </w:tc>
      </w:tr>
      <w:tr w:rsidR="007A27F1" w:rsidRPr="00B70C27" w14:paraId="3A1AC7FE" w14:textId="77777777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9FCF7C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Religious Education</w:t>
            </w:r>
          </w:p>
          <w:p w14:paraId="58BAB92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(Following Rochdale’s Agreed Syllabus)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E5EE76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Which stories and people are special?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E08ED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and why do people celebrate?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6D4DD4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places are special and why?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3A648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times are special and why?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2E960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Why is our world special?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3EA3B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Where do we belong?</w:t>
            </w:r>
          </w:p>
        </w:tc>
      </w:tr>
      <w:tr w:rsidR="007A27F1" w:rsidRPr="00B70C27" w14:paraId="208B2F88" w14:textId="77777777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773D8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PSED</w:t>
            </w:r>
          </w:p>
          <w:p w14:paraId="697F5CB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Think Equal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14FD6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7E4A03D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Me, Myself and I</w:t>
            </w:r>
          </w:p>
          <w:p w14:paraId="78838FB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Is There Anyone Like Me?</w:t>
            </w:r>
          </w:p>
          <w:p w14:paraId="6A2CB27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Amazing Daisy</w:t>
            </w:r>
          </w:p>
          <w:p w14:paraId="4FC6B95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A</w:t>
            </w:r>
          </w:p>
          <w:p w14:paraId="15C06CF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</w:t>
            </w:r>
            <w:proofErr w:type="spellStart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Poem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1FE71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6CF218A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We Feel</w:t>
            </w:r>
          </w:p>
          <w:p w14:paraId="1EA8A5B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Wally the Wave</w:t>
            </w:r>
          </w:p>
          <w:p w14:paraId="46E96E3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B</w:t>
            </w:r>
          </w:p>
          <w:p w14:paraId="0435F19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Have a Plan</w:t>
            </w:r>
          </w:p>
          <w:p w14:paraId="248153B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Wall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757FF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06BB744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Tale of Baby Beetroot</w:t>
            </w:r>
          </w:p>
          <w:p w14:paraId="6067EB0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Lara the Yellow Ladybird</w:t>
            </w:r>
          </w:p>
          <w:p w14:paraId="0DB070B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My Voice</w:t>
            </w:r>
          </w:p>
          <w:p w14:paraId="44E0078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C</w:t>
            </w:r>
          </w:p>
          <w:p w14:paraId="618D759F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Kitchi’s Moccasins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E63BB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3D8DA4F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Helping Hands</w:t>
            </w:r>
          </w:p>
          <w:p w14:paraId="7DFF38A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Diego’s Great Idea</w:t>
            </w:r>
          </w:p>
          <w:p w14:paraId="432D481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Head, Heart and Hands</w:t>
            </w:r>
          </w:p>
          <w:p w14:paraId="3B338A1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My Amazing Brain</w:t>
            </w:r>
          </w:p>
          <w:p w14:paraId="4344CE1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D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A27A3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11370BC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Home</w:t>
            </w:r>
          </w:p>
          <w:p w14:paraId="07CBF14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Time to Be Noisy</w:t>
            </w:r>
          </w:p>
          <w:p w14:paraId="35F38FF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Love My Planet</w:t>
            </w:r>
          </w:p>
          <w:p w14:paraId="5BE72E3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Anjali’s Kite</w:t>
            </w:r>
          </w:p>
          <w:p w14:paraId="4EE5610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C924D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Think Equal</w:t>
            </w:r>
          </w:p>
          <w:p w14:paraId="4F96FBE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Sizwe’s Smile</w:t>
            </w:r>
          </w:p>
          <w:p w14:paraId="6E4AEF2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My Special Hair</w:t>
            </w:r>
          </w:p>
          <w:p w14:paraId="4BC4F53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Mum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Loves Me So Much / Dad Loves Me So Much</w:t>
            </w:r>
          </w:p>
          <w:p w14:paraId="5E00479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 Minds F</w:t>
            </w:r>
          </w:p>
          <w:p w14:paraId="4BC6B14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Caring Animals</w:t>
            </w:r>
          </w:p>
        </w:tc>
      </w:tr>
      <w:tr w:rsidR="007A27F1" w:rsidRPr="00B70C27" w14:paraId="6406662B" w14:textId="77777777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6AB463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British Values</w:t>
            </w:r>
          </w:p>
          <w:p w14:paraId="43B20666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Where this might be seen in EYFS: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FAC3D0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2DAE752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Individual liberty, rule of law and mutual respect: express choices, co-create routines, value uniqueness and l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isten respectfully to others.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D084A7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127DB25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Mutual respect and tolerance: compare without ranking traditions, ask respectful questions, collaborate and understand safety rules for roads, candles and gatherings.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B2F8BD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6A15C2C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Democracy and rule of law: agree a method, take turns with equipment, listen to predictions and follow safety/care rules.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FDF15C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0C525A7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Democracy and liberty: vote, improvise, make creative choices and value different ideas</w:t>
            </w:r>
          </w:p>
          <w:p w14:paraId="4E6465E9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mutual respect for sto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ries and traditions.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A672B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188B8C8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Responsibility, mutual respect and democracy: agree care rules and jobs, consider the impact of choices and protect living things.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9A095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be learning to…</w:t>
            </w:r>
          </w:p>
          <w:p w14:paraId="7C65AF6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Individual liberty, democracy and rule of law: choose an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 justify designs, share decisions, value community roles and understand road/water safety.</w:t>
            </w:r>
          </w:p>
        </w:tc>
      </w:tr>
      <w:tr w:rsidR="007A27F1" w:rsidRPr="00B70C27" w14:paraId="420CCE2A" w14:textId="77777777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8A6D8A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2D9932E2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choices and express opinions</w:t>
            </w:r>
          </w:p>
          <w:p w14:paraId="6941C33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simple voting and shared decisions</w:t>
            </w:r>
          </w:p>
          <w:p w14:paraId="1AEB2140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understand routines and rules that keep people safe</w:t>
            </w:r>
          </w:p>
          <w:p w14:paraId="496748E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value var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ied families, cultures, faiths and beliefs</w:t>
            </w:r>
          </w:p>
          <w:p w14:paraId="1A657A2D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take turns, cooperate and care for others and the environment.</w:t>
            </w:r>
          </w:p>
        </w:tc>
      </w:tr>
      <w:tr w:rsidR="007A27F1" w:rsidRPr="00B70C27" w14:paraId="58E1581A" w14:textId="77777777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4DF57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Curriculum progression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CF297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Ocean: describe, sequence, compare and investigate.</w:t>
            </w:r>
          </w:p>
          <w:p w14:paraId="2B7622B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1E3A44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Ocean: 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describe, sequence, compare and investigate.</w:t>
            </w:r>
          </w:p>
          <w:p w14:paraId="18AE2B9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CB982C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Ocean: describe, sequence, compare and investigate.</w:t>
            </w:r>
          </w:p>
          <w:p w14:paraId="5999B90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95C5B11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Ocean: describe, sequence, compare and investig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ate.</w:t>
            </w:r>
          </w:p>
          <w:p w14:paraId="671EA258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46FDE3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Ocean: describe, sequence, compare and investigate.</w:t>
            </w:r>
          </w:p>
          <w:p w14:paraId="4786A0DE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D62F5B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Ocean: describe, sequence, compare and investigate.</w:t>
            </w:r>
          </w:p>
          <w:p w14:paraId="3DE36D35" w14:textId="77777777" w:rsidR="007A27F1" w:rsidRPr="00B70C27" w:rsidRDefault="00EA1D9D" w:rsidP="00B70C2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</w:t>
            </w:r>
            <w:r w:rsidRPr="00B70C2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connect and apply.</w:t>
            </w:r>
          </w:p>
        </w:tc>
      </w:tr>
    </w:tbl>
    <w:p w14:paraId="57FDD315" w14:textId="77777777" w:rsidR="00D02E94" w:rsidRPr="00B70C27" w:rsidRDefault="00D02E94" w:rsidP="00B70C27">
      <w:pPr>
        <w:spacing w:line="240" w:lineRule="auto"/>
        <w:rPr>
          <w:rFonts w:asciiTheme="majorHAnsi" w:hAnsiTheme="majorHAnsi" w:cstheme="majorHAnsi"/>
          <w:sz w:val="20"/>
          <w:szCs w:val="20"/>
        </w:rPr>
      </w:pPr>
    </w:p>
    <w:sectPr w:rsidR="00D02E94" w:rsidRPr="00B70C27" w:rsidSect="00034616">
      <w:pgSz w:w="16834" w:h="11909" w:orient="landscape"/>
      <w:pgMar w:top="259" w:right="144" w:bottom="173" w:left="34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074"/>
    <w:rsid w:val="0005154E"/>
    <w:rsid w:val="00060068"/>
    <w:rsid w:val="0006063C"/>
    <w:rsid w:val="0008540A"/>
    <w:rsid w:val="0008773B"/>
    <w:rsid w:val="000903ED"/>
    <w:rsid w:val="000B4834"/>
    <w:rsid w:val="000D44D1"/>
    <w:rsid w:val="00114894"/>
    <w:rsid w:val="0015074B"/>
    <w:rsid w:val="001716F0"/>
    <w:rsid w:val="001C566C"/>
    <w:rsid w:val="001F74D4"/>
    <w:rsid w:val="00204B89"/>
    <w:rsid w:val="00225DC5"/>
    <w:rsid w:val="002601B1"/>
    <w:rsid w:val="00263B5B"/>
    <w:rsid w:val="0028427B"/>
    <w:rsid w:val="0029639D"/>
    <w:rsid w:val="002A03F0"/>
    <w:rsid w:val="002B798A"/>
    <w:rsid w:val="002C1306"/>
    <w:rsid w:val="002D3802"/>
    <w:rsid w:val="00313F77"/>
    <w:rsid w:val="00314C50"/>
    <w:rsid w:val="003262D9"/>
    <w:rsid w:val="00326F90"/>
    <w:rsid w:val="00361C65"/>
    <w:rsid w:val="00375704"/>
    <w:rsid w:val="003A4178"/>
    <w:rsid w:val="003B4ECC"/>
    <w:rsid w:val="003C3602"/>
    <w:rsid w:val="003C7BCB"/>
    <w:rsid w:val="003F2597"/>
    <w:rsid w:val="00447011"/>
    <w:rsid w:val="0047429D"/>
    <w:rsid w:val="00476A12"/>
    <w:rsid w:val="004C7001"/>
    <w:rsid w:val="005020EE"/>
    <w:rsid w:val="005220E4"/>
    <w:rsid w:val="00541244"/>
    <w:rsid w:val="005659FC"/>
    <w:rsid w:val="005830AD"/>
    <w:rsid w:val="005D0C3C"/>
    <w:rsid w:val="005E6F08"/>
    <w:rsid w:val="00642C78"/>
    <w:rsid w:val="00687D66"/>
    <w:rsid w:val="006A4314"/>
    <w:rsid w:val="006B6F3D"/>
    <w:rsid w:val="006D114C"/>
    <w:rsid w:val="006E6348"/>
    <w:rsid w:val="00701361"/>
    <w:rsid w:val="007707F3"/>
    <w:rsid w:val="00792454"/>
    <w:rsid w:val="007A27F1"/>
    <w:rsid w:val="007E1683"/>
    <w:rsid w:val="007E4B22"/>
    <w:rsid w:val="008561C7"/>
    <w:rsid w:val="008A3346"/>
    <w:rsid w:val="008A6BC2"/>
    <w:rsid w:val="008F6BF0"/>
    <w:rsid w:val="008F7640"/>
    <w:rsid w:val="00923831"/>
    <w:rsid w:val="009B5178"/>
    <w:rsid w:val="009E1EEF"/>
    <w:rsid w:val="009E2978"/>
    <w:rsid w:val="009F6BD2"/>
    <w:rsid w:val="00AA1D8D"/>
    <w:rsid w:val="00AC5331"/>
    <w:rsid w:val="00AC7918"/>
    <w:rsid w:val="00AD4575"/>
    <w:rsid w:val="00B1042E"/>
    <w:rsid w:val="00B1362D"/>
    <w:rsid w:val="00B13DA7"/>
    <w:rsid w:val="00B352B0"/>
    <w:rsid w:val="00B47730"/>
    <w:rsid w:val="00B658C0"/>
    <w:rsid w:val="00B676B3"/>
    <w:rsid w:val="00B70C27"/>
    <w:rsid w:val="00BC2F04"/>
    <w:rsid w:val="00BC50BB"/>
    <w:rsid w:val="00C358B9"/>
    <w:rsid w:val="00C36CDF"/>
    <w:rsid w:val="00C524D2"/>
    <w:rsid w:val="00C54306"/>
    <w:rsid w:val="00C579A9"/>
    <w:rsid w:val="00C95145"/>
    <w:rsid w:val="00CB0664"/>
    <w:rsid w:val="00CB202C"/>
    <w:rsid w:val="00CB393D"/>
    <w:rsid w:val="00D02E94"/>
    <w:rsid w:val="00D52EF9"/>
    <w:rsid w:val="00D659DF"/>
    <w:rsid w:val="00D86759"/>
    <w:rsid w:val="00DA52CC"/>
    <w:rsid w:val="00DE3868"/>
    <w:rsid w:val="00DF6E66"/>
    <w:rsid w:val="00DF6EBC"/>
    <w:rsid w:val="00E35DB1"/>
    <w:rsid w:val="00E35DD8"/>
    <w:rsid w:val="00E40CF1"/>
    <w:rsid w:val="00E448F0"/>
    <w:rsid w:val="00E55F95"/>
    <w:rsid w:val="00E62254"/>
    <w:rsid w:val="00E64004"/>
    <w:rsid w:val="00E90BF6"/>
    <w:rsid w:val="00E94571"/>
    <w:rsid w:val="00EA1D9D"/>
    <w:rsid w:val="00EA32BA"/>
    <w:rsid w:val="00ED4332"/>
    <w:rsid w:val="00EF61BA"/>
    <w:rsid w:val="00F015E3"/>
    <w:rsid w:val="00F77BFF"/>
    <w:rsid w:val="00FA5286"/>
    <w:rsid w:val="00FC4A24"/>
    <w:rsid w:val="00FC693F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A122B"/>
  <w14:defaultImageDpi w14:val="300"/>
  <w15:docId w15:val="{905681D3-2F1B-7E49-9543-D24D16DE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8A3346"/>
    <w:pPr>
      <w:widowControl w:val="0"/>
      <w:autoSpaceDE w:val="0"/>
      <w:autoSpaceDN w:val="0"/>
      <w:spacing w:after="0" w:line="240" w:lineRule="auto"/>
      <w:ind w:left="108"/>
    </w:pPr>
    <w:rPr>
      <w:rFonts w:ascii="Arial MT" w:eastAsia="Arial MT" w:hAnsi="Arial MT" w:cs="Arial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4221</Words>
  <Characters>24060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Shayon Bali</cp:lastModifiedBy>
  <cp:revision>2</cp:revision>
  <dcterms:created xsi:type="dcterms:W3CDTF">2026-09-20T20:05:00Z</dcterms:created>
  <dcterms:modified xsi:type="dcterms:W3CDTF">2026-09-20T20:05:00Z</dcterms:modified>
  <cp:category/>
</cp:coreProperties>
</file>