
<file path=[Content_Types].xml><?xml version="1.0" encoding="utf-8"?>
<Types xmlns="http://schemas.openxmlformats.org/package/2006/content-types">
  <Default Extension="jpeg" ContentType="image/jpeg"/>
  <Default Extension="pn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media/image4.png" ContentType="image/pn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390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390"/>
        <w:gridCol w:w="2390"/>
        <w:gridCol w:w="2390"/>
        <w:gridCol w:w="2390"/>
        <w:gridCol w:w="2390"/>
        <w:gridCol w:w="2390"/>
      </w:tblGrid>
      <w:tr w:rsidR="00C10C9E" w:rsidRPr="001D0F21" w14:paraId="6BBE3178" w14:textId="77777777" w:rsidTr="00392B19">
        <w:trPr>
          <w:jc w:val="center"/>
        </w:trPr>
        <w:tc>
          <w:tcPr>
            <w:tcW w:w="16390" w:type="dxa"/>
            <w:gridSpan w:val="7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4FD1292" w14:textId="77777777" w:rsidR="00C10C9E" w:rsidRPr="001D0F21" w:rsidRDefault="006F28D4">
            <w:pPr>
              <w:jc w:val="center"/>
              <w:rPr>
                <w:rFonts w:asciiTheme="majorHAnsi" w:hAnsiTheme="majorHAnsi" w:cstheme="majorHAnsi"/>
              </w:rPr>
            </w:pPr>
            <w:r w:rsidRPr="001D0F21"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7809E8B8" wp14:editId="2F31DB92">
                  <wp:extent cx="384048" cy="384048"/>
                  <wp:effectExtent l="0" t="0" r="0" b="0"/>
                  <wp:docPr id="1" name="Picture 1" descr="Shawclough Community School logo" title="Shawclough Community School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awclough_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" cy="384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D0F21">
              <w:rPr>
                <w:rFonts w:asciiTheme="majorHAnsi" w:hAnsiTheme="majorHAnsi" w:cstheme="majorHAnsi"/>
                <w:b/>
                <w:color w:val="70AD47"/>
                <w:sz w:val="22"/>
              </w:rPr>
              <w:t>Sky Nursery Long Term Plan/Curriculum Map</w:t>
            </w:r>
            <w:r w:rsidRPr="001D0F21">
              <w:rPr>
                <w:rFonts w:asciiTheme="majorHAnsi" w:hAnsiTheme="majorHAnsi" w:cstheme="majorHAnsi"/>
                <w:b/>
                <w:color w:val="70AD47"/>
                <w:sz w:val="22"/>
              </w:rPr>
              <w:br/>
            </w:r>
            <w:r w:rsidRPr="001D0F21">
              <w:rPr>
                <w:rFonts w:asciiTheme="majorHAnsi" w:hAnsiTheme="majorHAnsi" w:cstheme="majorHAnsi"/>
                <w:b/>
                <w:color w:val="70AD47"/>
              </w:rPr>
              <w:t>2-year-olds and rising 3s</w:t>
            </w:r>
            <w:r w:rsidRPr="001D0F21">
              <w:rPr>
                <w:rFonts w:asciiTheme="majorHAnsi" w:hAnsiTheme="majorHAnsi" w:cstheme="majorHAnsi"/>
                <w:b/>
                <w:color w:val="70AD47"/>
              </w:rPr>
              <w:br/>
            </w:r>
            <w:r w:rsidRPr="001D0F21">
              <w:rPr>
                <w:rFonts w:asciiTheme="majorHAnsi" w:hAnsiTheme="majorHAnsi" w:cstheme="majorHAnsi"/>
                <w:color w:val="000000"/>
              </w:rPr>
              <w:t>In the EYFS, planning is adjusted according to children’s interests, strengths and needs.</w:t>
            </w:r>
            <w:r w:rsidRPr="001D0F21">
              <w:rPr>
                <w:rFonts w:asciiTheme="majorHAnsi" w:hAnsiTheme="majorHAnsi" w:cstheme="majorHAnsi"/>
                <w:color w:val="000000"/>
              </w:rPr>
              <w:br/>
            </w:r>
            <w:r w:rsidRPr="001D0F21">
              <w:rPr>
                <w:rFonts w:asciiTheme="majorHAnsi" w:hAnsiTheme="majorHAnsi" w:cstheme="majorHAnsi"/>
                <w:b/>
                <w:color w:val="000000"/>
              </w:rPr>
              <w:t>Throughout all learning, adults support the Characteristics of Effective Teaching and Learning:</w:t>
            </w:r>
            <w:r w:rsidRPr="001D0F21">
              <w:rPr>
                <w:rFonts w:asciiTheme="majorHAnsi" w:hAnsiTheme="majorHAnsi" w:cstheme="majorHAnsi"/>
                <w:b/>
                <w:color w:val="000000"/>
              </w:rPr>
              <w:br/>
              <w:t>Playing and exploring • Active learning • Creating and thinking critically</w:t>
            </w:r>
          </w:p>
        </w:tc>
      </w:tr>
      <w:tr w:rsidR="00C10C9E" w:rsidRPr="001D0F21" w14:paraId="0CF90BC8" w14:textId="77777777" w:rsidTr="00392B19">
        <w:trPr>
          <w:jc w:val="center"/>
        </w:trPr>
        <w:tc>
          <w:tcPr>
            <w:tcW w:w="2050" w:type="dxa"/>
            <w:shd w:val="clear" w:color="auto" w:fill="9BBB59"/>
            <w:tcMar>
              <w:top w:w="25" w:type="dxa"/>
              <w:left w:w="30" w:type="dxa"/>
              <w:bottom w:w="25" w:type="dxa"/>
              <w:right w:w="30" w:type="dxa"/>
            </w:tcMar>
          </w:tcPr>
          <w:p w14:paraId="7A7CBEE7" w14:textId="77777777" w:rsidR="00C10C9E" w:rsidRPr="001D0F21" w:rsidRDefault="00C10C9E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90" w:type="dxa"/>
            <w:shd w:val="clear" w:color="auto" w:fill="9BBB59"/>
            <w:tcMar>
              <w:top w:w="25" w:type="dxa"/>
              <w:left w:w="30" w:type="dxa"/>
              <w:bottom w:w="25" w:type="dxa"/>
              <w:right w:w="30" w:type="dxa"/>
            </w:tcMar>
          </w:tcPr>
          <w:p w14:paraId="1EB49CEE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Autumn 1 – 7 weeks</w:t>
            </w:r>
          </w:p>
        </w:tc>
        <w:tc>
          <w:tcPr>
            <w:tcW w:w="2390" w:type="dxa"/>
            <w:shd w:val="clear" w:color="auto" w:fill="9BBB59"/>
            <w:tcMar>
              <w:top w:w="25" w:type="dxa"/>
              <w:left w:w="30" w:type="dxa"/>
              <w:bottom w:w="25" w:type="dxa"/>
              <w:right w:w="30" w:type="dxa"/>
            </w:tcMar>
          </w:tcPr>
          <w:p w14:paraId="11F5176D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Autumn 2 – 8 weeks</w:t>
            </w:r>
          </w:p>
        </w:tc>
        <w:tc>
          <w:tcPr>
            <w:tcW w:w="2390" w:type="dxa"/>
            <w:shd w:val="clear" w:color="auto" w:fill="9BBB59"/>
            <w:tcMar>
              <w:top w:w="25" w:type="dxa"/>
              <w:left w:w="30" w:type="dxa"/>
              <w:bottom w:w="25" w:type="dxa"/>
              <w:right w:w="30" w:type="dxa"/>
            </w:tcMar>
          </w:tcPr>
          <w:p w14:paraId="02907696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Spring 1 – 6 weeks</w:t>
            </w:r>
          </w:p>
        </w:tc>
        <w:tc>
          <w:tcPr>
            <w:tcW w:w="2390" w:type="dxa"/>
            <w:shd w:val="clear" w:color="auto" w:fill="9BBB59"/>
            <w:tcMar>
              <w:top w:w="25" w:type="dxa"/>
              <w:left w:w="30" w:type="dxa"/>
              <w:bottom w:w="25" w:type="dxa"/>
              <w:right w:w="30" w:type="dxa"/>
            </w:tcMar>
          </w:tcPr>
          <w:p w14:paraId="7B21FEA1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Spring 2 – 6 weeks</w:t>
            </w:r>
          </w:p>
        </w:tc>
        <w:tc>
          <w:tcPr>
            <w:tcW w:w="2390" w:type="dxa"/>
            <w:shd w:val="clear" w:color="auto" w:fill="9BBB59"/>
            <w:tcMar>
              <w:top w:w="25" w:type="dxa"/>
              <w:left w:w="30" w:type="dxa"/>
              <w:bottom w:w="25" w:type="dxa"/>
              <w:right w:w="30" w:type="dxa"/>
            </w:tcMar>
          </w:tcPr>
          <w:p w14:paraId="623251C9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Summer 1 – 5 weeks</w:t>
            </w:r>
          </w:p>
        </w:tc>
        <w:tc>
          <w:tcPr>
            <w:tcW w:w="2390" w:type="dxa"/>
            <w:shd w:val="clear" w:color="auto" w:fill="9BBB59"/>
            <w:tcMar>
              <w:top w:w="25" w:type="dxa"/>
              <w:left w:w="30" w:type="dxa"/>
              <w:bottom w:w="25" w:type="dxa"/>
              <w:right w:w="30" w:type="dxa"/>
            </w:tcMar>
          </w:tcPr>
          <w:p w14:paraId="3F7880FC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Summer 2 – 7 weeks</w:t>
            </w:r>
          </w:p>
        </w:tc>
      </w:tr>
      <w:tr w:rsidR="00C10C9E" w:rsidRPr="001D0F21" w14:paraId="200711CD" w14:textId="77777777" w:rsidTr="00392B19">
        <w:trPr>
          <w:cantSplit/>
          <w:jc w:val="center"/>
        </w:trPr>
        <w:tc>
          <w:tcPr>
            <w:tcW w:w="2050" w:type="dxa"/>
            <w:shd w:val="clear" w:color="auto" w:fill="9BBB5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945AF07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Possible Themes</w:t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158824D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This is Me</w:t>
            </w:r>
          </w:p>
          <w:p w14:paraId="0B8B86E3" w14:textId="77777777" w:rsidR="00C10C9E" w:rsidRPr="001D0F21" w:rsidRDefault="006F28D4">
            <w:pPr>
              <w:spacing w:before="40" w:after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inline distT="0" distB="0" distL="0" distR="0" wp14:anchorId="26C14C21" wp14:editId="60924A87">
                  <wp:extent cx="438912" cy="291980"/>
                  <wp:effectExtent l="0" t="0" r="0" b="0"/>
                  <wp:docPr id="2" name="Picture 2" descr="Identity theme thumbnail" title="Identity theme thumbn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e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912" cy="291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2C26DD0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Reach for the Stars</w:t>
            </w:r>
          </w:p>
          <w:p w14:paraId="77FB72A4" w14:textId="77777777" w:rsidR="00C10C9E" w:rsidRPr="001D0F21" w:rsidRDefault="006F28D4">
            <w:pPr>
              <w:spacing w:before="40" w:after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inline distT="0" distB="0" distL="0" distR="0" wp14:anchorId="67421440" wp14:editId="6D0FDB13">
                  <wp:extent cx="438912" cy="268588"/>
                  <wp:effectExtent l="0" t="0" r="0" b="0"/>
                  <wp:docPr id="3" name="Picture 3" descr="Celebration and light theme thumbnail" title="Celebration and light theme thumbn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912" cy="268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469F29F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Cold as Ice</w:t>
            </w:r>
          </w:p>
          <w:p w14:paraId="6F8D7D86" w14:textId="6C33E695" w:rsidR="00C10C9E" w:rsidRPr="001D0F21" w:rsidRDefault="006F28D4">
            <w:pPr>
              <w:spacing w:before="40" w:after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inline distT="0" distB="0" distL="0" distR="0" wp14:anchorId="1B1073BA" wp14:editId="1E21D54C">
                  <wp:extent cx="438912" cy="289886"/>
                  <wp:effectExtent l="0" t="0" r="0" b="0"/>
                  <wp:docPr id="5" name="Picture 5" descr="Additional winter animals thumbnail" title="Additional winter animals thumbn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912" cy="289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2156DA0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Here Comes the Sun</w:t>
            </w:r>
          </w:p>
          <w:p w14:paraId="2B1B54D7" w14:textId="77777777" w:rsidR="00C10C9E" w:rsidRPr="001D0F21" w:rsidRDefault="006F28D4">
            <w:pPr>
              <w:spacing w:before="40" w:after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inline distT="0" distB="0" distL="0" distR="0" wp14:anchorId="30585111" wp14:editId="472ACD2C">
                  <wp:extent cx="438912" cy="308954"/>
                  <wp:effectExtent l="0" t="0" r="0" b="0"/>
                  <wp:docPr id="6" name="Picture 6" descr="Spring theme thumbnail" title="Spring theme thumbn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e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912" cy="308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2927B0B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How Does Your Garden Grow?</w:t>
            </w:r>
          </w:p>
          <w:p w14:paraId="58874503" w14:textId="77777777" w:rsidR="00C10C9E" w:rsidRPr="001D0F21" w:rsidRDefault="006F28D4">
            <w:pPr>
              <w:spacing w:before="40" w:after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inline distT="0" distB="0" distL="0" distR="0" wp14:anchorId="500DDC36" wp14:editId="3EC5EB8B">
                  <wp:extent cx="438912" cy="245493"/>
                  <wp:effectExtent l="0" t="0" r="0" b="0"/>
                  <wp:docPr id="7" name="Picture 7" descr="Gardening and nature theme thumbnail" title="Gardening and nature theme thumbn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e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912" cy="245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86F7322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When I Grow Up</w:t>
            </w:r>
          </w:p>
          <w:p w14:paraId="46A0C089" w14:textId="77777777" w:rsidR="00C10C9E" w:rsidRPr="001D0F21" w:rsidRDefault="006F28D4">
            <w:pPr>
              <w:spacing w:before="40" w:after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inline distT="0" distB="0" distL="0" distR="0" wp14:anchorId="49EA0ADD" wp14:editId="32AF922F">
                  <wp:extent cx="438912" cy="293417"/>
                  <wp:effectExtent l="0" t="0" r="0" b="0"/>
                  <wp:docPr id="8" name="Picture 8" descr="Occupations theme thumbnail" title="Occupations theme thumbn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e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912" cy="293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0C9E" w:rsidRPr="001D0F21" w14:paraId="2A7F1872" w14:textId="77777777" w:rsidTr="00392B19">
        <w:trPr>
          <w:cantSplit/>
          <w:jc w:val="center"/>
        </w:trPr>
        <w:tc>
          <w:tcPr>
            <w:tcW w:w="2050" w:type="dxa"/>
            <w:shd w:val="clear" w:color="auto" w:fill="9BBB5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A42AAA2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The Big Question</w:t>
            </w:r>
          </w:p>
        </w:tc>
        <w:tc>
          <w:tcPr>
            <w:tcW w:w="2390" w:type="dxa"/>
            <w:shd w:val="clear" w:color="auto" w:fill="9BBB5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A98D56D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Who am I and who is special to me?</w:t>
            </w:r>
          </w:p>
        </w:tc>
        <w:tc>
          <w:tcPr>
            <w:tcW w:w="2390" w:type="dxa"/>
            <w:shd w:val="clear" w:color="auto" w:fill="9BBB5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440A8DD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Why do we have special times?</w:t>
            </w:r>
          </w:p>
        </w:tc>
        <w:tc>
          <w:tcPr>
            <w:tcW w:w="2390" w:type="dxa"/>
            <w:shd w:val="clear" w:color="auto" w:fill="9BBB5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F9B0046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What happens when it gets cold?</w:t>
            </w:r>
          </w:p>
        </w:tc>
        <w:tc>
          <w:tcPr>
            <w:tcW w:w="2390" w:type="dxa"/>
            <w:shd w:val="clear" w:color="auto" w:fill="9BBB5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8665D0B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What happens in our story?</w:t>
            </w:r>
          </w:p>
          <w:p w14:paraId="5A0C19C7" w14:textId="1CB5E346" w:rsidR="00C10C9E" w:rsidRPr="001D0F21" w:rsidRDefault="00C10C9E">
            <w:pPr>
              <w:spacing w:before="40" w:after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90" w:type="dxa"/>
            <w:shd w:val="clear" w:color="auto" w:fill="9BBB5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D45DCA2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How can I help plants and animals?</w:t>
            </w:r>
          </w:p>
        </w:tc>
        <w:tc>
          <w:tcPr>
            <w:tcW w:w="2390" w:type="dxa"/>
            <w:shd w:val="clear" w:color="auto" w:fill="9BBB5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C2DF790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What can we find at the seaside?</w:t>
            </w:r>
          </w:p>
        </w:tc>
      </w:tr>
      <w:tr w:rsidR="00C10C9E" w:rsidRPr="001D0F21" w14:paraId="5EB0B50A" w14:textId="77777777" w:rsidTr="00392B19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8D98BAD" w14:textId="7A2E8924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Key/Golden Vocabulary</w:t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CD069E0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me</w:t>
            </w:r>
          </w:p>
          <w:p w14:paraId="627AA425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family</w:t>
            </w:r>
          </w:p>
          <w:p w14:paraId="15F7FD54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happy</w:t>
            </w:r>
          </w:p>
          <w:p w14:paraId="65BE49D8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sad</w:t>
            </w:r>
          </w:p>
          <w:p w14:paraId="5023C480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body</w:t>
            </w:r>
          </w:p>
          <w:p w14:paraId="073644F6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same</w:t>
            </w:r>
          </w:p>
          <w:p w14:paraId="48003868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different</w:t>
            </w:r>
          </w:p>
          <w:p w14:paraId="4B80B99C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autumn</w:t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45D689F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leaf</w:t>
            </w:r>
          </w:p>
          <w:p w14:paraId="2E835229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light</w:t>
            </w:r>
          </w:p>
          <w:p w14:paraId="7EF3C3C9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dark</w:t>
            </w:r>
          </w:p>
          <w:p w14:paraId="68AAEE81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bright</w:t>
            </w:r>
          </w:p>
          <w:p w14:paraId="008CA7B4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journey</w:t>
            </w:r>
          </w:p>
          <w:p w14:paraId="2F0A59E4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next</w:t>
            </w:r>
          </w:p>
          <w:p w14:paraId="3B274DD5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wrapped</w:t>
            </w:r>
          </w:p>
          <w:p w14:paraId="6DE1A6BA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special</w:t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4C6149A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cold</w:t>
            </w:r>
          </w:p>
          <w:p w14:paraId="3E110221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warm</w:t>
            </w:r>
          </w:p>
          <w:p w14:paraId="2D8B8FF2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ice</w:t>
            </w:r>
          </w:p>
          <w:p w14:paraId="5E1DF63A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melt</w:t>
            </w:r>
          </w:p>
          <w:p w14:paraId="3E7BFB91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bird</w:t>
            </w:r>
          </w:p>
          <w:p w14:paraId="356EC41D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feathers</w:t>
            </w:r>
          </w:p>
          <w:p w14:paraId="75666F96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winter</w:t>
            </w:r>
          </w:p>
          <w:p w14:paraId="75D3D2A3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slippery</w:t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A44AEE0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story</w:t>
            </w:r>
          </w:p>
          <w:p w14:paraId="17F5A45D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character</w:t>
            </w:r>
          </w:p>
          <w:p w14:paraId="45AF4738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first</w:t>
            </w:r>
          </w:p>
          <w:p w14:paraId="704C1B76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next</w:t>
            </w:r>
          </w:p>
          <w:p w14:paraId="32C68231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end</w:t>
            </w:r>
          </w:p>
          <w:p w14:paraId="047D631A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spring</w:t>
            </w:r>
          </w:p>
          <w:p w14:paraId="594F92FE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grow</w:t>
            </w:r>
          </w:p>
          <w:p w14:paraId="5CC6FD1A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surprise</w:t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8E8BEB0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animal</w:t>
            </w:r>
          </w:p>
          <w:p w14:paraId="73E84385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plant</w:t>
            </w:r>
          </w:p>
          <w:p w14:paraId="30734080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seed</w:t>
            </w:r>
          </w:p>
          <w:p w14:paraId="507E39A7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water</w:t>
            </w:r>
          </w:p>
          <w:p w14:paraId="15769CA1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grow</w:t>
            </w:r>
          </w:p>
          <w:p w14:paraId="0263819E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gentle</w:t>
            </w:r>
          </w:p>
          <w:p w14:paraId="3E70358F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care</w:t>
            </w:r>
          </w:p>
          <w:p w14:paraId="71C37A67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jungle</w:t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33BAEE3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sea</w:t>
            </w:r>
          </w:p>
          <w:p w14:paraId="53B122D7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sand</w:t>
            </w:r>
          </w:p>
          <w:p w14:paraId="4D926CFE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shell</w:t>
            </w:r>
          </w:p>
          <w:p w14:paraId="056C32C7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wave</w:t>
            </w:r>
          </w:p>
          <w:p w14:paraId="22E4C25A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job</w:t>
            </w:r>
          </w:p>
          <w:p w14:paraId="3D00CA2A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healthy</w:t>
            </w:r>
          </w:p>
          <w:p w14:paraId="6258946F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change</w:t>
            </w:r>
          </w:p>
          <w:p w14:paraId="7B4344BB" w14:textId="77777777" w:rsidR="00C10C9E" w:rsidRPr="001D0F21" w:rsidRDefault="006F28D4">
            <w:pPr>
              <w:spacing w:after="0" w:line="221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butterfly</w:t>
            </w:r>
          </w:p>
        </w:tc>
      </w:tr>
      <w:tr w:rsidR="00C10C9E" w:rsidRPr="001D0F21" w14:paraId="1CBC8437" w14:textId="77777777" w:rsidTr="00392B19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C1E2B42" w14:textId="2B73097D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Interests/Lines of Enquiry</w:t>
            </w:r>
          </w:p>
          <w:p w14:paraId="6C6E48A8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Themes remain flexible so children’s needs and fascinations can flow through provision.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DE65263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Starting nursery</w:t>
            </w:r>
          </w:p>
          <w:p w14:paraId="67F37575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routines</w:t>
            </w:r>
          </w:p>
          <w:p w14:paraId="01EDED03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family</w:t>
            </w:r>
          </w:p>
          <w:p w14:paraId="1FAA47F6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feelings</w:t>
            </w:r>
          </w:p>
          <w:p w14:paraId="629760DD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body</w:t>
            </w:r>
          </w:p>
          <w:p w14:paraId="646BED7A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senses</w:t>
            </w:r>
          </w:p>
          <w:p w14:paraId="1B825071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homes</w:t>
            </w:r>
          </w:p>
          <w:p w14:paraId="7154C0D6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autumn changes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B76BE03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Light and dark</w:t>
            </w:r>
          </w:p>
          <w:p w14:paraId="7564650F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Bonfire Night</w:t>
            </w:r>
          </w:p>
          <w:p w14:paraId="2785E6D6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nursery rhymes</w:t>
            </w:r>
          </w:p>
          <w:p w14:paraId="56F57948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road safety</w:t>
            </w:r>
          </w:p>
          <w:p w14:paraId="223A9B52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journeys</w:t>
            </w:r>
          </w:p>
          <w:p w14:paraId="3D655C4D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post</w:t>
            </w:r>
          </w:p>
          <w:p w14:paraId="7492C2B2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Christmas and other family celebrations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D4426DE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Welcoming new children</w:t>
            </w:r>
          </w:p>
          <w:p w14:paraId="7A93E464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winter</w:t>
            </w:r>
          </w:p>
          <w:p w14:paraId="16ADD70D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ice and snow</w:t>
            </w:r>
          </w:p>
          <w:p w14:paraId="261FD7D4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winter birds</w:t>
            </w:r>
          </w:p>
          <w:p w14:paraId="2EA7AC25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warm clothing</w:t>
            </w:r>
          </w:p>
          <w:p w14:paraId="7183CFE5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pancakes</w:t>
            </w:r>
          </w:p>
          <w:p w14:paraId="68CB76D4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friendship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09A9FC5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Lunar New Year</w:t>
            </w:r>
          </w:p>
          <w:p w14:paraId="26F032F7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World Book Day</w:t>
            </w:r>
          </w:p>
          <w:p w14:paraId="67E004DF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favourite and magical stories</w:t>
            </w:r>
          </w:p>
          <w:p w14:paraId="1827C25F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dinosaurs</w:t>
            </w:r>
          </w:p>
          <w:p w14:paraId="48586471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frogs</w:t>
            </w:r>
          </w:p>
          <w:p w14:paraId="02122A28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spring</w:t>
            </w:r>
          </w:p>
          <w:p w14:paraId="0DE7F19D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Mother’s Day</w:t>
            </w:r>
          </w:p>
          <w:p w14:paraId="162CC68B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Easter</w:t>
            </w:r>
          </w:p>
          <w:p w14:paraId="4EC976F2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Eid al-Fitr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1E50173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Welcoming new children</w:t>
            </w:r>
          </w:p>
          <w:p w14:paraId="697562F4" w14:textId="7B68E97F" w:rsidR="00C10C9E" w:rsidRPr="001D0F21" w:rsidRDefault="00C44AF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</w:t>
            </w:r>
            <w:r w:rsidR="006F28D4"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ets</w:t>
            </w:r>
          </w:p>
          <w:p w14:paraId="5CD2A401" w14:textId="66D23A0A" w:rsidR="00C44AF9" w:rsidRPr="001D0F21" w:rsidRDefault="00C44AF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animal care</w:t>
            </w:r>
          </w:p>
          <w:p w14:paraId="4D10CCEA" w14:textId="77618E3A" w:rsidR="00C44AF9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wild animals</w:t>
            </w:r>
          </w:p>
          <w:p w14:paraId="55F06E4F" w14:textId="63ED9DE4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plants and seeds</w:t>
            </w:r>
          </w:p>
          <w:p w14:paraId="03C49FA6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Eid al-Adha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92D59B4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Caterpillars and butterflies</w:t>
            </w:r>
          </w:p>
          <w:p w14:paraId="4BD72349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minibeasts</w:t>
            </w:r>
          </w:p>
          <w:p w14:paraId="177179A5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occupations</w:t>
            </w:r>
          </w:p>
          <w:p w14:paraId="77546569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keeping healthy</w:t>
            </w:r>
          </w:p>
          <w:p w14:paraId="7BC36F5E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growth</w:t>
            </w:r>
          </w:p>
          <w:p w14:paraId="13945D84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seaside</w:t>
            </w:r>
          </w:p>
          <w:p w14:paraId="3DD447E0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journeys</w:t>
            </w:r>
          </w:p>
          <w:p w14:paraId="13D63BB0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transition</w:t>
            </w:r>
          </w:p>
        </w:tc>
      </w:tr>
      <w:tr w:rsidR="00C10C9E" w:rsidRPr="001D0F21" w14:paraId="7D405415" w14:textId="77777777" w:rsidTr="00392B19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728EB14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Awe, curiosity and wonder</w:t>
            </w:r>
          </w:p>
        </w:tc>
        <w:tc>
          <w:tcPr>
            <w:tcW w:w="2390" w:type="dxa"/>
            <w:shd w:val="clear" w:color="auto" w:fill="EEF4E6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7CF217A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 basket of mirrors and family photographs</w:t>
            </w:r>
          </w:p>
          <w:p w14:paraId="70441C89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an autumn treasure trail</w:t>
            </w:r>
          </w:p>
          <w:p w14:paraId="00079E19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sound/smell/texture containers</w:t>
            </w:r>
          </w:p>
          <w:p w14:paraId="3F48CEF8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 familiar-object mystery bag.</w:t>
            </w:r>
          </w:p>
        </w:tc>
        <w:tc>
          <w:tcPr>
            <w:tcW w:w="2390" w:type="dxa"/>
            <w:shd w:val="clear" w:color="auto" w:fill="EEF4E6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738C82D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Torch-lit dark den</w:t>
            </w:r>
          </w:p>
          <w:p w14:paraId="086443C9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overhead-projector </w:t>
            </w:r>
            <w:proofErr w:type="spellStart"/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colour</w:t>
            </w:r>
            <w:proofErr w:type="spellEnd"/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play</w:t>
            </w:r>
          </w:p>
          <w:p w14:paraId="09893CE8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 parcel or letter arrives</w:t>
            </w:r>
          </w:p>
          <w:p w14:paraId="70F23D4F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follow a short “train journey” through changing sensory scenes.</w:t>
            </w:r>
          </w:p>
        </w:tc>
        <w:tc>
          <w:tcPr>
            <w:tcW w:w="2390" w:type="dxa"/>
            <w:shd w:val="clear" w:color="auto" w:fill="EEF4E6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8270646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Objects frozen in ice</w:t>
            </w:r>
          </w:p>
          <w:p w14:paraId="2C286799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frost hunt with magnifiers</w:t>
            </w:r>
          </w:p>
          <w:p w14:paraId="251B2CF4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bird-feeding observation station</w:t>
            </w:r>
          </w:p>
          <w:p w14:paraId="1E985459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“</w:t>
            </w:r>
            <w:proofErr w:type="gramStart"/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warm</w:t>
            </w:r>
            <w:proofErr w:type="gramEnd"/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or cold?” sensory basket.</w:t>
            </w:r>
          </w:p>
        </w:tc>
        <w:tc>
          <w:tcPr>
            <w:tcW w:w="2390" w:type="dxa"/>
            <w:shd w:val="clear" w:color="auto" w:fill="EEF4E6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4E8ADA7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 mysterious footprint</w:t>
            </w:r>
          </w:p>
          <w:p w14:paraId="7D5AB8E7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 story suitcase</w:t>
            </w:r>
          </w:p>
          <w:p w14:paraId="1C7482EF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 tiny door or trail</w:t>
            </w:r>
          </w:p>
          <w:p w14:paraId="3CCFDED2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return often to a spring observation spot</w:t>
            </w:r>
          </w:p>
          <w:p w14:paraId="0DA3E985" w14:textId="15B40C6E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storytelling</w:t>
            </w:r>
          </w:p>
        </w:tc>
        <w:tc>
          <w:tcPr>
            <w:tcW w:w="2390" w:type="dxa"/>
            <w:shd w:val="clear" w:color="auto" w:fill="EEF4E6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44254E0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Animal tracks to follow</w:t>
            </w:r>
          </w:p>
          <w:p w14:paraId="5FBF131A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seed “before and after” photographs</w:t>
            </w:r>
          </w:p>
          <w:p w14:paraId="404CC4B5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close observation with magnifiers</w:t>
            </w:r>
          </w:p>
          <w:p w14:paraId="5C231BAF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water a wilting plant and watch what follows.</w:t>
            </w:r>
          </w:p>
        </w:tc>
        <w:tc>
          <w:tcPr>
            <w:tcW w:w="2390" w:type="dxa"/>
            <w:shd w:val="clear" w:color="auto" w:fill="EEF4E6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9E9F0CD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Caterpillars or repeated life-cycle observations</w:t>
            </w:r>
          </w:p>
          <w:p w14:paraId="2EC7B55A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shell and seaweed curiosity collection</w:t>
            </w:r>
          </w:p>
          <w:p w14:paraId="3E84FF1C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water-channel challenge</w:t>
            </w:r>
          </w:p>
          <w:p w14:paraId="0F3B9E9B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 suitcase packed for an imagined journey.</w:t>
            </w:r>
          </w:p>
        </w:tc>
      </w:tr>
      <w:tr w:rsidR="00C10C9E" w:rsidRPr="001D0F21" w14:paraId="39FE9FE9" w14:textId="77777777" w:rsidTr="00392B19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7E6972D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Cultural capital and enrichment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4426241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Explore the wider nursery, playground and hall</w:t>
            </w:r>
          </w:p>
          <w:p w14:paraId="11C02757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family photo display</w:t>
            </w:r>
          </w:p>
          <w:p w14:paraId="13B1F246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lending library opens</w:t>
            </w:r>
          </w:p>
          <w:p w14:paraId="2CA82DB7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local autumn walk</w:t>
            </w:r>
          </w:p>
          <w:p w14:paraId="4AEE877E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Harvest.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BD0C796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Autumn Stay and Play/Nursery Rhyme Day</w:t>
            </w:r>
          </w:p>
          <w:p w14:paraId="5385A506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Christmas sing-along</w:t>
            </w:r>
          </w:p>
          <w:p w14:paraId="4918C7B9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baking</w:t>
            </w:r>
          </w:p>
          <w:p w14:paraId="56B2D74D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celebration crafts and family contributions.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5FA8FAC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Big School Birdwatch</w:t>
            </w:r>
          </w:p>
          <w:p w14:paraId="18668624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Ruby Robin Award</w:t>
            </w:r>
          </w:p>
          <w:p w14:paraId="3034BF96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simple winter walk and observation revisit.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2A6B348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World Book Day Stay and Play</w:t>
            </w:r>
          </w:p>
          <w:p w14:paraId="0038D08A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family story sharing</w:t>
            </w:r>
          </w:p>
          <w:p w14:paraId="1EA4E985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local spring walk</w:t>
            </w:r>
          </w:p>
          <w:p w14:paraId="379F4D50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celebration objects and music shared by families.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565CE8D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Fur, Feather and Scales visit</w:t>
            </w:r>
          </w:p>
          <w:p w14:paraId="5DB1E4EB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gardening</w:t>
            </w:r>
          </w:p>
          <w:p w14:paraId="0CA7E237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family pet photographs</w:t>
            </w:r>
          </w:p>
          <w:p w14:paraId="1F9E1F77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care for nursery plants.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029D6A6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Occupation visitors</w:t>
            </w:r>
          </w:p>
          <w:p w14:paraId="301C5D8C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Summer Fair</w:t>
            </w:r>
          </w:p>
          <w:p w14:paraId="4B3D8306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Beach Party</w:t>
            </w:r>
          </w:p>
          <w:p w14:paraId="11D85BBE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visits to new room/adults</w:t>
            </w:r>
          </w:p>
          <w:p w14:paraId="34444457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family transition sharing.</w:t>
            </w:r>
          </w:p>
        </w:tc>
      </w:tr>
      <w:tr w:rsidR="00C10C9E" w:rsidRPr="001D0F21" w14:paraId="6C93A246" w14:textId="77777777" w:rsidTr="00392B19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8499378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lastRenderedPageBreak/>
              <w:t>Roleplay areas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9AB5D07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Family home / baby clinic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E1CA7BC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Home / bakery / post office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C5BE177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Cosy</w:t>
            </w:r>
            <w:proofErr w:type="spellEnd"/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home / pancake café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BE569F8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Story den / puppet theatre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B1F43D6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Pet home / animal-care area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97A1C11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Ice-cream shop / travel corner</w:t>
            </w:r>
          </w:p>
        </w:tc>
      </w:tr>
      <w:tr w:rsidR="00BF41F1" w:rsidRPr="001D0F21" w14:paraId="54E3323B" w14:textId="77777777" w:rsidTr="00392B19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7B7DF3E" w14:textId="77777777" w:rsidR="00BF41F1" w:rsidRPr="001D0F21" w:rsidRDefault="00BF41F1" w:rsidP="00BF41F1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Personal, Social and Emotional Development</w:t>
            </w:r>
          </w:p>
          <w:p w14:paraId="73FC3812" w14:textId="77777777" w:rsidR="00BF41F1" w:rsidRPr="001D0F21" w:rsidRDefault="00BF41F1" w:rsidP="00BF41F1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DFFEF9E" w14:textId="77777777" w:rsidR="00BF41F1" w:rsidRPr="001D0F21" w:rsidRDefault="00BF41F1" w:rsidP="00BF41F1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Self-regulation</w:t>
            </w:r>
          </w:p>
          <w:p w14:paraId="4E985B96" w14:textId="77777777" w:rsidR="00BF41F1" w:rsidRPr="001D0F21" w:rsidRDefault="00BF41F1" w:rsidP="00BF41F1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5FE6581" w14:textId="77777777" w:rsidR="00BF41F1" w:rsidRPr="001D0F21" w:rsidRDefault="00BF41F1" w:rsidP="00BF41F1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Managing Self</w:t>
            </w:r>
          </w:p>
          <w:p w14:paraId="4B88E1CD" w14:textId="77777777" w:rsidR="00BF41F1" w:rsidRPr="001D0F21" w:rsidRDefault="00BF41F1" w:rsidP="00BF41F1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518E27A" w14:textId="5D4B4A71" w:rsidR="00BF41F1" w:rsidRPr="001D0F21" w:rsidRDefault="00BF41F1" w:rsidP="00BF41F1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Building Relationships</w:t>
            </w:r>
          </w:p>
        </w:tc>
        <w:tc>
          <w:tcPr>
            <w:tcW w:w="4780" w:type="dxa"/>
            <w:gridSpan w:val="2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ECD33B3" w14:textId="77777777" w:rsidR="00BF41F1" w:rsidRPr="001D0F21" w:rsidRDefault="00BF41F1" w:rsidP="00BF41F1">
            <w:pPr>
              <w:pStyle w:val="NoSpacing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We will be learning to…</w:t>
            </w:r>
          </w:p>
          <w:p w14:paraId="1912517F" w14:textId="77777777" w:rsidR="00BF41F1" w:rsidRPr="001D0F21" w:rsidRDefault="00BF41F1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8132BB1" w14:textId="6F688DBC" w:rsidR="00BF41F1" w:rsidRPr="001D0F21" w:rsidRDefault="00BF41F1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Play alongside others.</w:t>
            </w:r>
          </w:p>
          <w:p w14:paraId="1A33F0C4" w14:textId="77777777" w:rsidR="00BF41F1" w:rsidRPr="001D0F21" w:rsidRDefault="00BF41F1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Use pronouns: me, you, I.</w:t>
            </w:r>
          </w:p>
          <w:p w14:paraId="174B6B6F" w14:textId="77777777" w:rsidR="00BF41F1" w:rsidRPr="001D0F21" w:rsidRDefault="00BF41F1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Respond to a few boundaries appropriately and follow nursery expectations.</w:t>
            </w:r>
          </w:p>
          <w:p w14:paraId="201426B4" w14:textId="77777777" w:rsidR="00BF41F1" w:rsidRPr="001D0F21" w:rsidRDefault="00BF41F1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Use words and gestures to communicate my needs.</w:t>
            </w:r>
          </w:p>
          <w:p w14:paraId="47001941" w14:textId="69D5AF72" w:rsidR="00BF41F1" w:rsidRPr="001D0F21" w:rsidRDefault="00BF41F1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Fully toilet trained in the day.</w:t>
            </w:r>
          </w:p>
          <w:p w14:paraId="74D9DFA5" w14:textId="45B8AAA4" w:rsidR="00BF41F1" w:rsidRPr="001D0F21" w:rsidRDefault="00BF41F1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Take off own coat and put on own coat</w:t>
            </w:r>
          </w:p>
        </w:tc>
        <w:tc>
          <w:tcPr>
            <w:tcW w:w="4780" w:type="dxa"/>
            <w:gridSpan w:val="2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CD2F844" w14:textId="77777777" w:rsidR="00BF41F1" w:rsidRPr="001D0F21" w:rsidRDefault="00BF41F1" w:rsidP="00BF41F1">
            <w:pPr>
              <w:pStyle w:val="NoSpacing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We will be learning to…</w:t>
            </w:r>
          </w:p>
          <w:p w14:paraId="6ABD911C" w14:textId="77777777" w:rsidR="00BF41F1" w:rsidRPr="001D0F21" w:rsidRDefault="00BF41F1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435FC52" w14:textId="77777777" w:rsidR="00BF41F1" w:rsidRPr="001D0F21" w:rsidRDefault="00BF41F1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Play alongside others and able to share.</w:t>
            </w:r>
          </w:p>
          <w:p w14:paraId="24E99527" w14:textId="77777777" w:rsidR="00BF41F1" w:rsidRPr="001D0F21" w:rsidRDefault="00BF41F1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Access a range of continuous provision independently for short periods but increasing my concentration.</w:t>
            </w:r>
          </w:p>
          <w:p w14:paraId="545B83C4" w14:textId="77777777" w:rsidR="00BF41F1" w:rsidRPr="001D0F21" w:rsidRDefault="00BF41F1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Respond to how others are feeling.</w:t>
            </w:r>
          </w:p>
          <w:p w14:paraId="0AFF073A" w14:textId="55DAE013" w:rsidR="00BF41F1" w:rsidRPr="001D0F21" w:rsidRDefault="00BF41F1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Take off and put on my own coat and attempt zip.</w:t>
            </w:r>
          </w:p>
        </w:tc>
        <w:tc>
          <w:tcPr>
            <w:tcW w:w="4780" w:type="dxa"/>
            <w:gridSpan w:val="2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9A973CB" w14:textId="77777777" w:rsidR="00BF41F1" w:rsidRPr="001D0F21" w:rsidRDefault="00BF41F1" w:rsidP="00BF41F1">
            <w:pPr>
              <w:pStyle w:val="NoSpacing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We will be learning to…</w:t>
            </w:r>
          </w:p>
          <w:p w14:paraId="19AD552E" w14:textId="77777777" w:rsidR="00BF41F1" w:rsidRPr="001D0F21" w:rsidRDefault="00BF41F1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4D7EF35" w14:textId="77777777" w:rsidR="00BF41F1" w:rsidRPr="001D0F21" w:rsidRDefault="00BF41F1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Play co-operatively.</w:t>
            </w:r>
          </w:p>
          <w:p w14:paraId="1449EA60" w14:textId="77777777" w:rsidR="00BF41F1" w:rsidRPr="001D0F21" w:rsidRDefault="00BF41F1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 xml:space="preserve">Demonstrate friendly </w:t>
            </w:r>
            <w:proofErr w:type="spellStart"/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behaviour</w:t>
            </w:r>
            <w:proofErr w:type="spellEnd"/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6AF25FDB" w14:textId="77777777" w:rsidR="00BF41F1" w:rsidRPr="001D0F21" w:rsidRDefault="00BF41F1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Form good relationships with peers and adults.</w:t>
            </w:r>
          </w:p>
          <w:p w14:paraId="7E495F01" w14:textId="77777777" w:rsidR="00BF41F1" w:rsidRPr="001D0F21" w:rsidRDefault="00BF41F1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Take turns and share.</w:t>
            </w:r>
          </w:p>
          <w:p w14:paraId="76515D03" w14:textId="77777777" w:rsidR="00BF41F1" w:rsidRPr="001D0F21" w:rsidRDefault="00BF41F1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 xml:space="preserve">Demonstrate awareness of similarities and differences (skin </w:t>
            </w:r>
            <w:proofErr w:type="spellStart"/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colour</w:t>
            </w:r>
            <w:proofErr w:type="spellEnd"/>
            <w:r w:rsidRPr="001D0F21">
              <w:rPr>
                <w:rFonts w:asciiTheme="majorHAnsi" w:hAnsiTheme="majorHAnsi" w:cstheme="majorHAnsi"/>
                <w:sz w:val="20"/>
                <w:szCs w:val="20"/>
              </w:rPr>
              <w:t xml:space="preserve">, gender </w:t>
            </w:r>
            <w:proofErr w:type="spellStart"/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etc</w:t>
            </w:r>
            <w:proofErr w:type="spellEnd"/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  <w:p w14:paraId="3C2A2058" w14:textId="77777777" w:rsidR="00BF41F1" w:rsidRPr="001D0F21" w:rsidRDefault="00BF41F1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Follow nursery expectations confidently.</w:t>
            </w:r>
          </w:p>
          <w:p w14:paraId="4251BD97" w14:textId="46C62FF2" w:rsidR="00BF41F1" w:rsidRPr="001D0F21" w:rsidRDefault="00BF41F1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Go to toilet independently, pull down and up</w:t>
            </w:r>
          </w:p>
        </w:tc>
      </w:tr>
      <w:tr w:rsidR="007F030A" w:rsidRPr="001D0F21" w14:paraId="0E388CDC" w14:textId="77777777" w:rsidTr="00392B19">
        <w:trPr>
          <w:cantSplit/>
          <w:jc w:val="center"/>
        </w:trPr>
        <w:tc>
          <w:tcPr>
            <w:tcW w:w="16390" w:type="dxa"/>
            <w:gridSpan w:val="7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F2F3B16" w14:textId="77777777" w:rsidR="007F030A" w:rsidRPr="001D0F21" w:rsidRDefault="007F030A" w:rsidP="007F030A">
            <w:pPr>
              <w:spacing w:after="0" w:line="221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Throughout the year we will…</w:t>
            </w:r>
          </w:p>
          <w:p w14:paraId="5EC3E4C8" w14:textId="31846CE4" w:rsidR="007F030A" w:rsidRPr="001D0F21" w:rsidRDefault="007F030A" w:rsidP="00F30E92">
            <w:pPr>
              <w:pStyle w:val="TableParagraph"/>
              <w:spacing w:line="204" w:lineRule="exact"/>
              <w:ind w:left="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Learn how we play and share together at nursery.</w:t>
            </w:r>
          </w:p>
          <w:p w14:paraId="7BA25DC6" w14:textId="2E73F4D5" w:rsidR="007F030A" w:rsidRPr="001D0F21" w:rsidRDefault="007F030A" w:rsidP="00F30E92">
            <w:pPr>
              <w:pStyle w:val="TableParagraph"/>
              <w:spacing w:line="204" w:lineRule="exact"/>
              <w:ind w:left="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Play with toys to practice being a kind friend and helping others.</w:t>
            </w:r>
          </w:p>
          <w:p w14:paraId="23AE8622" w14:textId="27E2F1D8" w:rsidR="007F030A" w:rsidRPr="001D0F21" w:rsidRDefault="007F030A" w:rsidP="00F30E92">
            <w:pPr>
              <w:pStyle w:val="TableParagraph"/>
              <w:spacing w:line="204" w:lineRule="exact"/>
              <w:ind w:left="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Listen to stories about happy, sad, and big feelings</w:t>
            </w:r>
          </w:p>
          <w:p w14:paraId="2F852486" w14:textId="77777777" w:rsidR="007F030A" w:rsidRPr="001D0F21" w:rsidRDefault="007F030A" w:rsidP="00F30E92">
            <w:pPr>
              <w:pStyle w:val="TableParagraph"/>
              <w:spacing w:line="204" w:lineRule="exact"/>
              <w:ind w:left="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Play fun games and take turns with friends.</w:t>
            </w:r>
          </w:p>
          <w:p w14:paraId="52CC99E3" w14:textId="392E6B17" w:rsidR="007F030A" w:rsidRPr="001D0F21" w:rsidRDefault="007F030A" w:rsidP="00F30E92">
            <w:pPr>
              <w:pStyle w:val="TableParagraph"/>
              <w:spacing w:line="204" w:lineRule="exact"/>
              <w:ind w:left="0"/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Meet friendly people who visit our nursery.</w:t>
            </w:r>
          </w:p>
        </w:tc>
      </w:tr>
      <w:tr w:rsidR="00BF41F1" w:rsidRPr="001D0F21" w14:paraId="3F9CD11D" w14:textId="77777777" w:rsidTr="00392B19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403DA83" w14:textId="77777777" w:rsidR="00BF41F1" w:rsidRPr="001D0F21" w:rsidRDefault="00BF41F1" w:rsidP="00BF41F1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Physical Development</w:t>
            </w:r>
          </w:p>
          <w:p w14:paraId="72E27DB2" w14:textId="77777777" w:rsidR="00BF41F1" w:rsidRPr="001D0F21" w:rsidRDefault="00BF41F1" w:rsidP="00BF41F1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5FD1903" w14:textId="77777777" w:rsidR="00BF41F1" w:rsidRPr="001D0F21" w:rsidRDefault="00BF41F1" w:rsidP="00BF41F1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Gross Motor Skills</w:t>
            </w:r>
          </w:p>
          <w:p w14:paraId="09B571F8" w14:textId="77777777" w:rsidR="00BF41F1" w:rsidRPr="001D0F21" w:rsidRDefault="00BF41F1" w:rsidP="00BF41F1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</w:p>
          <w:p w14:paraId="76C2DCA2" w14:textId="10E1DD89" w:rsidR="00BF41F1" w:rsidRPr="001D0F21" w:rsidRDefault="00BF41F1" w:rsidP="00BF41F1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Fine Motor Skills</w:t>
            </w:r>
          </w:p>
        </w:tc>
        <w:tc>
          <w:tcPr>
            <w:tcW w:w="4780" w:type="dxa"/>
            <w:gridSpan w:val="2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D6B8575" w14:textId="77777777" w:rsidR="00BF41F1" w:rsidRPr="001D0F21" w:rsidRDefault="00BF41F1" w:rsidP="00BF41F1">
            <w:pPr>
              <w:pStyle w:val="NoSpacing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We will be learning to…</w:t>
            </w:r>
          </w:p>
          <w:p w14:paraId="07B5BB5C" w14:textId="77777777" w:rsidR="00BF41F1" w:rsidRPr="001D0F21" w:rsidRDefault="00BF41F1" w:rsidP="001E337E">
            <w:pPr>
              <w:pStyle w:val="TableParagraph"/>
              <w:spacing w:line="204" w:lineRule="exact"/>
              <w:ind w:left="105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ACCD1C4" w14:textId="77777777" w:rsidR="00BF41F1" w:rsidRPr="001D0F21" w:rsidRDefault="00BF41F1" w:rsidP="00BF41F1">
            <w:pPr>
              <w:pStyle w:val="TableParagraph"/>
              <w:spacing w:line="204" w:lineRule="exac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Walk steadily and unaided, able to stop and start.</w:t>
            </w:r>
          </w:p>
          <w:p w14:paraId="65EB3DC7" w14:textId="77777777" w:rsidR="00BF41F1" w:rsidRPr="001D0F21" w:rsidRDefault="00BF41F1" w:rsidP="00BF41F1">
            <w:pPr>
              <w:pStyle w:val="TableParagraph"/>
              <w:spacing w:line="204" w:lineRule="exac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Climb using two feet to a step.</w:t>
            </w:r>
          </w:p>
          <w:p w14:paraId="406281F2" w14:textId="77777777" w:rsidR="00BF41F1" w:rsidRPr="001D0F21" w:rsidRDefault="00BF41F1" w:rsidP="00BF41F1">
            <w:pPr>
              <w:pStyle w:val="TableParagraph"/>
              <w:spacing w:line="204" w:lineRule="exac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Picks up small objects between thumb and fingers.</w:t>
            </w:r>
          </w:p>
          <w:p w14:paraId="32DE3F2A" w14:textId="77777777" w:rsidR="00BF41F1" w:rsidRPr="001D0F21" w:rsidRDefault="00BF41F1" w:rsidP="00BF41F1">
            <w:pPr>
              <w:pStyle w:val="TableParagraph"/>
              <w:spacing w:line="204" w:lineRule="exac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Drink from a cup without a lid.</w:t>
            </w:r>
          </w:p>
          <w:p w14:paraId="5A081B33" w14:textId="77777777" w:rsidR="00BF41F1" w:rsidRPr="001D0F21" w:rsidRDefault="00BF41F1" w:rsidP="00BF41F1">
            <w:pPr>
              <w:pStyle w:val="TableParagraph"/>
              <w:spacing w:line="204" w:lineRule="exac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Use a spoon independently.</w:t>
            </w:r>
          </w:p>
          <w:p w14:paraId="1077D92A" w14:textId="77777777" w:rsidR="00BF41F1" w:rsidRPr="001D0F21" w:rsidRDefault="00BF41F1" w:rsidP="00BF41F1">
            <w:pPr>
              <w:pStyle w:val="TableParagraph"/>
              <w:spacing w:line="204" w:lineRule="exac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Copy lines and circles using gross motor movements.</w:t>
            </w:r>
          </w:p>
          <w:p w14:paraId="1B2BE7C8" w14:textId="77777777" w:rsidR="00BF41F1" w:rsidRPr="001D0F21" w:rsidRDefault="00BF41F1" w:rsidP="00BF41F1">
            <w:pPr>
              <w:pStyle w:val="TableParagraph"/>
              <w:spacing w:line="204" w:lineRule="exac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Use scissors to snip card.</w:t>
            </w:r>
          </w:p>
          <w:p w14:paraId="67CFD0F2" w14:textId="12D547B0" w:rsidR="00BF41F1" w:rsidRPr="001D0F21" w:rsidRDefault="00BF41F1" w:rsidP="00BF41F1">
            <w:pPr>
              <w:pStyle w:val="TableParagraph"/>
              <w:spacing w:line="204" w:lineRule="exact"/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Hold mark making implement in palmar grasp and make marks</w:t>
            </w:r>
          </w:p>
        </w:tc>
        <w:tc>
          <w:tcPr>
            <w:tcW w:w="4780" w:type="dxa"/>
            <w:gridSpan w:val="2"/>
          </w:tcPr>
          <w:p w14:paraId="2470721B" w14:textId="77777777" w:rsidR="00BF41F1" w:rsidRPr="001D0F21" w:rsidRDefault="00BF41F1" w:rsidP="00BF41F1">
            <w:pPr>
              <w:pStyle w:val="NoSpacing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We will be learning to…</w:t>
            </w:r>
          </w:p>
          <w:p w14:paraId="69F2246E" w14:textId="77777777" w:rsidR="00BF41F1" w:rsidRPr="001D0F21" w:rsidRDefault="00BF41F1" w:rsidP="00BF41F1">
            <w:pPr>
              <w:pStyle w:val="TableParagraph"/>
              <w:spacing w:line="204" w:lineRule="exac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115403B" w14:textId="77777777" w:rsidR="00BF41F1" w:rsidRPr="001D0F21" w:rsidRDefault="00BF41F1" w:rsidP="00BF41F1">
            <w:pPr>
              <w:pStyle w:val="TableParagraph"/>
              <w:spacing w:line="204" w:lineRule="exac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Beginning to balance blocks to build a small tower.</w:t>
            </w:r>
          </w:p>
          <w:p w14:paraId="34E1FD6E" w14:textId="77777777" w:rsidR="00BF41F1" w:rsidRPr="001D0F21" w:rsidRDefault="00BF41F1" w:rsidP="00BF41F1">
            <w:pPr>
              <w:pStyle w:val="TableParagraph"/>
              <w:spacing w:line="204" w:lineRule="exac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Thread large beads onto a string independently.</w:t>
            </w:r>
          </w:p>
          <w:p w14:paraId="3751ADE3" w14:textId="77777777" w:rsidR="00BF41F1" w:rsidRPr="001D0F21" w:rsidRDefault="00BF41F1" w:rsidP="00BF41F1">
            <w:pPr>
              <w:pStyle w:val="TableParagraph"/>
              <w:spacing w:line="204" w:lineRule="exac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Drink from a cup without spillage.</w:t>
            </w:r>
          </w:p>
          <w:p w14:paraId="69744946" w14:textId="77777777" w:rsidR="00BF41F1" w:rsidRPr="001D0F21" w:rsidRDefault="00BF41F1" w:rsidP="00BF41F1">
            <w:pPr>
              <w:pStyle w:val="TableParagraph"/>
              <w:spacing w:line="204" w:lineRule="exac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Use scissors with correct grip whilst moving them forwards across the paper.</w:t>
            </w:r>
          </w:p>
          <w:p w14:paraId="728275CB" w14:textId="77777777" w:rsidR="00BF41F1" w:rsidRPr="001D0F21" w:rsidRDefault="00BF41F1" w:rsidP="00BF41F1">
            <w:pPr>
              <w:pStyle w:val="TableParagraph"/>
              <w:spacing w:line="204" w:lineRule="exac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Use my feet to push along on a sit and ride toy.</w:t>
            </w:r>
          </w:p>
          <w:p w14:paraId="0E798628" w14:textId="77777777" w:rsidR="00BF41F1" w:rsidRPr="001D0F21" w:rsidRDefault="00BF41F1" w:rsidP="00BF41F1">
            <w:pPr>
              <w:pStyle w:val="TableParagraph"/>
              <w:spacing w:line="204" w:lineRule="exac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Climb with increasing confidence.</w:t>
            </w:r>
          </w:p>
          <w:p w14:paraId="2A8FD2EB" w14:textId="6D3B13F5" w:rsidR="00BF41F1" w:rsidRPr="001D0F21" w:rsidRDefault="00BF41F1" w:rsidP="00BF41F1">
            <w:pPr>
              <w:pStyle w:val="TableParagraph"/>
              <w:spacing w:line="204" w:lineRule="exact"/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Begin to hold mark making implement with developing tripod grip</w:t>
            </w:r>
          </w:p>
        </w:tc>
        <w:tc>
          <w:tcPr>
            <w:tcW w:w="4780" w:type="dxa"/>
            <w:gridSpan w:val="2"/>
          </w:tcPr>
          <w:p w14:paraId="0F8F1FBB" w14:textId="77777777" w:rsidR="00BF41F1" w:rsidRPr="001D0F21" w:rsidRDefault="00BF41F1" w:rsidP="00BF41F1">
            <w:pPr>
              <w:pStyle w:val="NoSpacing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We will be learning to…</w:t>
            </w:r>
          </w:p>
          <w:p w14:paraId="70505DEC" w14:textId="77777777" w:rsidR="00BF41F1" w:rsidRPr="001D0F21" w:rsidRDefault="00BF41F1" w:rsidP="00BF41F1">
            <w:pPr>
              <w:pStyle w:val="TableParagraph"/>
              <w:spacing w:line="204" w:lineRule="exac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3E1C3BF" w14:textId="77777777" w:rsidR="00BF41F1" w:rsidRPr="001D0F21" w:rsidRDefault="00BF41F1" w:rsidP="00BF41F1">
            <w:pPr>
              <w:pStyle w:val="TableParagraph"/>
              <w:spacing w:line="204" w:lineRule="exac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Walk, run and jump with two feet together. Throw and catch a large ball.</w:t>
            </w:r>
          </w:p>
          <w:p w14:paraId="5A0F0E80" w14:textId="77777777" w:rsidR="00BF41F1" w:rsidRPr="001D0F21" w:rsidRDefault="00BF41F1" w:rsidP="00BF41F1">
            <w:pPr>
              <w:pStyle w:val="TableParagraph"/>
              <w:spacing w:line="204" w:lineRule="exac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Thread small objects.</w:t>
            </w:r>
          </w:p>
          <w:p w14:paraId="47539C86" w14:textId="77777777" w:rsidR="00BF41F1" w:rsidRPr="001D0F21" w:rsidRDefault="00BF41F1" w:rsidP="00BF41F1">
            <w:pPr>
              <w:pStyle w:val="TableParagraph"/>
              <w:spacing w:line="204" w:lineRule="exac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Cut soft objects (food) purposefully with a knife.</w:t>
            </w:r>
          </w:p>
          <w:p w14:paraId="640038AD" w14:textId="77777777" w:rsidR="00392B19" w:rsidRPr="001D0F21" w:rsidRDefault="00BF41F1" w:rsidP="00BF41F1">
            <w:pPr>
              <w:pStyle w:val="TableParagraph"/>
              <w:spacing w:line="204" w:lineRule="exac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Hold scissors correctly with increasing control e.g. to follow a line.</w:t>
            </w:r>
          </w:p>
          <w:p w14:paraId="113E2A19" w14:textId="77777777" w:rsidR="00392B19" w:rsidRPr="001D0F21" w:rsidRDefault="00BF41F1" w:rsidP="00BF41F1">
            <w:pPr>
              <w:pStyle w:val="TableParagraph"/>
              <w:spacing w:line="204" w:lineRule="exac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Pedal a trike using two feet.</w:t>
            </w:r>
          </w:p>
          <w:p w14:paraId="2C97336E" w14:textId="31EDF78A" w:rsidR="00BF41F1" w:rsidRPr="001D0F21" w:rsidRDefault="00BF41F1" w:rsidP="00BF41F1">
            <w:pPr>
              <w:pStyle w:val="TableParagraph"/>
              <w:spacing w:line="204" w:lineRule="exact"/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Copy mark making patterns e.g. zig zag, lines, circles using a pen, pencil etc.</w:t>
            </w:r>
          </w:p>
        </w:tc>
      </w:tr>
      <w:tr w:rsidR="00C10C9E" w:rsidRPr="001D0F21" w14:paraId="04F51D97" w14:textId="77777777" w:rsidTr="00392B19">
        <w:trPr>
          <w:cantSplit/>
          <w:jc w:val="center"/>
        </w:trPr>
        <w:tc>
          <w:tcPr>
            <w:tcW w:w="16390" w:type="dxa"/>
            <w:gridSpan w:val="7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4CC5AE3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Throughout the year we will…</w:t>
            </w:r>
          </w:p>
          <w:p w14:paraId="1EC77542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Develop gross- and fine-motor strength through daily outdoor play, climbing, balancing, dancing, dough, construction and varied tools.</w:t>
            </w:r>
          </w:p>
          <w:p w14:paraId="64EA20B1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Build independence in dressing, handwashing, eating and toileting at each child’s developmental stage.</w:t>
            </w:r>
          </w:p>
        </w:tc>
      </w:tr>
      <w:tr w:rsidR="00392B19" w:rsidRPr="001D0F21" w14:paraId="66CE0C95" w14:textId="77777777" w:rsidTr="00392B19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315DDCB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Communication and Language</w:t>
            </w:r>
          </w:p>
          <w:p w14:paraId="58EA9DCB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BB467E9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Listening, attention and understanding</w:t>
            </w:r>
          </w:p>
          <w:p w14:paraId="13033674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8FA0F25" w14:textId="7D4CCDB0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Speaking</w:t>
            </w:r>
          </w:p>
        </w:tc>
        <w:tc>
          <w:tcPr>
            <w:tcW w:w="4780" w:type="dxa"/>
            <w:gridSpan w:val="2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E70C68C" w14:textId="77777777" w:rsidR="00392B19" w:rsidRPr="001D0F21" w:rsidRDefault="00392B19" w:rsidP="00392B19">
            <w:pPr>
              <w:pStyle w:val="NoSpacing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We will be learning to…</w:t>
            </w:r>
          </w:p>
          <w:p w14:paraId="46B88491" w14:textId="77777777" w:rsidR="00392B19" w:rsidRPr="001D0F21" w:rsidRDefault="00392B19" w:rsidP="00392B19">
            <w:pPr>
              <w:pStyle w:val="NoSpacing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9B2E240" w14:textId="77777777" w:rsidR="00392B19" w:rsidRPr="001D0F21" w:rsidRDefault="00392B19" w:rsidP="00392B19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 xml:space="preserve">Enjoys rhymes and demonstrates listening by joining in with actions or </w:t>
            </w:r>
            <w:proofErr w:type="spellStart"/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vocalisations</w:t>
            </w:r>
            <w:proofErr w:type="spellEnd"/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462E33C1" w14:textId="77777777" w:rsidR="00392B19" w:rsidRPr="001D0F21" w:rsidRDefault="00392B19" w:rsidP="00392B19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Show understanding of a simple instruction (Go and get your coat).</w:t>
            </w:r>
          </w:p>
          <w:p w14:paraId="3E0101B5" w14:textId="77777777" w:rsidR="00392B19" w:rsidRPr="001D0F21" w:rsidRDefault="00392B19" w:rsidP="00392B19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Name everyday objects.</w:t>
            </w:r>
          </w:p>
          <w:p w14:paraId="13B5906D" w14:textId="77777777" w:rsidR="00392B19" w:rsidRPr="001D0F21" w:rsidRDefault="00392B19" w:rsidP="00392B19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 xml:space="preserve">Name family members. Put two words together to communicate (Bye </w:t>
            </w:r>
            <w:proofErr w:type="spellStart"/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bye</w:t>
            </w:r>
            <w:proofErr w:type="spellEnd"/>
            <w:r w:rsidRPr="001D0F21">
              <w:rPr>
                <w:rFonts w:asciiTheme="majorHAnsi" w:hAnsiTheme="majorHAnsi" w:cstheme="majorHAnsi"/>
                <w:sz w:val="20"/>
                <w:szCs w:val="20"/>
              </w:rPr>
              <w:t xml:space="preserve"> Mummy). </w:t>
            </w:r>
          </w:p>
          <w:p w14:paraId="7E5360E5" w14:textId="47AB5A57" w:rsidR="00392B19" w:rsidRPr="001D0F21" w:rsidRDefault="00392B19" w:rsidP="00392B19">
            <w:pPr>
              <w:pStyle w:val="NoSpacing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Ask simple question “What’s that?”</w:t>
            </w:r>
          </w:p>
        </w:tc>
        <w:tc>
          <w:tcPr>
            <w:tcW w:w="4780" w:type="dxa"/>
            <w:gridSpan w:val="2"/>
          </w:tcPr>
          <w:p w14:paraId="2B76DC37" w14:textId="17EDCAED" w:rsidR="00392B19" w:rsidRPr="001D0F21" w:rsidRDefault="00392B19" w:rsidP="00392B19">
            <w:pPr>
              <w:pStyle w:val="NoSpacing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We will be learning to…</w:t>
            </w:r>
          </w:p>
          <w:p w14:paraId="188E918F" w14:textId="3072DBEA" w:rsidR="00392B19" w:rsidRPr="001D0F21" w:rsidRDefault="00392B19" w:rsidP="00392B19">
            <w:pPr>
              <w:pStyle w:val="NoSpacing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D77393E" w14:textId="77777777" w:rsidR="00392B19" w:rsidRPr="001D0F21" w:rsidRDefault="00392B19" w:rsidP="00392B19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Join in with rhymes and familiar stories. Understand 200-500 words.</w:t>
            </w:r>
          </w:p>
          <w:p w14:paraId="67C6F607" w14:textId="77777777" w:rsidR="00392B19" w:rsidRPr="001D0F21" w:rsidRDefault="00392B19" w:rsidP="00392B19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Beginning to link 3 or 4 words together. Understand a question/ instruction with 2 parts e.g. get your coat and stand at the door. Understand simple concepts: fast, slow, big little, in, out.</w:t>
            </w:r>
          </w:p>
          <w:p w14:paraId="416B65FE" w14:textId="08EF84D1" w:rsidR="00392B19" w:rsidRPr="001D0F21" w:rsidRDefault="00392B19" w:rsidP="00392B19">
            <w:pPr>
              <w:pStyle w:val="NoSpacing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Talk in the present tense.</w:t>
            </w:r>
          </w:p>
          <w:p w14:paraId="5FB91EA9" w14:textId="77777777" w:rsidR="00392B19" w:rsidRPr="001D0F21" w:rsidRDefault="00392B19" w:rsidP="00392B19">
            <w:pPr>
              <w:pStyle w:val="NoSpacing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4780" w:type="dxa"/>
            <w:gridSpan w:val="2"/>
          </w:tcPr>
          <w:p w14:paraId="17ADF5A2" w14:textId="43F78DA3" w:rsidR="00392B19" w:rsidRPr="001D0F21" w:rsidRDefault="00392B19" w:rsidP="00392B19">
            <w:pPr>
              <w:pStyle w:val="NoSpacing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We will be learning to…</w:t>
            </w:r>
          </w:p>
          <w:p w14:paraId="0B018B12" w14:textId="5540F7BF" w:rsidR="00392B19" w:rsidRPr="001D0F21" w:rsidRDefault="00392B19" w:rsidP="00392B19">
            <w:pPr>
              <w:pStyle w:val="NoSpacing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0C39A72" w14:textId="77777777" w:rsidR="00392B19" w:rsidRPr="001D0F21" w:rsidRDefault="00392B19" w:rsidP="00392B19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Listen to a short story from beginning to end. Link 3 and 4 words together.</w:t>
            </w:r>
          </w:p>
          <w:p w14:paraId="2E864191" w14:textId="77777777" w:rsidR="00392B19" w:rsidRPr="001D0F21" w:rsidRDefault="00392B19" w:rsidP="00392B19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Stop what they are doing and listen to a speaker. Sing a favourite nursery rhyme or song.</w:t>
            </w:r>
          </w:p>
          <w:p w14:paraId="386D3BCB" w14:textId="00B80436" w:rsidR="00392B19" w:rsidRPr="001D0F21" w:rsidRDefault="00392B19" w:rsidP="00392B19">
            <w:pPr>
              <w:pStyle w:val="NoSpacing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Say my own name, age and gender.</w:t>
            </w:r>
          </w:p>
          <w:p w14:paraId="5C23DC7A" w14:textId="75028FCB" w:rsidR="00392B19" w:rsidRPr="001D0F21" w:rsidRDefault="00392B19" w:rsidP="00392B19">
            <w:pPr>
              <w:pStyle w:val="NoSpacing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92B19" w:rsidRPr="001D0F21" w14:paraId="615B2278" w14:textId="77777777" w:rsidTr="00392B19">
        <w:trPr>
          <w:cantSplit/>
          <w:jc w:val="center"/>
        </w:trPr>
        <w:tc>
          <w:tcPr>
            <w:tcW w:w="16390" w:type="dxa"/>
            <w:gridSpan w:val="7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9830157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Throughout the year we will…</w:t>
            </w:r>
          </w:p>
          <w:p w14:paraId="71D72E89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Enjoy daily fiction, non-fiction, rhymes and songs.</w:t>
            </w:r>
          </w:p>
          <w:p w14:paraId="672125FE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Develop vocabulary through high-quality back-and-forth interaction.</w:t>
            </w:r>
          </w:p>
          <w:p w14:paraId="7DBB7496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Revisit language across routines and play.</w:t>
            </w:r>
          </w:p>
          <w:p w14:paraId="1B748D3D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Adults comment, model, extend and give thinking time.</w:t>
            </w:r>
          </w:p>
        </w:tc>
      </w:tr>
      <w:tr w:rsidR="00392B19" w:rsidRPr="001D0F21" w14:paraId="347C524E" w14:textId="77777777" w:rsidTr="00392B19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046301D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lastRenderedPageBreak/>
              <w:t>Literacy</w:t>
            </w:r>
          </w:p>
          <w:p w14:paraId="1FB065D6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D3F770B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Quality texts / Book-led language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6C6C0FB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Brown Bear, Brown Bear, What Do You See?</w:t>
            </w:r>
          </w:p>
          <w:p w14:paraId="61E62ACF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Ten Little Fingers, Ten Little Toes</w:t>
            </w:r>
          </w:p>
          <w:p w14:paraId="560527EE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How Am I Feeling?</w:t>
            </w:r>
          </w:p>
          <w:p w14:paraId="1ED9C269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Head, Shoulders, Knees and Toes</w:t>
            </w:r>
          </w:p>
          <w:p w14:paraId="2303EDAB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 Bit Lost</w:t>
            </w:r>
          </w:p>
          <w:p w14:paraId="68C18373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Meg and Mog</w:t>
            </w:r>
          </w:p>
          <w:p w14:paraId="62DCB3CF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7AAF62DB" w14:textId="77777777" w:rsidR="00932F0B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Intentional vocabulary</w:t>
            </w: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:</w:t>
            </w:r>
          </w:p>
          <w:p w14:paraId="47EAEEA8" w14:textId="1A02DB9A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me</w:t>
            </w:r>
          </w:p>
          <w:p w14:paraId="1AD2706F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family</w:t>
            </w:r>
          </w:p>
          <w:p w14:paraId="16301E28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happy</w:t>
            </w:r>
          </w:p>
          <w:p w14:paraId="4F01911D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sad</w:t>
            </w:r>
          </w:p>
          <w:p w14:paraId="0A28E24D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body</w:t>
            </w:r>
          </w:p>
          <w:p w14:paraId="5D7E5280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same</w:t>
            </w:r>
          </w:p>
          <w:p w14:paraId="522FF0FC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different</w:t>
            </w:r>
          </w:p>
          <w:p w14:paraId="143CD063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autumn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C131B76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We're Going on a Leaf Hunt</w:t>
            </w:r>
          </w:p>
          <w:p w14:paraId="0411723C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Row, Row, Row Your Boat</w:t>
            </w:r>
          </w:p>
          <w:p w14:paraId="2C581EB9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WOW!</w:t>
            </w:r>
          </w:p>
          <w:p w14:paraId="4B9F5827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Said the Owl</w:t>
            </w:r>
          </w:p>
          <w:p w14:paraId="3B05ABCE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Little Christmas Tree</w:t>
            </w:r>
          </w:p>
          <w:p w14:paraId="639CDD4B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The Train Ride</w:t>
            </w:r>
          </w:p>
          <w:p w14:paraId="13E26FD3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Dear Santa</w:t>
            </w:r>
          </w:p>
          <w:p w14:paraId="70E8A281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0874B5C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20D85A5F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259E4D5F" w14:textId="77777777" w:rsidR="00932F0B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Intentional vocabulary</w:t>
            </w: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:</w:t>
            </w:r>
          </w:p>
          <w:p w14:paraId="27AF1930" w14:textId="3489CD86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leaf</w:t>
            </w:r>
          </w:p>
          <w:p w14:paraId="036616B1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light</w:t>
            </w:r>
          </w:p>
          <w:p w14:paraId="7E812604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dark</w:t>
            </w:r>
          </w:p>
          <w:p w14:paraId="3B9C5D9E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bright</w:t>
            </w:r>
          </w:p>
          <w:p w14:paraId="78C03B1B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journey</w:t>
            </w:r>
          </w:p>
          <w:p w14:paraId="01A86A4E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next</w:t>
            </w:r>
          </w:p>
          <w:p w14:paraId="3502F09A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wrapped</w:t>
            </w:r>
          </w:p>
          <w:p w14:paraId="4CD51B9D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special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69128F2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Squirrels Snowman</w:t>
            </w:r>
          </w:p>
          <w:p w14:paraId="29DC920C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That’s Not My Robin</w:t>
            </w:r>
          </w:p>
          <w:p w14:paraId="0DDBB0CD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Pip the Little Penguin</w:t>
            </w:r>
          </w:p>
          <w:p w14:paraId="401A652A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Toss a Pancake</w:t>
            </w:r>
          </w:p>
          <w:p w14:paraId="4FA7DB0B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Love Monster</w:t>
            </w:r>
          </w:p>
          <w:p w14:paraId="758B0637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familiar traditional tales</w:t>
            </w:r>
          </w:p>
          <w:p w14:paraId="717A6849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17DADC7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733BC0A8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74FC1A34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62BAD26E" w14:textId="77777777" w:rsidR="00932F0B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Intentional vocabulary:</w:t>
            </w:r>
          </w:p>
          <w:p w14:paraId="7FFF9F8B" w14:textId="50DDA975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cold</w:t>
            </w:r>
          </w:p>
          <w:p w14:paraId="0C988E69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warm</w:t>
            </w:r>
          </w:p>
          <w:p w14:paraId="539C0FCF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ice</w:t>
            </w:r>
          </w:p>
          <w:p w14:paraId="251764D9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melt</w:t>
            </w:r>
          </w:p>
          <w:p w14:paraId="0D849AD9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bird</w:t>
            </w:r>
          </w:p>
          <w:p w14:paraId="33352B48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feathers</w:t>
            </w:r>
          </w:p>
          <w:p w14:paraId="19CA48B1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winter</w:t>
            </w:r>
          </w:p>
          <w:p w14:paraId="0053787C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slippery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D41D9C8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Lunar New Year texts</w:t>
            </w:r>
          </w:p>
          <w:p w14:paraId="024C91FF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Whatever Next!</w:t>
            </w:r>
          </w:p>
          <w:p w14:paraId="4E899850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There’s a Dinosaur in Your Book</w:t>
            </w:r>
          </w:p>
          <w:p w14:paraId="0FA50325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Five Little Speckled Frogs</w:t>
            </w:r>
          </w:p>
          <w:p w14:paraId="487650E6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Chick, Chick, Chick</w:t>
            </w:r>
          </w:p>
          <w:p w14:paraId="7E0A52B4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favourite</w:t>
            </w:r>
            <w:proofErr w:type="spellEnd"/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Shawclough</w:t>
            </w:r>
            <w:proofErr w:type="spellEnd"/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stories</w:t>
            </w:r>
          </w:p>
          <w:p w14:paraId="6D13CAB5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B1F91F6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B54839B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Intentional vocabulary:</w:t>
            </w: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story</w:t>
            </w:r>
          </w:p>
          <w:p w14:paraId="6449A2E7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character</w:t>
            </w:r>
          </w:p>
          <w:p w14:paraId="77FB70B3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first</w:t>
            </w:r>
          </w:p>
          <w:p w14:paraId="041F7BBE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next</w:t>
            </w:r>
          </w:p>
          <w:p w14:paraId="46DACD1D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end</w:t>
            </w:r>
          </w:p>
          <w:p w14:paraId="52FBA800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spring</w:t>
            </w:r>
          </w:p>
          <w:p w14:paraId="1B68F95E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grow</w:t>
            </w:r>
          </w:p>
          <w:p w14:paraId="25335E2C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surprise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EB07B5A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Dear Zoo</w:t>
            </w:r>
          </w:p>
          <w:p w14:paraId="1378FC79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Farmer Duck</w:t>
            </w:r>
          </w:p>
          <w:p w14:paraId="237A5A18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Rosie’s Walk</w:t>
            </w:r>
          </w:p>
          <w:p w14:paraId="27DEFDAC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Walking Through the Jungle</w:t>
            </w:r>
          </w:p>
          <w:p w14:paraId="30B676BE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Jasper’s Beanstalk</w:t>
            </w:r>
          </w:p>
          <w:p w14:paraId="62F626E5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Five Little Peas</w:t>
            </w:r>
          </w:p>
          <w:p w14:paraId="183F1129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FA9988B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BB8EEE2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B332616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6820FEF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Intentional vocabulary:</w:t>
            </w: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animal</w:t>
            </w:r>
          </w:p>
          <w:p w14:paraId="06AA2CF4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plant</w:t>
            </w:r>
          </w:p>
          <w:p w14:paraId="498B3A0C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seed</w:t>
            </w:r>
          </w:p>
          <w:p w14:paraId="7D3EBB0B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water</w:t>
            </w:r>
          </w:p>
          <w:p w14:paraId="6A9A8948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grow</w:t>
            </w:r>
          </w:p>
          <w:p w14:paraId="45918BC3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gentle</w:t>
            </w:r>
          </w:p>
          <w:p w14:paraId="7BAB944C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care</w:t>
            </w:r>
          </w:p>
          <w:p w14:paraId="00652D5C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jungle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489DEBD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The Very Hungry Caterpillar</w:t>
            </w:r>
          </w:p>
          <w:p w14:paraId="7832DAF7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Wiggly Woo</w:t>
            </w:r>
          </w:p>
          <w:p w14:paraId="520729F2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 Want to Be</w:t>
            </w:r>
          </w:p>
          <w:p w14:paraId="77E0F843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The Runaway Pea</w:t>
            </w:r>
          </w:p>
          <w:p w14:paraId="0CA109E5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seaside stories</w:t>
            </w:r>
          </w:p>
          <w:p w14:paraId="19054AB8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We’re Going on a Bear Hunt</w:t>
            </w:r>
          </w:p>
          <w:p w14:paraId="7B1034FB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The Train Ride</w:t>
            </w:r>
          </w:p>
          <w:p w14:paraId="37CD6D9B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363786C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5363E55" w14:textId="77777777" w:rsidR="00932F0B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Intentional vocabulary:</w:t>
            </w:r>
          </w:p>
          <w:p w14:paraId="5EF2A6DA" w14:textId="730440C8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sea</w:t>
            </w:r>
          </w:p>
          <w:p w14:paraId="1DF7E758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sand</w:t>
            </w:r>
          </w:p>
          <w:p w14:paraId="4A72CEE5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shell</w:t>
            </w:r>
          </w:p>
          <w:p w14:paraId="3177FC50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wave</w:t>
            </w:r>
          </w:p>
          <w:p w14:paraId="631749B9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job</w:t>
            </w:r>
          </w:p>
          <w:p w14:paraId="0F74350C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healthy</w:t>
            </w:r>
          </w:p>
          <w:p w14:paraId="7823C3FB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change</w:t>
            </w:r>
          </w:p>
          <w:p w14:paraId="0F225DFC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butterfly</w:t>
            </w:r>
          </w:p>
        </w:tc>
      </w:tr>
      <w:tr w:rsidR="00392B19" w:rsidRPr="001D0F21" w14:paraId="7821ABB1" w14:textId="77777777" w:rsidTr="00392B19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06E584C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Inclusive texts</w:t>
            </w:r>
          </w:p>
          <w:p w14:paraId="443E2CE8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Mirrors, windows and doors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04D9D32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Families, skin, bodies and belonging</w:t>
            </w:r>
          </w:p>
          <w:p w14:paraId="5C9443A1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examples: Happy in Our Skin</w:t>
            </w:r>
          </w:p>
          <w:p w14:paraId="3EF367BB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So Much</w:t>
            </w:r>
          </w:p>
          <w:p w14:paraId="1ADF4E86" w14:textId="6F8E291F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3D41924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Family traditions and special times</w:t>
            </w:r>
          </w:p>
          <w:p w14:paraId="7EE014CB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inclusive Christmas and celebration texts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58AA7A1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Different ways bodies and minds experience the world</w:t>
            </w:r>
          </w:p>
          <w:p w14:paraId="634DBD4D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examples: Susan Laughs</w:t>
            </w:r>
          </w:p>
          <w:p w14:paraId="38642FE1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We’re All Wonders</w:t>
            </w:r>
          </w:p>
          <w:p w14:paraId="768D9CB5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accessible picture books chosen for the cohort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1C1C105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Stories from varied cultures and family traditions</w:t>
            </w:r>
          </w:p>
          <w:p w14:paraId="71169AA1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include authors, illustrators and characters who widen children’s experience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B370D13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Caring roles without gender stereotypes</w:t>
            </w:r>
          </w:p>
          <w:p w14:paraId="59FD4BAC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diverse animal and nature non-fiction</w:t>
            </w:r>
          </w:p>
          <w:p w14:paraId="654CE10B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stories in which every child can see possibility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16261D9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Different families, homes, occupations and journeys</w:t>
            </w:r>
          </w:p>
          <w:p w14:paraId="4650AF87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examples: The Everywhere Bear</w:t>
            </w:r>
          </w:p>
          <w:p w14:paraId="206AA4E3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Maisy Goes on Holiday</w:t>
            </w:r>
          </w:p>
          <w:p w14:paraId="36445FF3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community photographs and stories</w:t>
            </w:r>
          </w:p>
        </w:tc>
      </w:tr>
      <w:tr w:rsidR="00392B19" w:rsidRPr="001D0F21" w14:paraId="48E36803" w14:textId="77777777" w:rsidTr="00392B19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EC48AE7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Phase 1 foundations</w:t>
            </w:r>
          </w:p>
          <w:p w14:paraId="1511A573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Rhyme, sound play and phonological awareness</w:t>
            </w:r>
          </w:p>
        </w:tc>
        <w:tc>
          <w:tcPr>
            <w:tcW w:w="14340" w:type="dxa"/>
            <w:gridSpan w:val="6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8B7E35B" w14:textId="77777777" w:rsidR="00392B19" w:rsidRPr="001D0F21" w:rsidRDefault="00392B19" w:rsidP="00392B19">
            <w:pPr>
              <w:pStyle w:val="TableParagraph"/>
              <w:spacing w:line="206" w:lineRule="exact"/>
              <w:ind w:left="0"/>
              <w:jc w:val="both"/>
              <w:rPr>
                <w:rFonts w:asciiTheme="majorHAnsi" w:hAnsiTheme="majorHAnsi" w:cstheme="majorHAnsi"/>
                <w:b/>
                <w:spacing w:val="-5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We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will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be</w:t>
            </w:r>
            <w:r w:rsidRPr="001D0F21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learning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pacing w:val="-5"/>
                <w:sz w:val="20"/>
                <w:szCs w:val="20"/>
              </w:rPr>
              <w:t>to…</w:t>
            </w:r>
          </w:p>
          <w:p w14:paraId="1199C0E0" w14:textId="77777777" w:rsidR="00392B19" w:rsidRPr="001D0F21" w:rsidRDefault="00392B19" w:rsidP="00392B19">
            <w:pPr>
              <w:pStyle w:val="TableParagraph"/>
              <w:spacing w:line="206" w:lineRule="exact"/>
              <w:ind w:left="0"/>
              <w:jc w:val="both"/>
              <w:rPr>
                <w:rFonts w:asciiTheme="majorHAnsi" w:hAnsiTheme="majorHAnsi" w:cstheme="majorHAnsi"/>
                <w:b/>
                <w:spacing w:val="-5"/>
                <w:sz w:val="20"/>
                <w:szCs w:val="20"/>
              </w:rPr>
            </w:pPr>
          </w:p>
          <w:p w14:paraId="5289084C" w14:textId="77777777" w:rsidR="00392B19" w:rsidRPr="001D0F21" w:rsidRDefault="00392B19" w:rsidP="00392B19">
            <w:pPr>
              <w:pStyle w:val="TableParagraph"/>
              <w:spacing w:line="206" w:lineRule="exact"/>
              <w:ind w:left="0"/>
              <w:jc w:val="both"/>
              <w:rPr>
                <w:rFonts w:asciiTheme="majorHAnsi" w:hAnsiTheme="majorHAnsi" w:cstheme="majorHAnsi"/>
                <w:spacing w:val="-5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pacing w:val="-5"/>
                <w:sz w:val="20"/>
                <w:szCs w:val="20"/>
              </w:rPr>
              <w:t>Listen and join in with stories, songs and games.</w:t>
            </w:r>
          </w:p>
          <w:p w14:paraId="6E102AEA" w14:textId="77777777" w:rsidR="00392B19" w:rsidRPr="001D0F21" w:rsidRDefault="00392B19" w:rsidP="00392B19">
            <w:pPr>
              <w:pStyle w:val="TableParagraph"/>
              <w:spacing w:line="206" w:lineRule="exact"/>
              <w:ind w:left="0"/>
              <w:jc w:val="both"/>
              <w:rPr>
                <w:rFonts w:asciiTheme="majorHAnsi" w:hAnsiTheme="majorHAnsi" w:cstheme="majorHAnsi"/>
                <w:spacing w:val="-5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pacing w:val="-5"/>
                <w:sz w:val="20"/>
                <w:szCs w:val="20"/>
              </w:rPr>
              <w:t>Make sounds as I join in with stories and songs.</w:t>
            </w:r>
          </w:p>
          <w:p w14:paraId="7D4B5501" w14:textId="77777777" w:rsidR="00392B19" w:rsidRPr="001D0F21" w:rsidRDefault="00392B19" w:rsidP="00392B19">
            <w:pPr>
              <w:pStyle w:val="TableParagraph"/>
              <w:spacing w:line="206" w:lineRule="exact"/>
              <w:ind w:left="0"/>
              <w:jc w:val="both"/>
              <w:rPr>
                <w:rFonts w:asciiTheme="majorHAnsi" w:hAnsiTheme="majorHAnsi" w:cstheme="majorHAnsi"/>
                <w:spacing w:val="-5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pacing w:val="-5"/>
                <w:sz w:val="20"/>
                <w:szCs w:val="20"/>
              </w:rPr>
              <w:t>Match the sounds that I’ve heard with a picture.</w:t>
            </w:r>
          </w:p>
          <w:p w14:paraId="4E090D42" w14:textId="77777777" w:rsidR="00392B19" w:rsidRPr="001D0F21" w:rsidRDefault="00392B19" w:rsidP="00392B19">
            <w:pPr>
              <w:pStyle w:val="TableParagraph"/>
              <w:spacing w:line="206" w:lineRule="exact"/>
              <w:ind w:left="0"/>
              <w:jc w:val="both"/>
              <w:rPr>
                <w:rFonts w:asciiTheme="majorHAnsi" w:hAnsiTheme="majorHAnsi" w:cstheme="majorHAnsi"/>
                <w:spacing w:val="-5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pacing w:val="-5"/>
                <w:sz w:val="20"/>
                <w:szCs w:val="20"/>
              </w:rPr>
              <w:t>Copy the sounds I’ve heard.</w:t>
            </w:r>
          </w:p>
          <w:p w14:paraId="4C4E8D98" w14:textId="77777777" w:rsidR="00392B19" w:rsidRPr="001D0F21" w:rsidRDefault="00392B19" w:rsidP="00392B19">
            <w:pPr>
              <w:pStyle w:val="TableParagraph"/>
              <w:spacing w:line="206" w:lineRule="exact"/>
              <w:ind w:left="0"/>
              <w:jc w:val="both"/>
              <w:rPr>
                <w:rFonts w:asciiTheme="majorHAnsi" w:hAnsiTheme="majorHAnsi" w:cstheme="majorHAnsi"/>
                <w:spacing w:val="-5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pacing w:val="-5"/>
                <w:sz w:val="20"/>
                <w:szCs w:val="20"/>
              </w:rPr>
              <w:t>Name some animals/objects and make their sounds.</w:t>
            </w:r>
          </w:p>
          <w:p w14:paraId="7C9ADA47" w14:textId="77777777" w:rsidR="00392B19" w:rsidRPr="001D0F21" w:rsidRDefault="00392B19" w:rsidP="00392B19">
            <w:pPr>
              <w:pStyle w:val="TableParagraph"/>
              <w:spacing w:line="206" w:lineRule="exact"/>
              <w:ind w:left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Take turns to explore different musical instruments.</w:t>
            </w:r>
          </w:p>
          <w:p w14:paraId="5BB4E2BB" w14:textId="77777777" w:rsidR="00392B19" w:rsidRPr="001D0F21" w:rsidRDefault="00392B19" w:rsidP="00392B19">
            <w:pPr>
              <w:pStyle w:val="TableParagraph"/>
              <w:spacing w:line="206" w:lineRule="exact"/>
              <w:ind w:left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Play instruments to make different sorts of sounds e.g. fast/slow/loud/quiet.</w:t>
            </w:r>
          </w:p>
          <w:p w14:paraId="456B1366" w14:textId="77777777" w:rsidR="00392B19" w:rsidRPr="001D0F21" w:rsidRDefault="00392B19" w:rsidP="00392B19">
            <w:pPr>
              <w:pStyle w:val="TableParagraph"/>
              <w:spacing w:line="206" w:lineRule="exact"/>
              <w:ind w:left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Match the way I play an instrument with a symbol or instruction.</w:t>
            </w:r>
          </w:p>
          <w:p w14:paraId="37D4065F" w14:textId="77777777" w:rsidR="00392B19" w:rsidRPr="001D0F21" w:rsidRDefault="00392B19" w:rsidP="00392B19">
            <w:pPr>
              <w:pStyle w:val="TableParagraph"/>
              <w:spacing w:line="206" w:lineRule="exact"/>
              <w:ind w:left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I can name some instruments.</w:t>
            </w:r>
          </w:p>
          <w:p w14:paraId="718CFD6E" w14:textId="0032E42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Clap a steady beast as I join in with musical activities</w:t>
            </w:r>
          </w:p>
        </w:tc>
      </w:tr>
      <w:tr w:rsidR="00392B19" w:rsidRPr="001D0F21" w14:paraId="7927E5E8" w14:textId="77777777" w:rsidTr="00392B19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FD23550" w14:textId="14670AD8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 xml:space="preserve">Super Sounds Nursery </w:t>
            </w:r>
            <w:r w:rsidR="00932F0B"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Rhymes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5F14D87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Open shut them</w:t>
            </w:r>
          </w:p>
          <w:p w14:paraId="68CFB160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This is the way we wash our hands</w:t>
            </w:r>
          </w:p>
          <w:p w14:paraId="7E541B1F" w14:textId="4258D5B5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If you’re happy and you know it.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78A1041" w14:textId="4C72F185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Row row row your boat</w:t>
            </w:r>
          </w:p>
          <w:p w14:paraId="45D43FF2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Twinkle Twinkle</w:t>
            </w:r>
          </w:p>
          <w:p w14:paraId="7BA16507" w14:textId="4653B4C1" w:rsidR="00932F0B" w:rsidRPr="001D0F21" w:rsidRDefault="00932F0B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Christmas songs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B6C8B46" w14:textId="4D1422B3" w:rsidR="00932F0B" w:rsidRPr="001D0F21" w:rsidRDefault="00932F0B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 hear thunder</w:t>
            </w:r>
          </w:p>
          <w:p w14:paraId="7B69509F" w14:textId="77777777" w:rsidR="00932F0B" w:rsidRPr="001D0F21" w:rsidRDefault="00932F0B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Humpty Dumpty</w:t>
            </w:r>
          </w:p>
          <w:p w14:paraId="79ADA59D" w14:textId="2A64C693" w:rsidR="00932F0B" w:rsidRPr="001D0F21" w:rsidRDefault="00932F0B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Pat a cake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67FF3D1" w14:textId="77777777" w:rsidR="00392B19" w:rsidRPr="001D0F21" w:rsidRDefault="00932F0B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This little piggie</w:t>
            </w: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br/>
              <w:t>Baa baa black sheep</w:t>
            </w:r>
          </w:p>
          <w:p w14:paraId="15B783C8" w14:textId="584879D2" w:rsidR="00932F0B" w:rsidRPr="001D0F21" w:rsidRDefault="00932F0B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Incy Wincy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33318FC" w14:textId="68B7C76D" w:rsidR="00932F0B" w:rsidRPr="001D0F21" w:rsidRDefault="00932F0B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The farmers in his den</w:t>
            </w:r>
          </w:p>
          <w:p w14:paraId="0E313519" w14:textId="77777777" w:rsidR="00932F0B" w:rsidRPr="001D0F21" w:rsidRDefault="00932F0B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Old Macdonald had a farm</w:t>
            </w:r>
          </w:p>
          <w:p w14:paraId="3C4739FE" w14:textId="534B6366" w:rsidR="00932F0B" w:rsidRPr="001D0F21" w:rsidRDefault="00932F0B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6A6644D" w14:textId="38628B9B" w:rsidR="00932F0B" w:rsidRPr="001D0F21" w:rsidRDefault="00932F0B" w:rsidP="00932F0B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Round and round the garden</w:t>
            </w:r>
          </w:p>
          <w:p w14:paraId="3792848A" w14:textId="1AB4D674" w:rsidR="00932F0B" w:rsidRPr="001D0F21" w:rsidRDefault="00932F0B" w:rsidP="00932F0B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Ring a ring o roses</w:t>
            </w:r>
          </w:p>
          <w:p w14:paraId="138890CE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392B19" w:rsidRPr="001D0F21" w14:paraId="239318DE" w14:textId="77777777" w:rsidTr="00392B19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2A99A62" w14:textId="77777777" w:rsidR="00392B19" w:rsidRPr="001D0F21" w:rsidRDefault="00392B19" w:rsidP="00392B19">
            <w:pPr>
              <w:pStyle w:val="NoSpacing"/>
              <w:rPr>
                <w:rFonts w:asciiTheme="majorHAnsi" w:hAnsiTheme="majorHAnsi" w:cstheme="majorHAnsi"/>
                <w:b/>
                <w:bCs/>
                <w:color w:val="00206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bCs/>
                <w:color w:val="002060"/>
                <w:sz w:val="20"/>
                <w:szCs w:val="20"/>
              </w:rPr>
              <w:lastRenderedPageBreak/>
              <w:t>Literacy</w:t>
            </w:r>
          </w:p>
          <w:p w14:paraId="3F945F58" w14:textId="77777777" w:rsidR="00392B19" w:rsidRPr="001D0F21" w:rsidRDefault="00392B19" w:rsidP="00392B19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A1A8039" w14:textId="77777777" w:rsidR="00392B19" w:rsidRPr="001D0F21" w:rsidRDefault="00392B19" w:rsidP="00392B19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Comprehension</w:t>
            </w:r>
          </w:p>
          <w:p w14:paraId="25B5DF9A" w14:textId="77777777" w:rsidR="00392B19" w:rsidRPr="001D0F21" w:rsidRDefault="00392B19" w:rsidP="00392B19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D4FE911" w14:textId="77777777" w:rsidR="00392B19" w:rsidRPr="001D0F21" w:rsidRDefault="00392B19" w:rsidP="00392B19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 xml:space="preserve">Word Reading </w:t>
            </w:r>
          </w:p>
          <w:p w14:paraId="0DAD0E04" w14:textId="77777777" w:rsidR="00392B19" w:rsidRPr="001D0F21" w:rsidRDefault="00392B19" w:rsidP="00392B19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7D9378E" w14:textId="42FF64F4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Writing</w:t>
            </w:r>
          </w:p>
        </w:tc>
        <w:tc>
          <w:tcPr>
            <w:tcW w:w="4780" w:type="dxa"/>
            <w:gridSpan w:val="2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AD0B2A4" w14:textId="77777777" w:rsidR="00392B19" w:rsidRPr="001D0F21" w:rsidRDefault="00392B19" w:rsidP="00392B19">
            <w:pPr>
              <w:pStyle w:val="TableParagraph"/>
              <w:spacing w:line="206" w:lineRule="exact"/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We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will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be</w:t>
            </w:r>
            <w:r w:rsidRPr="001D0F21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learning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pacing w:val="-5"/>
                <w:sz w:val="20"/>
                <w:szCs w:val="20"/>
              </w:rPr>
              <w:t>to…</w:t>
            </w:r>
          </w:p>
          <w:p w14:paraId="13621ACB" w14:textId="77777777" w:rsidR="00392B19" w:rsidRPr="001D0F21" w:rsidRDefault="00392B19" w:rsidP="00392B19">
            <w:pPr>
              <w:pStyle w:val="TableParagraph"/>
              <w:spacing w:before="1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5AA8FB9" w14:textId="77777777" w:rsidR="00392B19" w:rsidRPr="001D0F21" w:rsidRDefault="00392B19" w:rsidP="00392B19">
            <w:pPr>
              <w:pStyle w:val="TableParagraph"/>
              <w:ind w:left="0" w:right="161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Develop a love of books, stories, rhymes and songs. </w:t>
            </w:r>
          </w:p>
          <w:p w14:paraId="6B588BF7" w14:textId="77777777" w:rsidR="00392B19" w:rsidRPr="001D0F21" w:rsidRDefault="00392B19" w:rsidP="00392B19">
            <w:pPr>
              <w:pStyle w:val="TableParagraph"/>
              <w:ind w:left="0" w:right="161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Explore books by turning pages and looking at pictures. </w:t>
            </w:r>
          </w:p>
          <w:p w14:paraId="3EFE61D1" w14:textId="77777777" w:rsidR="00392B19" w:rsidRPr="001D0F21" w:rsidRDefault="00392B19" w:rsidP="00392B19">
            <w:pPr>
              <w:pStyle w:val="TableParagraph"/>
              <w:ind w:left="0" w:right="161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Join in with familiar songs, rhymes and repeated actions. </w:t>
            </w:r>
          </w:p>
          <w:p w14:paraId="3FFB55BC" w14:textId="77777777" w:rsidR="00392B19" w:rsidRPr="001D0F21" w:rsidRDefault="00392B19" w:rsidP="00392B19">
            <w:pPr>
              <w:pStyle w:val="TableParagraph"/>
              <w:ind w:left="0" w:right="161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Enjoy sharing books with adults.</w:t>
            </w:r>
            <w:r w:rsidRPr="001D0F21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br/>
              <w:t>Explore mark making using a range of tools and materials.</w:t>
            </w:r>
          </w:p>
          <w:p w14:paraId="47203850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4780" w:type="dxa"/>
            <w:gridSpan w:val="2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814D9BA" w14:textId="77777777" w:rsidR="00392B19" w:rsidRPr="001D0F21" w:rsidRDefault="00392B19" w:rsidP="00392B19">
            <w:pPr>
              <w:pStyle w:val="TableParagraph"/>
              <w:spacing w:line="206" w:lineRule="exact"/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We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will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be</w:t>
            </w:r>
            <w:r w:rsidRPr="001D0F21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learning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pacing w:val="-5"/>
                <w:sz w:val="20"/>
                <w:szCs w:val="20"/>
              </w:rPr>
              <w:t>to…</w:t>
            </w:r>
          </w:p>
          <w:p w14:paraId="42F17289" w14:textId="77777777" w:rsidR="00392B19" w:rsidRPr="001D0F21" w:rsidRDefault="00392B19" w:rsidP="00392B19">
            <w:pPr>
              <w:pStyle w:val="TableParagraph"/>
              <w:spacing w:before="1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3C3D3ED" w14:textId="77777777" w:rsidR="00392B19" w:rsidRPr="001D0F21" w:rsidRDefault="00392B19" w:rsidP="00392B19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Begin to choose favourite books and revisit familiar stories. </w:t>
            </w:r>
          </w:p>
          <w:p w14:paraId="4AA602FD" w14:textId="77777777" w:rsidR="00392B19" w:rsidRPr="001D0F21" w:rsidRDefault="00392B19" w:rsidP="00392B19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Join in with repeated refrains and familiar phrases. </w:t>
            </w:r>
          </w:p>
          <w:p w14:paraId="5DCD8038" w14:textId="77777777" w:rsidR="00392B19" w:rsidRPr="001D0F21" w:rsidRDefault="00392B19" w:rsidP="00392B19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Talk about pictures and familiar characters in books. </w:t>
            </w:r>
          </w:p>
          <w:p w14:paraId="2FBCDC28" w14:textId="77777777" w:rsidR="00392B19" w:rsidRPr="001D0F21" w:rsidRDefault="00392B19" w:rsidP="00392B19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Recognise that print carries meaning.</w:t>
            </w:r>
          </w:p>
          <w:p w14:paraId="0DA2B9D3" w14:textId="7B56AF03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Use a range of mark-making tools to represent ideas and experiences.</w:t>
            </w:r>
          </w:p>
        </w:tc>
        <w:tc>
          <w:tcPr>
            <w:tcW w:w="4780" w:type="dxa"/>
            <w:gridSpan w:val="2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785070B" w14:textId="77777777" w:rsidR="00392B19" w:rsidRPr="001D0F21" w:rsidRDefault="00392B19" w:rsidP="00392B19">
            <w:pPr>
              <w:pStyle w:val="TableParagraph"/>
              <w:spacing w:line="206" w:lineRule="exact"/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We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will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be</w:t>
            </w:r>
            <w:r w:rsidRPr="001D0F21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learning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pacing w:val="-5"/>
                <w:sz w:val="20"/>
                <w:szCs w:val="20"/>
              </w:rPr>
              <w:t>to…</w:t>
            </w:r>
          </w:p>
          <w:p w14:paraId="556BFBB3" w14:textId="77777777" w:rsidR="00392B19" w:rsidRPr="001D0F21" w:rsidRDefault="00392B19" w:rsidP="00392B19">
            <w:pPr>
              <w:pStyle w:val="TableParagraph"/>
              <w:spacing w:before="1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AA3DF8A" w14:textId="77777777" w:rsidR="00392B19" w:rsidRPr="001D0F21" w:rsidRDefault="00392B19" w:rsidP="00392B19">
            <w:pPr>
              <w:pStyle w:val="TableParagraph"/>
              <w:spacing w:before="1"/>
              <w:ind w:left="0" w:right="155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Retell familiar stories through play, puppets and small world. </w:t>
            </w:r>
          </w:p>
          <w:p w14:paraId="6BC37EFB" w14:textId="77777777" w:rsidR="00392B19" w:rsidRPr="001D0F21" w:rsidRDefault="00392B19" w:rsidP="00392B19">
            <w:pPr>
              <w:pStyle w:val="TableParagraph"/>
              <w:spacing w:before="1"/>
              <w:ind w:left="0" w:right="155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Handle books with care and increasing independence. </w:t>
            </w:r>
          </w:p>
          <w:p w14:paraId="45EB58D2" w14:textId="0925FF19" w:rsidR="00392B19" w:rsidRPr="001D0F21" w:rsidRDefault="00392B19" w:rsidP="00392B19">
            <w:pPr>
              <w:pStyle w:val="TableParagraph"/>
              <w:spacing w:before="1"/>
              <w:ind w:left="0" w:right="155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Anticipate familiar words and phrases in stories and rhymes. </w:t>
            </w:r>
          </w:p>
          <w:p w14:paraId="70BB5105" w14:textId="77777777" w:rsidR="00392B19" w:rsidRPr="001D0F21" w:rsidRDefault="00392B19" w:rsidP="00392B19">
            <w:pPr>
              <w:pStyle w:val="TableParagraph"/>
              <w:spacing w:before="1"/>
              <w:ind w:left="0" w:right="155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Give meaning to their marks and talk about what they have created.</w:t>
            </w:r>
          </w:p>
          <w:p w14:paraId="6DE92090" w14:textId="5D2019C3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Begin to recognise their own name in meaningful contexts.</w:t>
            </w:r>
          </w:p>
        </w:tc>
      </w:tr>
      <w:tr w:rsidR="00392B19" w:rsidRPr="001D0F21" w14:paraId="1F892914" w14:textId="77777777" w:rsidTr="00392B19">
        <w:trPr>
          <w:cantSplit/>
          <w:jc w:val="center"/>
        </w:trPr>
        <w:tc>
          <w:tcPr>
            <w:tcW w:w="16390" w:type="dxa"/>
            <w:gridSpan w:val="7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BA6404C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Throughout the year we will…</w:t>
            </w:r>
          </w:p>
          <w:p w14:paraId="73FD6AA3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Share and revisit favourite books</w:t>
            </w:r>
          </w:p>
          <w:p w14:paraId="5BF0F6E9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enjoy rhyme and sound play</w:t>
            </w:r>
          </w:p>
          <w:p w14:paraId="463D20AF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use props and small world to retell</w:t>
            </w:r>
          </w:p>
          <w:p w14:paraId="321BC3D3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notice meaningful print</w:t>
            </w:r>
          </w:p>
          <w:p w14:paraId="6E343EDB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make purposeful marks.</w:t>
            </w:r>
          </w:p>
          <w:p w14:paraId="655C4327" w14:textId="7EEDB482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Autumn Book of the Week golden words are taught through objects, actions, visuals, talk and play.</w:t>
            </w:r>
          </w:p>
        </w:tc>
      </w:tr>
      <w:tr w:rsidR="00392B19" w:rsidRPr="001D0F21" w14:paraId="51988942" w14:textId="77777777" w:rsidTr="00392B19">
        <w:trPr>
          <w:cantSplit/>
          <w:jc w:val="center"/>
        </w:trPr>
        <w:tc>
          <w:tcPr>
            <w:tcW w:w="2050" w:type="dxa"/>
            <w:vMerge w:val="restart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BF9AC0B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Mathematics</w:t>
            </w:r>
          </w:p>
          <w:p w14:paraId="2BBECE7F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White Rose Nursery foundations</w:t>
            </w:r>
          </w:p>
          <w:p w14:paraId="121B49E5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</w:p>
          <w:p w14:paraId="48F0791F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</w:p>
          <w:p w14:paraId="1DF6E04B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</w:p>
          <w:p w14:paraId="6C5447FF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</w:p>
          <w:p w14:paraId="526314E4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</w:p>
          <w:p w14:paraId="39C2FE60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</w:p>
          <w:p w14:paraId="51D0A9ED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</w:p>
          <w:p w14:paraId="0B27377B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</w:p>
          <w:p w14:paraId="55E71C21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</w:p>
          <w:p w14:paraId="0E16ACF6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</w:p>
          <w:p w14:paraId="7B1AAC53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</w:p>
          <w:p w14:paraId="64614DC6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</w:p>
          <w:p w14:paraId="63EF2DD9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</w:p>
          <w:p w14:paraId="15BDE523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</w:p>
          <w:p w14:paraId="4D37236B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</w:p>
          <w:p w14:paraId="2F6EC9F3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</w:p>
          <w:p w14:paraId="161296AA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</w:p>
          <w:p w14:paraId="131AFE24" w14:textId="4A6EC1EE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Maths Books</w:t>
            </w:r>
          </w:p>
          <w:p w14:paraId="644A22A5" w14:textId="310C3912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29CCC07" w14:textId="77777777" w:rsidR="00392B19" w:rsidRPr="001D0F21" w:rsidRDefault="00392B19" w:rsidP="00392B19">
            <w:pPr>
              <w:pStyle w:val="TableParagraph"/>
              <w:spacing w:line="206" w:lineRule="exact"/>
              <w:ind w:left="0"/>
              <w:rPr>
                <w:rFonts w:asciiTheme="majorHAnsi" w:hAnsiTheme="majorHAnsi" w:cstheme="majorHAnsi"/>
                <w:b/>
                <w:spacing w:val="-5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We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will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be</w:t>
            </w:r>
            <w:r w:rsidRPr="001D0F21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learning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pacing w:val="-5"/>
                <w:sz w:val="20"/>
                <w:szCs w:val="20"/>
              </w:rPr>
              <w:t>to…</w:t>
            </w:r>
          </w:p>
          <w:p w14:paraId="20DD699B" w14:textId="77777777" w:rsidR="00392B19" w:rsidRPr="001D0F21" w:rsidRDefault="00392B19" w:rsidP="00392B19">
            <w:pPr>
              <w:pStyle w:val="TableParagraph"/>
              <w:spacing w:line="206" w:lineRule="exact"/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44BFDE2" w14:textId="035A27E9" w:rsidR="00392B19" w:rsidRPr="001D0F21" w:rsidRDefault="00392B19" w:rsidP="00392B19">
            <w:pPr>
              <w:pStyle w:val="TableParagraph"/>
              <w:ind w:left="0"/>
              <w:rPr>
                <w:rFonts w:asciiTheme="majorHAnsi" w:hAnsiTheme="majorHAnsi" w:cstheme="majorHAnsi"/>
                <w:spacing w:val="-1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White Rose Nursery blocks 1–4</w:t>
            </w:r>
          </w:p>
          <w:p w14:paraId="5257C308" w14:textId="77777777" w:rsidR="00392B19" w:rsidRPr="001D0F21" w:rsidRDefault="00392B19" w:rsidP="00392B19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Collect objects to compare amounts. Make simple comparisons of amounts.</w:t>
            </w:r>
          </w:p>
          <w:p w14:paraId="76690B58" w14:textId="77777777" w:rsidR="00392B19" w:rsidRPr="001D0F21" w:rsidRDefault="00392B19" w:rsidP="00392B19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Explore and play with shapes. Show interest in simple differences between shapes.</w:t>
            </w:r>
          </w:p>
          <w:p w14:paraId="121E736C" w14:textId="77777777" w:rsidR="00392B19" w:rsidRPr="001D0F21" w:rsidRDefault="00392B19" w:rsidP="00392B19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Listen to repeats in songs and stories</w:t>
            </w:r>
          </w:p>
          <w:p w14:paraId="353EBA6C" w14:textId="77777777" w:rsidR="00392B19" w:rsidRPr="001D0F21" w:rsidRDefault="00392B19" w:rsidP="00392B19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Start to join in songs with repeats</w:t>
            </w:r>
          </w:p>
          <w:p w14:paraId="463B930F" w14:textId="4851A32C" w:rsidR="00392B19" w:rsidRPr="001D0F21" w:rsidRDefault="00392B19" w:rsidP="00392B19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Hear some number names. Join in saying some number names.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6A0B192" w14:textId="77777777" w:rsidR="00392B19" w:rsidRPr="001D0F21" w:rsidRDefault="00392B19" w:rsidP="00392B19">
            <w:pPr>
              <w:pStyle w:val="TableParagraph"/>
              <w:spacing w:line="206" w:lineRule="exact"/>
              <w:ind w:left="0"/>
              <w:rPr>
                <w:rFonts w:asciiTheme="majorHAnsi" w:hAnsiTheme="majorHAnsi" w:cstheme="majorHAnsi"/>
                <w:b/>
                <w:spacing w:val="-5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We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will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be</w:t>
            </w:r>
            <w:r w:rsidRPr="001D0F21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learning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pacing w:val="-5"/>
                <w:sz w:val="20"/>
                <w:szCs w:val="20"/>
              </w:rPr>
              <w:t>to…</w:t>
            </w:r>
          </w:p>
          <w:p w14:paraId="6D097DE8" w14:textId="77777777" w:rsidR="00392B19" w:rsidRPr="001D0F21" w:rsidRDefault="00392B19" w:rsidP="00392B19">
            <w:pPr>
              <w:pStyle w:val="TableParagraph"/>
              <w:spacing w:line="206" w:lineRule="exact"/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DC902A2" w14:textId="3322E2E3" w:rsidR="00392B19" w:rsidRPr="001D0F21" w:rsidRDefault="00392B19" w:rsidP="00392B19">
            <w:pPr>
              <w:pStyle w:val="TableParagraph"/>
              <w:spacing w:before="1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White Rose Nursery blocks 5–8</w:t>
            </w:r>
          </w:p>
          <w:p w14:paraId="3376DD77" w14:textId="77777777" w:rsidR="00392B19" w:rsidRPr="001D0F21" w:rsidRDefault="00392B19" w:rsidP="00392B19">
            <w:pPr>
              <w:pStyle w:val="TableParagraph"/>
              <w:ind w:left="0" w:right="98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Model saying 1,2,3 in play. Copy the sequence of 1,2,3.</w:t>
            </w:r>
          </w:p>
          <w:p w14:paraId="0CD73CCE" w14:textId="77777777" w:rsidR="00392B19" w:rsidRPr="001D0F21" w:rsidRDefault="00392B19" w:rsidP="00392B19">
            <w:pPr>
              <w:pStyle w:val="TableParagraph"/>
              <w:ind w:left="0" w:right="98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>Notice images in books. Respond to “I see 1,2,3”.</w:t>
            </w:r>
          </w:p>
          <w:p w14:paraId="323EF099" w14:textId="77777777" w:rsidR="00392B19" w:rsidRPr="001D0F21" w:rsidRDefault="00392B19" w:rsidP="00392B19">
            <w:pPr>
              <w:pStyle w:val="TableParagraph"/>
              <w:ind w:left="0" w:right="98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 xml:space="preserve">Join in with repeated actions in songs. Join in with repeats in songs and stories. </w:t>
            </w:r>
          </w:p>
          <w:p w14:paraId="3EAB99A7" w14:textId="77777777" w:rsidR="00392B19" w:rsidRPr="001D0F21" w:rsidRDefault="00392B19" w:rsidP="00392B19">
            <w:pPr>
              <w:pStyle w:val="TableParagraph"/>
              <w:ind w:left="0" w:right="98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 xml:space="preserve">Respond to simple language of position. Arrange blocks in a chosen position. </w:t>
            </w:r>
          </w:p>
          <w:p w14:paraId="2BB163EC" w14:textId="1D789960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9494300" w14:textId="77777777" w:rsidR="00392B19" w:rsidRPr="001D0F21" w:rsidRDefault="00392B19" w:rsidP="00392B19">
            <w:pPr>
              <w:pStyle w:val="TableParagraph"/>
              <w:spacing w:line="206" w:lineRule="exact"/>
              <w:ind w:left="0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We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will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be</w:t>
            </w:r>
            <w:r w:rsidRPr="001D0F21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learning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pacing w:val="-5"/>
                <w:sz w:val="20"/>
                <w:szCs w:val="20"/>
              </w:rPr>
              <w:t>to…</w:t>
            </w:r>
          </w:p>
          <w:p w14:paraId="6A9C3781" w14:textId="77777777" w:rsidR="00392B19" w:rsidRPr="001D0F21" w:rsidRDefault="00392B19" w:rsidP="00392B19">
            <w:pPr>
              <w:pStyle w:val="TableParagraph"/>
              <w:spacing w:before="1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505A345" w14:textId="74559276" w:rsidR="00392B19" w:rsidRPr="001D0F21" w:rsidRDefault="00392B19" w:rsidP="00392B19">
            <w:pPr>
              <w:pStyle w:val="TableParagraph"/>
              <w:spacing w:before="1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White Rose Nursery blocks 9–12</w:t>
            </w:r>
          </w:p>
          <w:p w14:paraId="060A4E45" w14:textId="77777777" w:rsidR="00392B19" w:rsidRPr="001D0F21" w:rsidRDefault="00392B19" w:rsidP="00392B19">
            <w:pPr>
              <w:pStyle w:val="TableParagraph"/>
              <w:ind w:left="0" w:right="198"/>
              <w:jc w:val="both"/>
              <w:rPr>
                <w:rFonts w:asciiTheme="majorHAnsi" w:hAnsiTheme="majorHAnsi" w:cstheme="majorHAnsi"/>
                <w:spacing w:val="-4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pacing w:val="-4"/>
                <w:sz w:val="20"/>
                <w:szCs w:val="20"/>
              </w:rPr>
              <w:t xml:space="preserve">Copy fingers to show 3. Show 1 finger when seeing 1 item in stories. </w:t>
            </w:r>
          </w:p>
          <w:p w14:paraId="6C1F09D8" w14:textId="77777777" w:rsidR="00392B19" w:rsidRPr="001D0F21" w:rsidRDefault="00392B19" w:rsidP="00392B19">
            <w:pPr>
              <w:pStyle w:val="TableParagraph"/>
              <w:ind w:left="0" w:right="198"/>
              <w:jc w:val="both"/>
              <w:rPr>
                <w:rFonts w:asciiTheme="majorHAnsi" w:hAnsiTheme="majorHAnsi" w:cstheme="majorHAnsi"/>
                <w:spacing w:val="-4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pacing w:val="-4"/>
                <w:sz w:val="20"/>
                <w:szCs w:val="20"/>
              </w:rPr>
              <w:t xml:space="preserve">Count out up to 3 objects from rhymes. Notice number symbols as labels. </w:t>
            </w:r>
          </w:p>
          <w:p w14:paraId="388252B9" w14:textId="77777777" w:rsidR="00392B19" w:rsidRPr="001D0F21" w:rsidRDefault="00392B19" w:rsidP="00392B19">
            <w:pPr>
              <w:pStyle w:val="TableParagraph"/>
              <w:ind w:left="0" w:right="198"/>
              <w:jc w:val="both"/>
              <w:rPr>
                <w:rFonts w:asciiTheme="majorHAnsi" w:hAnsiTheme="majorHAnsi" w:cstheme="majorHAnsi"/>
                <w:spacing w:val="-4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pacing w:val="-4"/>
                <w:sz w:val="20"/>
                <w:szCs w:val="20"/>
              </w:rPr>
              <w:t xml:space="preserve">Talk about simple positions. Move into simple positions. </w:t>
            </w:r>
          </w:p>
          <w:p w14:paraId="7E558B39" w14:textId="7A9885CA" w:rsidR="00392B19" w:rsidRPr="001D0F21" w:rsidRDefault="00392B19" w:rsidP="00392B19">
            <w:pPr>
              <w:pStyle w:val="TableParagraph"/>
              <w:ind w:left="0" w:right="198"/>
              <w:jc w:val="both"/>
              <w:rPr>
                <w:rFonts w:asciiTheme="majorHAnsi" w:hAnsiTheme="majorHAnsi" w:cstheme="majorHAnsi"/>
                <w:spacing w:val="-4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pacing w:val="-4"/>
                <w:sz w:val="20"/>
                <w:szCs w:val="20"/>
              </w:rPr>
              <w:t xml:space="preserve">Choose blocks to copy simple creations. Make simple line patterns with objects. 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D9AFBEA" w14:textId="77777777" w:rsidR="00392B19" w:rsidRPr="001D0F21" w:rsidRDefault="00392B19" w:rsidP="00392B19">
            <w:pPr>
              <w:pStyle w:val="TableParagraph"/>
              <w:spacing w:line="206" w:lineRule="exact"/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We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will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be</w:t>
            </w:r>
            <w:r w:rsidRPr="001D0F21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learning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pacing w:val="-5"/>
                <w:sz w:val="20"/>
                <w:szCs w:val="20"/>
              </w:rPr>
              <w:t>to…</w:t>
            </w:r>
          </w:p>
          <w:p w14:paraId="0DBF04B8" w14:textId="77777777" w:rsidR="00392B19" w:rsidRPr="001D0F21" w:rsidRDefault="00392B19" w:rsidP="00392B19">
            <w:pPr>
              <w:pStyle w:val="TableParagraph"/>
              <w:spacing w:before="1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0B9A330" w14:textId="5CB63E3B" w:rsidR="00392B19" w:rsidRPr="001D0F21" w:rsidRDefault="00392B19" w:rsidP="00392B19">
            <w:pPr>
              <w:pStyle w:val="TableParagraph"/>
              <w:spacing w:before="1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White Rose Nursery blocks 13–16</w:t>
            </w:r>
          </w:p>
          <w:p w14:paraId="7424CFF9" w14:textId="77777777" w:rsidR="00392B19" w:rsidRPr="001D0F21" w:rsidRDefault="00392B19" w:rsidP="00392B19">
            <w:pPr>
              <w:pStyle w:val="TableParagraph"/>
              <w:ind w:left="0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Take out 3 from a group. Give others 2 items. </w:t>
            </w:r>
          </w:p>
          <w:p w14:paraId="3EE4EBBC" w14:textId="77777777" w:rsidR="00392B19" w:rsidRPr="001D0F21" w:rsidRDefault="00392B19" w:rsidP="00392B19">
            <w:pPr>
              <w:pStyle w:val="TableParagraph"/>
              <w:ind w:left="0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Make simple arrangements. Talk about arrangements. </w:t>
            </w:r>
          </w:p>
          <w:p w14:paraId="4660F52C" w14:textId="77777777" w:rsidR="00392B19" w:rsidRPr="001D0F21" w:rsidRDefault="00392B19" w:rsidP="00392B19">
            <w:pPr>
              <w:pStyle w:val="TableParagraph"/>
              <w:ind w:left="0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Say when there are 2 dots. Recognise 1 and 2 in different arrangements. </w:t>
            </w:r>
          </w:p>
          <w:p w14:paraId="78767E21" w14:textId="77777777" w:rsidR="00392B19" w:rsidRPr="001D0F21" w:rsidRDefault="00392B19" w:rsidP="00392B19">
            <w:pPr>
              <w:pStyle w:val="TableParagraph"/>
              <w:ind w:left="0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Make collections of large objects the same. Recognise two collections are the same using large and small objects. </w:t>
            </w:r>
          </w:p>
          <w:p w14:paraId="2137F648" w14:textId="2DCC31B0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A1B9E00" w14:textId="77777777" w:rsidR="00392B19" w:rsidRPr="001D0F21" w:rsidRDefault="00392B19" w:rsidP="00392B19">
            <w:pPr>
              <w:pStyle w:val="TableParagraph"/>
              <w:ind w:left="0" w:right="111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We</w:t>
            </w:r>
            <w:r w:rsidRPr="001D0F21">
              <w:rPr>
                <w:rFonts w:asciiTheme="majorHAnsi" w:hAnsiTheme="majorHAnsi" w:cstheme="majorHAnsi"/>
                <w:b/>
                <w:spacing w:val="-8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will</w:t>
            </w:r>
            <w:r w:rsidRPr="001D0F21">
              <w:rPr>
                <w:rFonts w:asciiTheme="majorHAnsi" w:hAnsiTheme="majorHAnsi" w:cstheme="majorHAnsi"/>
                <w:b/>
                <w:spacing w:val="-9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be</w:t>
            </w:r>
            <w:r w:rsidRPr="001D0F21">
              <w:rPr>
                <w:rFonts w:asciiTheme="majorHAnsi" w:hAnsiTheme="majorHAnsi" w:cstheme="majorHAnsi"/>
                <w:b/>
                <w:spacing w:val="-1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learning</w:t>
            </w:r>
            <w:r w:rsidRPr="001D0F21">
              <w:rPr>
                <w:rFonts w:asciiTheme="majorHAnsi" w:hAnsiTheme="majorHAnsi" w:cstheme="majorHAnsi"/>
                <w:b/>
                <w:spacing w:val="-9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to… </w:t>
            </w:r>
          </w:p>
          <w:p w14:paraId="0089385A" w14:textId="77777777" w:rsidR="00392B19" w:rsidRPr="001D0F21" w:rsidRDefault="00392B19" w:rsidP="00392B19">
            <w:pPr>
              <w:pStyle w:val="TableParagraph"/>
              <w:ind w:right="17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35A5E33" w14:textId="7CDCA590" w:rsidR="00392B19" w:rsidRPr="001D0F21" w:rsidRDefault="00392B19" w:rsidP="00392B19">
            <w:pPr>
              <w:pStyle w:val="TableParagraph"/>
              <w:ind w:left="0" w:right="17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White Rose Nursery blocks 17–20</w:t>
            </w:r>
          </w:p>
          <w:p w14:paraId="2B4379B6" w14:textId="77777777" w:rsidR="00392B19" w:rsidRPr="001D0F21" w:rsidRDefault="00392B19" w:rsidP="00392B19">
            <w:pPr>
              <w:pStyle w:val="TableParagraph"/>
              <w:ind w:left="0" w:right="17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 xml:space="preserve">Lead sequences and songs. Read on in familiar repeating stories. </w:t>
            </w:r>
          </w:p>
          <w:p w14:paraId="7B212A05" w14:textId="77777777" w:rsidR="00392B19" w:rsidRPr="001D0F21" w:rsidRDefault="00392B19" w:rsidP="00392B19">
            <w:pPr>
              <w:pStyle w:val="TableParagraph"/>
              <w:ind w:left="0" w:right="17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 xml:space="preserve">Match objects to pictures. Match objects to shadows. </w:t>
            </w:r>
          </w:p>
          <w:p w14:paraId="79B4DED5" w14:textId="77777777" w:rsidR="00392B19" w:rsidRPr="001D0F21" w:rsidRDefault="00392B19" w:rsidP="00392B19">
            <w:pPr>
              <w:pStyle w:val="TableParagraph"/>
              <w:ind w:left="0" w:right="17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 xml:space="preserve">Make and talk about movement patterns. Talk about objects in patterns and arrangements. </w:t>
            </w:r>
          </w:p>
          <w:p w14:paraId="5C9E05B4" w14:textId="77777777" w:rsidR="00392B19" w:rsidRPr="001D0F21" w:rsidRDefault="00392B19" w:rsidP="00392B19">
            <w:pPr>
              <w:pStyle w:val="TableParagraph"/>
              <w:ind w:left="0" w:right="17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 xml:space="preserve">Play subitizing games. Copy sets of sounds. </w:t>
            </w:r>
          </w:p>
          <w:p w14:paraId="25EC59F9" w14:textId="74D1A7B4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E37E1E3" w14:textId="77777777" w:rsidR="00392B19" w:rsidRPr="001D0F21" w:rsidRDefault="00392B19" w:rsidP="00392B19">
            <w:pPr>
              <w:pStyle w:val="TableParagraph"/>
              <w:spacing w:line="206" w:lineRule="exact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We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will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be</w:t>
            </w:r>
            <w:r w:rsidRPr="001D0F21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learning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pacing w:val="-5"/>
                <w:sz w:val="20"/>
                <w:szCs w:val="20"/>
              </w:rPr>
              <w:t>to…</w:t>
            </w:r>
          </w:p>
          <w:p w14:paraId="40E1C03E" w14:textId="77777777" w:rsidR="00392B19" w:rsidRPr="001D0F21" w:rsidRDefault="00392B19" w:rsidP="00392B19">
            <w:pPr>
              <w:pStyle w:val="TableParagraph"/>
              <w:spacing w:before="1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D1F2006" w14:textId="6E1C5ED1" w:rsidR="00392B19" w:rsidRPr="001D0F21" w:rsidRDefault="00392B19" w:rsidP="00392B19">
            <w:pPr>
              <w:pStyle w:val="TableParagraph"/>
              <w:spacing w:before="1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White Rose Nursery blocks 21–24</w:t>
            </w:r>
          </w:p>
          <w:p w14:paraId="2F98F140" w14:textId="77777777" w:rsidR="00392B19" w:rsidRPr="001D0F21" w:rsidRDefault="00392B19" w:rsidP="00392B19">
            <w:pPr>
              <w:pStyle w:val="TableParagraph"/>
              <w:ind w:left="0" w:right="155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 xml:space="preserve">Move props back from 5. Show fingers to 5. </w:t>
            </w:r>
          </w:p>
          <w:p w14:paraId="5F2AA816" w14:textId="77777777" w:rsidR="00392B19" w:rsidRPr="001D0F21" w:rsidRDefault="00392B19" w:rsidP="00392B19">
            <w:pPr>
              <w:pStyle w:val="TableParagraph"/>
              <w:ind w:left="0" w:right="155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 xml:space="preserve">Notice and error in a pattern. Build constructions with simple enclosures. </w:t>
            </w:r>
          </w:p>
          <w:p w14:paraId="6638DD17" w14:textId="77777777" w:rsidR="00392B19" w:rsidRPr="001D0F21" w:rsidRDefault="00392B19" w:rsidP="00392B19">
            <w:pPr>
              <w:pStyle w:val="TableParagraph"/>
              <w:ind w:left="0" w:right="155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 xml:space="preserve">Verbally count to a given number. Label objects with numerals. </w:t>
            </w:r>
          </w:p>
          <w:p w14:paraId="7D8F16E5" w14:textId="77777777" w:rsidR="00392B19" w:rsidRPr="001D0F21" w:rsidRDefault="00392B19" w:rsidP="00392B19">
            <w:pPr>
              <w:pStyle w:val="TableParagraph"/>
              <w:ind w:left="0" w:right="155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sz w:val="20"/>
                <w:szCs w:val="20"/>
              </w:rPr>
              <w:t xml:space="preserve">Make the same set by matching. Match by type. </w:t>
            </w:r>
          </w:p>
          <w:p w14:paraId="4178C7DF" w14:textId="354DA175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92B19" w:rsidRPr="001D0F21" w14:paraId="772227D0" w14:textId="77777777" w:rsidTr="00392B19">
        <w:trPr>
          <w:cantSplit/>
          <w:trHeight w:val="1477"/>
          <w:jc w:val="center"/>
        </w:trPr>
        <w:tc>
          <w:tcPr>
            <w:tcW w:w="2050" w:type="dxa"/>
            <w:vMerge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6E9726C" w14:textId="75D5F256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4D77C37" w14:textId="60A286F2" w:rsidR="00392B19" w:rsidRPr="001D0F21" w:rsidRDefault="00392B19" w:rsidP="00392B19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</w:pPr>
            <w:r w:rsidRPr="001D0F21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Little Red Riding Hood</w:t>
            </w:r>
            <w:r w:rsidRPr="001D0F21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1D0F21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Big and Small</w:t>
            </w:r>
            <w:r w:rsidRPr="001D0F21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br/>
              <w:t>Dig Dig Digging</w:t>
            </w:r>
            <w:r w:rsidRPr="001D0F21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1D0F21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Nursery Rhymes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9C521CC" w14:textId="23466813" w:rsidR="00392B19" w:rsidRPr="001D0F21" w:rsidRDefault="00392B19" w:rsidP="00392B19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</w:pPr>
            <w:r w:rsidRPr="001D0F21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Rhymes</w:t>
            </w:r>
            <w:r w:rsidRPr="001D0F21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1D0F21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Each Peach Pear Plum</w:t>
            </w:r>
            <w:r w:rsidRPr="001D0F21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1D0F21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Brown Bear, Brown Bear</w:t>
            </w:r>
            <w:r w:rsidRPr="001D0F21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br/>
              <w:t>Duck in the Truck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AAE6474" w14:textId="0255FCA9" w:rsidR="00392B19" w:rsidRPr="001D0F21" w:rsidRDefault="00392B19" w:rsidP="00392B1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Fox’s Socks</w:t>
            </w:r>
            <w:r w:rsidRPr="001D0F21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1D0F21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Goldilocks and the Three Bears</w:t>
            </w:r>
            <w:r w:rsidRPr="001D0F21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1D0F21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Where’s Spot?</w:t>
            </w:r>
            <w:r w:rsidRPr="001D0F21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1D0F21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The Three Billy Goats Gruff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F508BB5" w14:textId="13DDB964" w:rsidR="00392B19" w:rsidRPr="001D0F21" w:rsidRDefault="00392B19" w:rsidP="00392B19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</w:pPr>
            <w:r w:rsidRPr="001D0F21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Postman Bear</w:t>
            </w:r>
            <w:r w:rsidRPr="001D0F21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br/>
              <w:t>Humpty Dumpty</w:t>
            </w:r>
            <w:r w:rsidRPr="001D0F21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1D0F21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1, 2, 3 Black Dot</w:t>
            </w:r>
            <w:r w:rsidRPr="001D0F21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br/>
              <w:t>Hungry Caterpillar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00C893A" w14:textId="57F6991A" w:rsidR="00392B19" w:rsidRPr="001D0F21" w:rsidRDefault="00392B19" w:rsidP="00392B1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The Enormous Turnip</w:t>
            </w:r>
            <w:r w:rsidRPr="001D0F21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1D0F21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Shark in the Park</w:t>
            </w:r>
            <w:r w:rsidRPr="001D0F21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1D0F21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Hooray for Fish!</w:t>
            </w:r>
            <w:r w:rsidRPr="001D0F21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1D0F21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Hungry Caterpillar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BF95442" w14:textId="468926B1" w:rsidR="00392B19" w:rsidRPr="001D0F21" w:rsidRDefault="00392B19" w:rsidP="00392B1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Five Little Peas</w:t>
            </w:r>
            <w:r w:rsidRPr="001D0F21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br/>
              <w:t>The Skipping Rope Snake</w:t>
            </w:r>
            <w:r w:rsidRPr="001D0F21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1D0F21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t>Little Dinosaurs</w:t>
            </w:r>
            <w:r w:rsidRPr="001D0F21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GB" w:eastAsia="en-GB"/>
              </w:rPr>
              <w:br/>
              <w:t>Farmer Duck</w:t>
            </w:r>
          </w:p>
        </w:tc>
      </w:tr>
      <w:tr w:rsidR="00392B19" w:rsidRPr="001D0F21" w14:paraId="30B86D34" w14:textId="77777777" w:rsidTr="00392B19">
        <w:trPr>
          <w:cantSplit/>
          <w:jc w:val="center"/>
        </w:trPr>
        <w:tc>
          <w:tcPr>
            <w:tcW w:w="16390" w:type="dxa"/>
            <w:gridSpan w:val="7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3D67B3F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Throughout the year we will…</w:t>
            </w:r>
          </w:p>
          <w:p w14:paraId="36430AA9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Notice and use number, pattern, shape, measure and spatial language in routines, stories and play.</w:t>
            </w:r>
          </w:p>
          <w:p w14:paraId="44FCC904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Revisit concepts with varied objects and contexts so understanding becomes secure and transferable.</w:t>
            </w:r>
          </w:p>
        </w:tc>
      </w:tr>
      <w:tr w:rsidR="00392B19" w:rsidRPr="001D0F21" w14:paraId="0185474A" w14:textId="77777777" w:rsidTr="00392B19">
        <w:trPr>
          <w:cantSplit/>
          <w:jc w:val="center"/>
        </w:trPr>
        <w:tc>
          <w:tcPr>
            <w:tcW w:w="2050" w:type="dxa"/>
            <w:vMerge w:val="restart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F60E4A3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lastRenderedPageBreak/>
              <w:t>Understanding the World</w:t>
            </w:r>
          </w:p>
          <w:p w14:paraId="73304071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D251960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Past and Present</w:t>
            </w:r>
          </w:p>
          <w:p w14:paraId="334B4820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People, Culture and Communities</w:t>
            </w:r>
          </w:p>
          <w:p w14:paraId="4DF2E719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C7DB7BC" w14:textId="6A1ABBB4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The Natural World</w:t>
            </w:r>
          </w:p>
        </w:tc>
        <w:tc>
          <w:tcPr>
            <w:tcW w:w="4780" w:type="dxa"/>
            <w:gridSpan w:val="2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CAB4C06" w14:textId="77777777" w:rsidR="00392B19" w:rsidRPr="001D0F21" w:rsidRDefault="00392B19" w:rsidP="00392B19">
            <w:pPr>
              <w:pStyle w:val="TableParagraph"/>
              <w:spacing w:line="206" w:lineRule="exact"/>
              <w:ind w:left="0"/>
              <w:jc w:val="both"/>
              <w:rPr>
                <w:rFonts w:asciiTheme="majorHAnsi" w:hAnsiTheme="majorHAnsi" w:cstheme="majorHAnsi"/>
                <w:b/>
                <w:spacing w:val="-5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We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will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be</w:t>
            </w:r>
            <w:r w:rsidRPr="001D0F21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learning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pacing w:val="-5"/>
                <w:sz w:val="20"/>
                <w:szCs w:val="20"/>
              </w:rPr>
              <w:t>to…</w:t>
            </w:r>
          </w:p>
          <w:p w14:paraId="32907AE4" w14:textId="77777777" w:rsidR="00392B19" w:rsidRPr="001D0F21" w:rsidRDefault="00392B19" w:rsidP="00392B19">
            <w:pPr>
              <w:pStyle w:val="TableParagraph"/>
              <w:spacing w:before="1"/>
              <w:ind w:right="202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BC74834" w14:textId="77777777" w:rsidR="00392B19" w:rsidRPr="001D0F21" w:rsidRDefault="00392B19" w:rsidP="00392B19">
            <w:pPr>
              <w:pStyle w:val="TableParagraph"/>
              <w:spacing w:before="1"/>
              <w:ind w:left="0" w:right="202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Cs/>
                <w:sz w:val="20"/>
                <w:szCs w:val="20"/>
              </w:rPr>
              <w:t>Talk about people who are special to them.</w:t>
            </w:r>
            <w:r w:rsidRPr="001D0F21">
              <w:rPr>
                <w:rFonts w:asciiTheme="majorHAnsi" w:hAnsiTheme="majorHAnsi" w:cstheme="majorHAnsi"/>
                <w:bCs/>
                <w:sz w:val="20"/>
                <w:szCs w:val="20"/>
              </w:rPr>
              <w:br/>
              <w:t>Explore their home, nursery and familiar environments.</w:t>
            </w:r>
          </w:p>
          <w:p w14:paraId="5729E8C0" w14:textId="77777777" w:rsidR="00392B19" w:rsidRPr="001D0F21" w:rsidRDefault="00392B19" w:rsidP="00392B19">
            <w:pPr>
              <w:pStyle w:val="TableParagraph"/>
              <w:spacing w:before="1"/>
              <w:ind w:left="0" w:right="202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Cs/>
                <w:sz w:val="20"/>
                <w:szCs w:val="20"/>
              </w:rPr>
              <w:t>Notice changes in the weather and autumn.</w:t>
            </w:r>
          </w:p>
          <w:p w14:paraId="75850637" w14:textId="7DD3034F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Cs/>
                <w:sz w:val="20"/>
                <w:szCs w:val="20"/>
              </w:rPr>
              <w:t>Show curiosity about natural materials such as leaves, sticks and conkers.</w:t>
            </w:r>
            <w:r w:rsidRPr="001D0F21">
              <w:rPr>
                <w:rFonts w:asciiTheme="majorHAnsi" w:hAnsiTheme="majorHAnsi" w:cstheme="majorHAnsi"/>
                <w:bCs/>
                <w:sz w:val="20"/>
                <w:szCs w:val="20"/>
              </w:rPr>
              <w:br/>
              <w:t>Begin to care for the world around them.</w:t>
            </w:r>
          </w:p>
        </w:tc>
        <w:tc>
          <w:tcPr>
            <w:tcW w:w="4780" w:type="dxa"/>
            <w:gridSpan w:val="2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332EDAE" w14:textId="77777777" w:rsidR="00392B19" w:rsidRPr="001D0F21" w:rsidRDefault="00392B19" w:rsidP="00392B19">
            <w:pPr>
              <w:pStyle w:val="TableParagraph"/>
              <w:spacing w:line="206" w:lineRule="exact"/>
              <w:ind w:left="0"/>
              <w:jc w:val="both"/>
              <w:rPr>
                <w:rFonts w:asciiTheme="majorHAnsi" w:hAnsiTheme="majorHAnsi" w:cstheme="majorHAnsi"/>
                <w:b/>
                <w:spacing w:val="-5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We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will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be</w:t>
            </w:r>
            <w:r w:rsidRPr="001D0F21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learning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pacing w:val="-5"/>
                <w:sz w:val="20"/>
                <w:szCs w:val="20"/>
              </w:rPr>
              <w:t>to…</w:t>
            </w:r>
          </w:p>
          <w:p w14:paraId="73D4E8FA" w14:textId="77777777" w:rsidR="00392B19" w:rsidRPr="001D0F21" w:rsidRDefault="00392B19" w:rsidP="00392B19">
            <w:pPr>
              <w:pStyle w:val="TableParagraph"/>
              <w:spacing w:before="1"/>
              <w:ind w:right="202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9FAA493" w14:textId="77777777" w:rsidR="00392B19" w:rsidRPr="001D0F21" w:rsidRDefault="00392B19" w:rsidP="00392B19">
            <w:pPr>
              <w:pStyle w:val="TableParagraph"/>
              <w:spacing w:before="1"/>
              <w:ind w:left="0" w:right="202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Cs/>
                <w:sz w:val="20"/>
                <w:szCs w:val="20"/>
              </w:rPr>
              <w:t>Explore similarities and differences between animals, plants and everyday objects.</w:t>
            </w:r>
          </w:p>
          <w:p w14:paraId="2F8868A8" w14:textId="77777777" w:rsidR="00392B19" w:rsidRPr="001D0F21" w:rsidRDefault="00392B19" w:rsidP="00392B19">
            <w:pPr>
              <w:pStyle w:val="TableParagraph"/>
              <w:spacing w:before="1"/>
              <w:ind w:left="0" w:right="202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Cs/>
                <w:sz w:val="20"/>
                <w:szCs w:val="20"/>
              </w:rPr>
              <w:t>Notice signs of spring and changes in the natural world.</w:t>
            </w:r>
          </w:p>
          <w:p w14:paraId="1F23B2ED" w14:textId="77777777" w:rsidR="00392B19" w:rsidRPr="001D0F21" w:rsidRDefault="00392B19" w:rsidP="00392B19">
            <w:pPr>
              <w:pStyle w:val="TableParagraph"/>
              <w:spacing w:before="1"/>
              <w:ind w:left="0" w:right="202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Cs/>
                <w:sz w:val="20"/>
                <w:szCs w:val="20"/>
              </w:rPr>
              <w:t>Talk about familiar occupations and people who help us.</w:t>
            </w:r>
          </w:p>
          <w:p w14:paraId="3793E2EC" w14:textId="77777777" w:rsidR="00392B19" w:rsidRPr="001D0F21" w:rsidRDefault="00392B19" w:rsidP="00392B19">
            <w:pPr>
              <w:pStyle w:val="TableParagraph"/>
              <w:spacing w:before="1"/>
              <w:ind w:left="0" w:right="202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Cs/>
                <w:sz w:val="20"/>
                <w:szCs w:val="20"/>
              </w:rPr>
              <w:t>Explore different materials, water, sand and natural resources.</w:t>
            </w:r>
          </w:p>
          <w:p w14:paraId="0BA5F26E" w14:textId="3F7553BF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Cs/>
                <w:sz w:val="20"/>
                <w:szCs w:val="20"/>
              </w:rPr>
              <w:t>Show interest in how things work through play</w:t>
            </w:r>
          </w:p>
        </w:tc>
        <w:tc>
          <w:tcPr>
            <w:tcW w:w="4780" w:type="dxa"/>
            <w:gridSpan w:val="2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31AA254" w14:textId="77777777" w:rsidR="00392B19" w:rsidRPr="001D0F21" w:rsidRDefault="00392B19" w:rsidP="00392B19">
            <w:pPr>
              <w:pStyle w:val="TableParagraph"/>
              <w:spacing w:line="206" w:lineRule="exact"/>
              <w:ind w:left="0"/>
              <w:jc w:val="both"/>
              <w:rPr>
                <w:rFonts w:asciiTheme="majorHAnsi" w:hAnsiTheme="majorHAnsi" w:cstheme="majorHAnsi"/>
                <w:b/>
                <w:spacing w:val="-5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We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will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be</w:t>
            </w:r>
            <w:r w:rsidRPr="001D0F21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learning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pacing w:val="-5"/>
                <w:sz w:val="20"/>
                <w:szCs w:val="20"/>
              </w:rPr>
              <w:t>to…</w:t>
            </w:r>
          </w:p>
          <w:p w14:paraId="7FD21F1E" w14:textId="77777777" w:rsidR="00392B19" w:rsidRPr="001D0F21" w:rsidRDefault="00392B19" w:rsidP="00392B19">
            <w:pPr>
              <w:pStyle w:val="TableParagraph"/>
              <w:spacing w:line="206" w:lineRule="exact"/>
              <w:ind w:left="0"/>
              <w:jc w:val="both"/>
              <w:rPr>
                <w:rFonts w:asciiTheme="majorHAnsi" w:hAnsiTheme="majorHAnsi" w:cstheme="majorHAnsi"/>
                <w:b/>
                <w:spacing w:val="-5"/>
                <w:sz w:val="20"/>
                <w:szCs w:val="20"/>
              </w:rPr>
            </w:pPr>
          </w:p>
          <w:p w14:paraId="3B00C15A" w14:textId="77777777" w:rsidR="00392B19" w:rsidRPr="001D0F21" w:rsidRDefault="00392B19" w:rsidP="00392B19">
            <w:pPr>
              <w:pStyle w:val="TableParagraph"/>
              <w:spacing w:before="1"/>
              <w:ind w:left="0" w:right="202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Cs/>
                <w:sz w:val="20"/>
                <w:szCs w:val="20"/>
              </w:rPr>
              <w:t>Talk about past and present experiences using simple language.</w:t>
            </w:r>
          </w:p>
          <w:p w14:paraId="2706727D" w14:textId="77777777" w:rsidR="00392B19" w:rsidRPr="001D0F21" w:rsidRDefault="00392B19" w:rsidP="00392B19">
            <w:pPr>
              <w:pStyle w:val="TableParagraph"/>
              <w:spacing w:before="1"/>
              <w:ind w:left="0" w:right="202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Cs/>
                <w:sz w:val="20"/>
                <w:szCs w:val="20"/>
              </w:rPr>
              <w:t>Explore the outdoor environment with growing confidence and curiosity.</w:t>
            </w:r>
          </w:p>
          <w:p w14:paraId="3D62E241" w14:textId="77777777" w:rsidR="00392B19" w:rsidRPr="001D0F21" w:rsidRDefault="00392B19" w:rsidP="00392B19">
            <w:pPr>
              <w:pStyle w:val="TableParagraph"/>
              <w:spacing w:before="1"/>
              <w:ind w:left="0" w:right="202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Cs/>
                <w:sz w:val="20"/>
                <w:szCs w:val="20"/>
              </w:rPr>
              <w:t>Observe living things and begin to care for them.</w:t>
            </w:r>
          </w:p>
          <w:p w14:paraId="158E9DF9" w14:textId="77777777" w:rsidR="00392B19" w:rsidRPr="001D0F21" w:rsidRDefault="00392B19" w:rsidP="00392B19">
            <w:pPr>
              <w:pStyle w:val="TableParagraph"/>
              <w:spacing w:before="1"/>
              <w:ind w:left="0" w:right="202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Cs/>
                <w:sz w:val="20"/>
                <w:szCs w:val="20"/>
              </w:rPr>
              <w:t>Recognise seasonal changes and talk about what they notice in summer.</w:t>
            </w:r>
          </w:p>
          <w:p w14:paraId="032D7244" w14:textId="1B4F2271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Cs/>
                <w:sz w:val="20"/>
                <w:szCs w:val="20"/>
              </w:rPr>
              <w:t>Investigate, question and solve simple problems through hands-on exploration</w:t>
            </w:r>
          </w:p>
        </w:tc>
      </w:tr>
      <w:tr w:rsidR="00392B19" w:rsidRPr="001D0F21" w14:paraId="6D8826D5" w14:textId="77777777" w:rsidTr="00392B19">
        <w:trPr>
          <w:cantSplit/>
          <w:jc w:val="center"/>
        </w:trPr>
        <w:tc>
          <w:tcPr>
            <w:tcW w:w="2050" w:type="dxa"/>
            <w:vMerge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355B848" w14:textId="3B5CBA39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2821C84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History: Who is in my family?</w:t>
            </w:r>
          </w:p>
          <w:p w14:paraId="348CDE47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Geography: Where do I play at nursery?</w:t>
            </w:r>
          </w:p>
          <w:p w14:paraId="1B3819F8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Science: What can I see, hear, smell, taste and touch?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6F74F25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History: What can we see in our family celebration photos?</w:t>
            </w:r>
          </w:p>
          <w:p w14:paraId="58A3F49D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Geography: Where does our journey go?</w:t>
            </w:r>
          </w:p>
          <w:p w14:paraId="24EC1164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Science: What happens when I shine a torch?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110BD8A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History: What did I wear when it was warm?</w:t>
            </w:r>
          </w:p>
          <w:p w14:paraId="7A441971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Geography: What is winter like outside?</w:t>
            </w:r>
          </w:p>
          <w:p w14:paraId="2190FABE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Science: What happens to ice when it gets warm?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5A6B47E" w14:textId="2E80FEA5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History: Which story did we enjoy before?</w:t>
            </w:r>
          </w:p>
          <w:p w14:paraId="57672681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Geography: Where does our story happen?</w:t>
            </w:r>
          </w:p>
          <w:p w14:paraId="2B3D0FD0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Science: What is changing outside in spring?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A89B390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History: How has our seed changed?</w:t>
            </w:r>
          </w:p>
          <w:p w14:paraId="7FBA7812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Geography: Where does this animal live?</w:t>
            </w:r>
          </w:p>
          <w:p w14:paraId="2F9D45CC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Science: What does a plant or animal need?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9F21C39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History: How have I grown since I started Sky?</w:t>
            </w:r>
          </w:p>
          <w:p w14:paraId="18318430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Geography: What might we find at the seaside?</w:t>
            </w:r>
          </w:p>
          <w:p w14:paraId="3EA8D1DF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Science: What happens when I pour or mix sand and water?</w:t>
            </w:r>
          </w:p>
        </w:tc>
      </w:tr>
      <w:tr w:rsidR="00392B19" w:rsidRPr="001D0F21" w14:paraId="7E998732" w14:textId="77777777" w:rsidTr="00392B19">
        <w:trPr>
          <w:cantSplit/>
          <w:jc w:val="center"/>
        </w:trPr>
        <w:tc>
          <w:tcPr>
            <w:tcW w:w="16390" w:type="dxa"/>
            <w:gridSpan w:val="7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B46BCE1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Throughout the year we will…</w:t>
            </w:r>
          </w:p>
          <w:p w14:paraId="03C8D530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Observe the local natural world repeatedly</w:t>
            </w:r>
          </w:p>
          <w:p w14:paraId="4AA756EC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talk about families, communities and change</w:t>
            </w:r>
          </w:p>
          <w:p w14:paraId="10BE7653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investigate materials and living things</w:t>
            </w:r>
          </w:p>
          <w:p w14:paraId="75CE18C7" w14:textId="77777777" w:rsidR="00392B19" w:rsidRPr="001D0F21" w:rsidRDefault="00392B19" w:rsidP="00392B19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use photographs, objects, maps and first-hand experiences to connect past, place and science.</w:t>
            </w:r>
          </w:p>
        </w:tc>
      </w:tr>
      <w:tr w:rsidR="005D4338" w:rsidRPr="001D0F21" w14:paraId="2E2C1E48" w14:textId="77777777" w:rsidTr="00392B19">
        <w:trPr>
          <w:cantSplit/>
          <w:jc w:val="center"/>
        </w:trPr>
        <w:tc>
          <w:tcPr>
            <w:tcW w:w="2050" w:type="dxa"/>
            <w:vMerge w:val="restart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34F8762" w14:textId="77777777" w:rsidR="005D4338" w:rsidRPr="001D0F21" w:rsidRDefault="005D4338" w:rsidP="005D4338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Expressive Arts and Design</w:t>
            </w:r>
          </w:p>
          <w:p w14:paraId="7D09AB84" w14:textId="77777777" w:rsidR="005D4338" w:rsidRPr="001D0F21" w:rsidRDefault="005D4338" w:rsidP="005D4338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705DCE3" w14:textId="77777777" w:rsidR="005D4338" w:rsidRPr="001D0F21" w:rsidRDefault="005D4338" w:rsidP="005D4338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Creating with Materials</w:t>
            </w:r>
          </w:p>
          <w:p w14:paraId="79B203E7" w14:textId="36F7ED12" w:rsidR="005D4338" w:rsidRPr="001D0F21" w:rsidRDefault="005D4338" w:rsidP="005D4338">
            <w:pPr>
              <w:spacing w:after="0" w:line="221" w:lineRule="auto"/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Being Imaginative and Expressive</w:t>
            </w:r>
          </w:p>
        </w:tc>
        <w:tc>
          <w:tcPr>
            <w:tcW w:w="4780" w:type="dxa"/>
            <w:gridSpan w:val="2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F947A42" w14:textId="77777777" w:rsidR="005D4338" w:rsidRPr="001D0F21" w:rsidRDefault="005D4338" w:rsidP="005D4338">
            <w:pPr>
              <w:pStyle w:val="TableParagraph"/>
              <w:spacing w:line="206" w:lineRule="exact"/>
              <w:ind w:left="0"/>
              <w:jc w:val="both"/>
              <w:rPr>
                <w:rFonts w:asciiTheme="majorHAnsi" w:hAnsiTheme="majorHAnsi" w:cstheme="majorHAnsi"/>
                <w:b/>
                <w:spacing w:val="-5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We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will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be</w:t>
            </w:r>
            <w:r w:rsidRPr="001D0F21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learning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pacing w:val="-5"/>
                <w:sz w:val="20"/>
                <w:szCs w:val="20"/>
              </w:rPr>
              <w:t>to…</w:t>
            </w:r>
          </w:p>
          <w:p w14:paraId="1B96B46D" w14:textId="77777777" w:rsidR="005D4338" w:rsidRDefault="005D4338" w:rsidP="005D4338">
            <w:pPr>
              <w:pStyle w:val="TableParagraph"/>
              <w:ind w:left="0" w:right="98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7623FA6" w14:textId="741D1AB6" w:rsidR="005D4338" w:rsidRPr="005D4338" w:rsidRDefault="005D4338" w:rsidP="005D4338">
            <w:pPr>
              <w:pStyle w:val="TableParagraph"/>
              <w:ind w:left="0" w:right="98"/>
              <w:rPr>
                <w:rFonts w:asciiTheme="majorHAnsi" w:hAnsiTheme="majorHAnsi" w:cstheme="majorHAnsi"/>
                <w:sz w:val="20"/>
                <w:szCs w:val="20"/>
              </w:rPr>
            </w:pPr>
            <w:r w:rsidRPr="005D4338">
              <w:rPr>
                <w:rFonts w:asciiTheme="majorHAnsi" w:hAnsiTheme="majorHAnsi" w:cstheme="majorHAnsi"/>
                <w:sz w:val="20"/>
                <w:szCs w:val="20"/>
              </w:rPr>
              <w:t>Explore a range of creative materials using their senses.</w:t>
            </w:r>
          </w:p>
          <w:p w14:paraId="1F309BA6" w14:textId="77777777" w:rsidR="005D4338" w:rsidRPr="005D4338" w:rsidRDefault="005D4338" w:rsidP="005D4338">
            <w:pPr>
              <w:pStyle w:val="TableParagraph"/>
              <w:ind w:left="0" w:right="98"/>
              <w:rPr>
                <w:rFonts w:asciiTheme="majorHAnsi" w:hAnsiTheme="majorHAnsi" w:cstheme="majorHAnsi"/>
                <w:sz w:val="20"/>
                <w:szCs w:val="20"/>
              </w:rPr>
            </w:pPr>
            <w:r w:rsidRPr="005D4338">
              <w:rPr>
                <w:rFonts w:asciiTheme="majorHAnsi" w:hAnsiTheme="majorHAnsi" w:cstheme="majorHAnsi"/>
                <w:sz w:val="20"/>
                <w:szCs w:val="20"/>
              </w:rPr>
              <w:t>Join in with familiar songs, nursery rhymes and action songs.</w:t>
            </w:r>
          </w:p>
          <w:p w14:paraId="26CFE8B4" w14:textId="77777777" w:rsidR="005D4338" w:rsidRPr="005D4338" w:rsidRDefault="005D4338" w:rsidP="005D4338">
            <w:pPr>
              <w:pStyle w:val="TableParagraph"/>
              <w:ind w:left="0" w:right="98"/>
              <w:rPr>
                <w:rFonts w:asciiTheme="majorHAnsi" w:hAnsiTheme="majorHAnsi" w:cstheme="majorHAnsi"/>
                <w:sz w:val="20"/>
                <w:szCs w:val="20"/>
              </w:rPr>
            </w:pPr>
            <w:r w:rsidRPr="005D4338">
              <w:rPr>
                <w:rFonts w:asciiTheme="majorHAnsi" w:hAnsiTheme="majorHAnsi" w:cstheme="majorHAnsi"/>
                <w:sz w:val="20"/>
                <w:szCs w:val="20"/>
              </w:rPr>
              <w:t>Explore marks using a variety of tools and media.</w:t>
            </w:r>
          </w:p>
          <w:p w14:paraId="111EFA1D" w14:textId="77777777" w:rsidR="005D4338" w:rsidRPr="005D4338" w:rsidRDefault="005D4338" w:rsidP="005D4338">
            <w:pPr>
              <w:pStyle w:val="TableParagraph"/>
              <w:ind w:left="0" w:right="98"/>
              <w:rPr>
                <w:rFonts w:asciiTheme="majorHAnsi" w:hAnsiTheme="majorHAnsi" w:cstheme="majorHAnsi"/>
                <w:sz w:val="20"/>
                <w:szCs w:val="20"/>
              </w:rPr>
            </w:pPr>
            <w:r w:rsidRPr="005D4338">
              <w:rPr>
                <w:rFonts w:asciiTheme="majorHAnsi" w:hAnsiTheme="majorHAnsi" w:cstheme="majorHAnsi"/>
                <w:sz w:val="20"/>
                <w:szCs w:val="20"/>
              </w:rPr>
              <w:t>Enjoy imaginative play alongside adults and other children.</w:t>
            </w:r>
          </w:p>
          <w:p w14:paraId="41DBC2DF" w14:textId="6C6DF144" w:rsidR="005D4338" w:rsidRPr="005D4338" w:rsidRDefault="005D4338" w:rsidP="005D4338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5D4338">
              <w:rPr>
                <w:rFonts w:asciiTheme="majorHAnsi" w:hAnsiTheme="majorHAnsi" w:cstheme="majorHAnsi"/>
                <w:sz w:val="20"/>
                <w:szCs w:val="20"/>
              </w:rPr>
              <w:t>Explore construction materials and loose parts.</w:t>
            </w:r>
          </w:p>
        </w:tc>
        <w:tc>
          <w:tcPr>
            <w:tcW w:w="4780" w:type="dxa"/>
            <w:gridSpan w:val="2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AF5ED6D" w14:textId="77777777" w:rsidR="005D4338" w:rsidRPr="001D0F21" w:rsidRDefault="005D4338" w:rsidP="005D4338">
            <w:pPr>
              <w:pStyle w:val="TableParagraph"/>
              <w:spacing w:line="206" w:lineRule="exact"/>
              <w:ind w:left="0"/>
              <w:jc w:val="both"/>
              <w:rPr>
                <w:rFonts w:asciiTheme="majorHAnsi" w:hAnsiTheme="majorHAnsi" w:cstheme="majorHAnsi"/>
                <w:b/>
                <w:spacing w:val="-5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We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will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be</w:t>
            </w:r>
            <w:r w:rsidRPr="001D0F21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learning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pacing w:val="-5"/>
                <w:sz w:val="20"/>
                <w:szCs w:val="20"/>
              </w:rPr>
              <w:t>to…</w:t>
            </w:r>
          </w:p>
          <w:p w14:paraId="5F67C4CE" w14:textId="77777777" w:rsidR="005D4338" w:rsidRDefault="005D4338" w:rsidP="005D4338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CED6234" w14:textId="58701879" w:rsidR="005D4338" w:rsidRPr="005D4338" w:rsidRDefault="005D4338" w:rsidP="005D4338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5D4338">
              <w:rPr>
                <w:rFonts w:asciiTheme="majorHAnsi" w:hAnsiTheme="majorHAnsi" w:cstheme="majorHAnsi"/>
                <w:sz w:val="20"/>
                <w:szCs w:val="20"/>
              </w:rPr>
              <w:t>Combine different materials and media to create simple models and pictures.</w:t>
            </w:r>
          </w:p>
          <w:p w14:paraId="39DD4DA4" w14:textId="77777777" w:rsidR="005D4338" w:rsidRPr="005D4338" w:rsidRDefault="005D4338" w:rsidP="005D4338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5D4338">
              <w:rPr>
                <w:rFonts w:asciiTheme="majorHAnsi" w:hAnsiTheme="majorHAnsi" w:cstheme="majorHAnsi"/>
                <w:sz w:val="20"/>
                <w:szCs w:val="20"/>
              </w:rPr>
              <w:t>Move to music using different actions and respond to changes in tempo.</w:t>
            </w:r>
          </w:p>
          <w:p w14:paraId="79F86404" w14:textId="77777777" w:rsidR="005D4338" w:rsidRPr="005D4338" w:rsidRDefault="005D4338" w:rsidP="005D4338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5D4338">
              <w:rPr>
                <w:rFonts w:asciiTheme="majorHAnsi" w:hAnsiTheme="majorHAnsi" w:cstheme="majorHAnsi"/>
                <w:sz w:val="20"/>
                <w:szCs w:val="20"/>
              </w:rPr>
              <w:t xml:space="preserve">Experiment with </w:t>
            </w:r>
            <w:proofErr w:type="spellStart"/>
            <w:r w:rsidRPr="005D4338">
              <w:rPr>
                <w:rFonts w:asciiTheme="majorHAnsi" w:hAnsiTheme="majorHAnsi" w:cstheme="majorHAnsi"/>
                <w:sz w:val="20"/>
                <w:szCs w:val="20"/>
              </w:rPr>
              <w:t>colour</w:t>
            </w:r>
            <w:proofErr w:type="spellEnd"/>
            <w:r w:rsidRPr="005D4338">
              <w:rPr>
                <w:rFonts w:asciiTheme="majorHAnsi" w:hAnsiTheme="majorHAnsi" w:cstheme="majorHAnsi"/>
                <w:sz w:val="20"/>
                <w:szCs w:val="20"/>
              </w:rPr>
              <w:t>, texture and pattern through open-ended art experiences.</w:t>
            </w:r>
          </w:p>
          <w:p w14:paraId="4921ECAE" w14:textId="77777777" w:rsidR="005D4338" w:rsidRPr="005D4338" w:rsidRDefault="005D4338" w:rsidP="005D4338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5D4338">
              <w:rPr>
                <w:rFonts w:asciiTheme="majorHAnsi" w:hAnsiTheme="majorHAnsi" w:cstheme="majorHAnsi"/>
                <w:sz w:val="20"/>
                <w:szCs w:val="20"/>
              </w:rPr>
              <w:t>Use props and small world resources to develop simple pretend play.</w:t>
            </w:r>
          </w:p>
          <w:p w14:paraId="0BF61611" w14:textId="3581B989" w:rsidR="005D4338" w:rsidRPr="005D4338" w:rsidRDefault="005D4338" w:rsidP="005D4338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5D4338">
              <w:rPr>
                <w:rFonts w:asciiTheme="majorHAnsi" w:hAnsiTheme="majorHAnsi" w:cstheme="majorHAnsi"/>
                <w:sz w:val="20"/>
                <w:szCs w:val="20"/>
              </w:rPr>
              <w:t>Build and create simple structures for a purpose.</w:t>
            </w:r>
          </w:p>
        </w:tc>
        <w:tc>
          <w:tcPr>
            <w:tcW w:w="4780" w:type="dxa"/>
            <w:gridSpan w:val="2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F6BEBAA" w14:textId="77777777" w:rsidR="005D4338" w:rsidRPr="001D0F21" w:rsidRDefault="005D4338" w:rsidP="005D4338">
            <w:pPr>
              <w:pStyle w:val="TableParagraph"/>
              <w:spacing w:line="206" w:lineRule="exact"/>
              <w:ind w:left="0"/>
              <w:jc w:val="both"/>
              <w:rPr>
                <w:rFonts w:asciiTheme="majorHAnsi" w:hAnsiTheme="majorHAnsi" w:cstheme="majorHAnsi"/>
                <w:b/>
                <w:spacing w:val="-5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We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will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be</w:t>
            </w:r>
            <w:r w:rsidRPr="001D0F21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z w:val="20"/>
                <w:szCs w:val="20"/>
              </w:rPr>
              <w:t>learning</w:t>
            </w:r>
            <w:r w:rsidRPr="001D0F21">
              <w:rPr>
                <w:rFonts w:asciiTheme="majorHAnsi" w:hAnsiTheme="majorHAnsi" w:cstheme="majorHAnsi"/>
                <w:b/>
                <w:spacing w:val="-1"/>
                <w:sz w:val="20"/>
                <w:szCs w:val="20"/>
              </w:rPr>
              <w:t xml:space="preserve"> </w:t>
            </w:r>
            <w:r w:rsidRPr="001D0F21">
              <w:rPr>
                <w:rFonts w:asciiTheme="majorHAnsi" w:hAnsiTheme="majorHAnsi" w:cstheme="majorHAnsi"/>
                <w:b/>
                <w:spacing w:val="-5"/>
                <w:sz w:val="20"/>
                <w:szCs w:val="20"/>
              </w:rPr>
              <w:t>to…</w:t>
            </w:r>
          </w:p>
          <w:p w14:paraId="19F88DFD" w14:textId="77777777" w:rsidR="005D4338" w:rsidRDefault="005D4338" w:rsidP="005D4338">
            <w:pPr>
              <w:pStyle w:val="TableParagraph"/>
              <w:ind w:left="0" w:right="155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8A6E107" w14:textId="7AAB5569" w:rsidR="005D4338" w:rsidRPr="005D4338" w:rsidRDefault="005D4338" w:rsidP="005D4338">
            <w:pPr>
              <w:pStyle w:val="TableParagraph"/>
              <w:ind w:left="0" w:right="155"/>
              <w:rPr>
                <w:rFonts w:asciiTheme="majorHAnsi" w:hAnsiTheme="majorHAnsi" w:cstheme="majorHAnsi"/>
                <w:sz w:val="20"/>
                <w:szCs w:val="20"/>
              </w:rPr>
            </w:pPr>
            <w:r w:rsidRPr="005D4338">
              <w:rPr>
                <w:rFonts w:asciiTheme="majorHAnsi" w:hAnsiTheme="majorHAnsi" w:cstheme="majorHAnsi"/>
                <w:sz w:val="20"/>
                <w:szCs w:val="20"/>
              </w:rPr>
              <w:t>Select and use a range of materials to express their own ideas.</w:t>
            </w:r>
          </w:p>
          <w:p w14:paraId="75139D76" w14:textId="77777777" w:rsidR="005D4338" w:rsidRPr="005D4338" w:rsidRDefault="005D4338" w:rsidP="005D4338">
            <w:pPr>
              <w:pStyle w:val="TableParagraph"/>
              <w:ind w:left="0" w:right="155"/>
              <w:rPr>
                <w:rFonts w:asciiTheme="majorHAnsi" w:hAnsiTheme="majorHAnsi" w:cstheme="majorHAnsi"/>
                <w:sz w:val="20"/>
                <w:szCs w:val="20"/>
              </w:rPr>
            </w:pPr>
            <w:r w:rsidRPr="005D4338">
              <w:rPr>
                <w:rFonts w:asciiTheme="majorHAnsi" w:hAnsiTheme="majorHAnsi" w:cstheme="majorHAnsi"/>
                <w:sz w:val="20"/>
                <w:szCs w:val="20"/>
              </w:rPr>
              <w:t>Sing familiar songs and use movement to express feelings.</w:t>
            </w:r>
          </w:p>
          <w:p w14:paraId="0C8CA27E" w14:textId="77777777" w:rsidR="005D4338" w:rsidRPr="005D4338" w:rsidRDefault="005D4338" w:rsidP="005D4338">
            <w:pPr>
              <w:pStyle w:val="TableParagraph"/>
              <w:ind w:left="0" w:right="155"/>
              <w:rPr>
                <w:rFonts w:asciiTheme="majorHAnsi" w:hAnsiTheme="majorHAnsi" w:cstheme="majorHAnsi"/>
                <w:sz w:val="20"/>
                <w:szCs w:val="20"/>
              </w:rPr>
            </w:pPr>
            <w:r w:rsidRPr="005D4338">
              <w:rPr>
                <w:rFonts w:asciiTheme="majorHAnsi" w:hAnsiTheme="majorHAnsi" w:cstheme="majorHAnsi"/>
                <w:sz w:val="20"/>
                <w:szCs w:val="20"/>
              </w:rPr>
              <w:t>Create with increasing purpose and talk about what they have made.</w:t>
            </w:r>
          </w:p>
          <w:p w14:paraId="0A428189" w14:textId="77777777" w:rsidR="005D4338" w:rsidRPr="005D4338" w:rsidRDefault="005D4338" w:rsidP="005D4338">
            <w:pPr>
              <w:pStyle w:val="TableParagraph"/>
              <w:ind w:left="0" w:right="155"/>
              <w:rPr>
                <w:rFonts w:asciiTheme="majorHAnsi" w:hAnsiTheme="majorHAnsi" w:cstheme="majorHAnsi"/>
                <w:sz w:val="20"/>
                <w:szCs w:val="20"/>
              </w:rPr>
            </w:pPr>
            <w:r w:rsidRPr="005D4338">
              <w:rPr>
                <w:rFonts w:asciiTheme="majorHAnsi" w:hAnsiTheme="majorHAnsi" w:cstheme="majorHAnsi"/>
                <w:sz w:val="20"/>
                <w:szCs w:val="20"/>
              </w:rPr>
              <w:t>Develop imaginative play by acting out familiar experiences and stories.</w:t>
            </w:r>
          </w:p>
          <w:p w14:paraId="318749EF" w14:textId="34701C5E" w:rsidR="005D4338" w:rsidRPr="005D4338" w:rsidRDefault="005D4338" w:rsidP="005D4338">
            <w:pPr>
              <w:spacing w:after="0" w:line="221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5D4338">
              <w:rPr>
                <w:rFonts w:asciiTheme="majorHAnsi" w:hAnsiTheme="majorHAnsi" w:cstheme="majorHAnsi"/>
                <w:sz w:val="20"/>
                <w:szCs w:val="20"/>
              </w:rPr>
              <w:t>Adapt and extend creations through construction, loose parts and junk modelling.</w:t>
            </w:r>
          </w:p>
        </w:tc>
      </w:tr>
      <w:tr w:rsidR="009879DC" w:rsidRPr="001D0F21" w14:paraId="1727059A" w14:textId="77777777" w:rsidTr="00392B19">
        <w:trPr>
          <w:cantSplit/>
          <w:jc w:val="center"/>
        </w:trPr>
        <w:tc>
          <w:tcPr>
            <w:tcW w:w="2050" w:type="dxa"/>
            <w:vMerge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CE21844" w14:textId="73F3995D" w:rsidR="009879DC" w:rsidRPr="001D0F21" w:rsidRDefault="009879DC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908F1B5" w14:textId="77777777" w:rsidR="009879DC" w:rsidRPr="001D0F21" w:rsidRDefault="009879DC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Art: What colours and marks can I use?</w:t>
            </w:r>
          </w:p>
          <w:p w14:paraId="072D6BFF" w14:textId="77777777" w:rsidR="009879DC" w:rsidRPr="001D0F21" w:rsidRDefault="009879DC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DT: Can I build a home?</w:t>
            </w:r>
          </w:p>
          <w:p w14:paraId="7494D4CC" w14:textId="77777777" w:rsidR="009879DC" w:rsidRPr="001D0F21" w:rsidRDefault="009879DC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Music: Can I copy a sound or action?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34B1054" w14:textId="77777777" w:rsidR="009879DC" w:rsidRPr="001D0F21" w:rsidRDefault="009879DC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Art: What can I make with light and </w:t>
            </w:r>
            <w:proofErr w:type="spellStart"/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colour</w:t>
            </w:r>
            <w:proofErr w:type="spellEnd"/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?</w:t>
            </w:r>
          </w:p>
          <w:p w14:paraId="41BE315F" w14:textId="77777777" w:rsidR="009879DC" w:rsidRPr="001D0F21" w:rsidRDefault="009879DC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DT: Can I wrap and join things?</w:t>
            </w:r>
          </w:p>
          <w:p w14:paraId="3878CE99" w14:textId="77777777" w:rsidR="009879DC" w:rsidRPr="001D0F21" w:rsidRDefault="009879DC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Music: Can I join in with a beat or rhyme?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AA0382F" w14:textId="77777777" w:rsidR="009879DC" w:rsidRPr="001D0F21" w:rsidRDefault="009879DC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Art: What winter marks and textures can I make?</w:t>
            </w:r>
          </w:p>
          <w:p w14:paraId="0F9831AD" w14:textId="77777777" w:rsidR="009879DC" w:rsidRPr="001D0F21" w:rsidRDefault="009879DC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DT: Can I make a warm, </w:t>
            </w:r>
            <w:proofErr w:type="spellStart"/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cosy</w:t>
            </w:r>
            <w:proofErr w:type="spellEnd"/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shelter?</w:t>
            </w:r>
          </w:p>
          <w:p w14:paraId="5CB68214" w14:textId="77777777" w:rsidR="009879DC" w:rsidRPr="001D0F21" w:rsidRDefault="009879DC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Music: Can I make loud, quiet, fast and slow winter sounds?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D1CBDC8" w14:textId="77777777" w:rsidR="009879DC" w:rsidRPr="001D0F21" w:rsidRDefault="009879DC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Art: What </w:t>
            </w:r>
            <w:proofErr w:type="spellStart"/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colours</w:t>
            </w:r>
            <w:proofErr w:type="spellEnd"/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can I use for our story place?</w:t>
            </w:r>
          </w:p>
          <w:p w14:paraId="02A99D84" w14:textId="77777777" w:rsidR="009879DC" w:rsidRPr="001D0F21" w:rsidRDefault="009879DC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DT: What can I build for a story friend?</w:t>
            </w:r>
          </w:p>
          <w:p w14:paraId="400C8E2B" w14:textId="77777777" w:rsidR="009879DC" w:rsidRPr="001D0F21" w:rsidRDefault="009879DC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Music: What sound can I make for this part of the story?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D6D08B6" w14:textId="77777777" w:rsidR="009879DC" w:rsidRPr="001D0F21" w:rsidRDefault="009879DC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Art: What patterns can I see on plants and animals?</w:t>
            </w:r>
          </w:p>
          <w:p w14:paraId="1AF3FEBE" w14:textId="77777777" w:rsidR="009879DC" w:rsidRPr="001D0F21" w:rsidRDefault="009879DC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DT: Can I make a safe home for an animal?</w:t>
            </w:r>
          </w:p>
          <w:p w14:paraId="1D808F0D" w14:textId="77777777" w:rsidR="009879DC" w:rsidRPr="001D0F21" w:rsidRDefault="009879DC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Music: Can I copy an animal sound?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D30C7E5" w14:textId="77777777" w:rsidR="009879DC" w:rsidRPr="001D0F21" w:rsidRDefault="009879DC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Art: Can I make wave, shell or butterfly patterns?</w:t>
            </w:r>
          </w:p>
          <w:p w14:paraId="03718E50" w14:textId="77777777" w:rsidR="009879DC" w:rsidRPr="001D0F21" w:rsidRDefault="009879DC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DT: Can I make something that floats?</w:t>
            </w:r>
          </w:p>
          <w:p w14:paraId="366D38C1" w14:textId="77777777" w:rsidR="009879DC" w:rsidRPr="001D0F21" w:rsidRDefault="009879DC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Music: Can I make seaside sounds?</w:t>
            </w:r>
          </w:p>
        </w:tc>
      </w:tr>
      <w:tr w:rsidR="00C10C9E" w:rsidRPr="001D0F21" w14:paraId="78D9BB2B" w14:textId="77777777" w:rsidTr="00392B19">
        <w:trPr>
          <w:cantSplit/>
          <w:jc w:val="center"/>
        </w:trPr>
        <w:tc>
          <w:tcPr>
            <w:tcW w:w="16390" w:type="dxa"/>
            <w:gridSpan w:val="7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F0EB558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lastRenderedPageBreak/>
              <w:t>Throughout the year we will…</w:t>
            </w:r>
          </w:p>
          <w:p w14:paraId="024FC6FE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Sing and move daily</w:t>
            </w:r>
          </w:p>
          <w:p w14:paraId="49919F77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explore instruments, </w:t>
            </w:r>
            <w:proofErr w:type="spellStart"/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colour</w:t>
            </w:r>
            <w:proofErr w:type="spellEnd"/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, line, texture, form and joining</w:t>
            </w:r>
          </w:p>
          <w:p w14:paraId="729F83FA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develop imaginative play</w:t>
            </w:r>
          </w:p>
          <w:p w14:paraId="6C97064D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return to materials often enough to gain control and make increasingly intentional choices.</w:t>
            </w:r>
          </w:p>
        </w:tc>
      </w:tr>
      <w:tr w:rsidR="00C10C9E" w:rsidRPr="001D0F21" w14:paraId="043B8064" w14:textId="77777777" w:rsidTr="00392B19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3EE62EC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Religious Education</w:t>
            </w:r>
          </w:p>
          <w:p w14:paraId="7B55CCC6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(Following Rochdale’s Agreed Syllabus)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59DCE5A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Special stories and people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202274A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Family special times and Christmas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7AA1E7F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Special places and caring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460B517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Spring celebrations and special people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D103415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Our wonderful world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1AAE5B8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Belonging and transition</w:t>
            </w:r>
          </w:p>
        </w:tc>
      </w:tr>
      <w:tr w:rsidR="00C10C9E" w:rsidRPr="001D0F21" w14:paraId="7C468C78" w14:textId="77777777" w:rsidTr="00392B19">
        <w:trPr>
          <w:cantSplit/>
          <w:jc w:val="center"/>
        </w:trPr>
        <w:tc>
          <w:tcPr>
            <w:tcW w:w="20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9B926CF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British Values</w:t>
            </w:r>
          </w:p>
          <w:p w14:paraId="4F12D307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4472C4"/>
                <w:sz w:val="20"/>
                <w:szCs w:val="20"/>
              </w:rPr>
              <w:t>Where this might be seen in EYFS: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03688BD" w14:textId="77777777" w:rsidR="00C10C9E" w:rsidRPr="005D4338" w:rsidRDefault="006F28D4">
            <w:pPr>
              <w:spacing w:after="0" w:line="221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D4338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We will be learning to…</w:t>
            </w:r>
          </w:p>
          <w:p w14:paraId="6728824A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Belonging, individual liberty and mutual respect: make choices, </w:t>
            </w:r>
            <w:proofErr w:type="spellStart"/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recognise</w:t>
            </w:r>
            <w:proofErr w:type="spellEnd"/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each child’s uniqueness and learn “ready, respectful, safe” through warm routines.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81B439A" w14:textId="77777777" w:rsidR="00C10C9E" w:rsidRPr="005D4338" w:rsidRDefault="006F28D4">
            <w:pPr>
              <w:spacing w:after="0" w:line="221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D4338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We will be learning to…</w:t>
            </w:r>
          </w:p>
          <w:p w14:paraId="68FD21F1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Mutual respect and tolerance: listen to families’ experiences, </w:t>
            </w:r>
            <w:proofErr w:type="spellStart"/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recognise</w:t>
            </w:r>
            <w:proofErr w:type="spellEnd"/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that special times may look different and share resources fairly.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20C00D4" w14:textId="77777777" w:rsidR="00C10C9E" w:rsidRPr="005D4338" w:rsidRDefault="006F28D4">
            <w:pPr>
              <w:spacing w:after="0" w:line="221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D4338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We will be learning to…</w:t>
            </w:r>
          </w:p>
          <w:p w14:paraId="31889C88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Rule of law and mutual respect: agree gentle rules for birds and living things</w:t>
            </w:r>
          </w:p>
          <w:p w14:paraId="60E9ED3D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notice others’ needs</w:t>
            </w:r>
          </w:p>
          <w:p w14:paraId="093F2337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celebrate helpfulness.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636B797" w14:textId="77777777" w:rsidR="00C10C9E" w:rsidRPr="005D4338" w:rsidRDefault="006F28D4">
            <w:pPr>
              <w:spacing w:after="0" w:line="221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D4338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We will be learning to…</w:t>
            </w:r>
          </w:p>
          <w:p w14:paraId="0C2E080E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Democracy and liberty: vote for a story, choose materials and respect different interpretations</w:t>
            </w:r>
          </w:p>
          <w:p w14:paraId="5CF7BFA6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value diverse celebrations and family experiences.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78036D9" w14:textId="77777777" w:rsidR="00C10C9E" w:rsidRPr="005D4338" w:rsidRDefault="006F28D4">
            <w:pPr>
              <w:spacing w:after="0" w:line="221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D4338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We will be learning to…</w:t>
            </w:r>
          </w:p>
          <w:p w14:paraId="7CC4D9C0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Mutual respect and responsibility: create simple care rules together, share jobs and learn that living things must be treated kindly.</w:t>
            </w:r>
          </w:p>
        </w:tc>
        <w:tc>
          <w:tcPr>
            <w:tcW w:w="239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6E2A06D" w14:textId="77777777" w:rsidR="00C10C9E" w:rsidRPr="005D4338" w:rsidRDefault="006F28D4">
            <w:pPr>
              <w:spacing w:after="0" w:line="221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D4338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We will be learning to…</w:t>
            </w:r>
          </w:p>
          <w:p w14:paraId="5F312ADF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Individual liberty and rule of law: choose roles and resources, </w:t>
            </w:r>
            <w:proofErr w:type="spellStart"/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recognise</w:t>
            </w:r>
            <w:proofErr w:type="spellEnd"/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community helpers, learn simple road/water safety and celebrate every child’s progress.</w:t>
            </w:r>
          </w:p>
        </w:tc>
      </w:tr>
      <w:tr w:rsidR="00C10C9E" w:rsidRPr="001D0F21" w14:paraId="6C546F80" w14:textId="77777777" w:rsidTr="00392B19">
        <w:trPr>
          <w:cantSplit/>
          <w:jc w:val="center"/>
        </w:trPr>
        <w:tc>
          <w:tcPr>
            <w:tcW w:w="16390" w:type="dxa"/>
            <w:gridSpan w:val="7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987C12B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Throughout the year we will…</w:t>
            </w:r>
          </w:p>
          <w:p w14:paraId="280A65EA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Make choices and express opinions</w:t>
            </w:r>
          </w:p>
          <w:p w14:paraId="31F48CF0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use simple voting and shared decisions</w:t>
            </w:r>
          </w:p>
          <w:p w14:paraId="0DCF9F3E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understand routines and rules that keep people safe</w:t>
            </w:r>
          </w:p>
          <w:p w14:paraId="711CCF02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value varied families, cultures, faiths and beliefs</w:t>
            </w:r>
          </w:p>
          <w:p w14:paraId="793E767C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take turns, cooperate and care for others and the environment.</w:t>
            </w:r>
          </w:p>
        </w:tc>
      </w:tr>
      <w:tr w:rsidR="00C10C9E" w:rsidRPr="001D0F21" w14:paraId="4DEDFA63" w14:textId="77777777" w:rsidTr="00392B19">
        <w:trPr>
          <w:cantSplit/>
          <w:jc w:val="center"/>
        </w:trPr>
        <w:tc>
          <w:tcPr>
            <w:tcW w:w="2050" w:type="dxa"/>
            <w:shd w:val="clear" w:color="auto" w:fill="9BBB59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E467676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>Curriculum progression</w:t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03B7B89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Sky: experience, notice, join in and name.</w:t>
            </w:r>
          </w:p>
          <w:p w14:paraId="34FF1B8D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Reception endpoint: explain, reason, connect and apply.</w:t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9D0AF8A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Sky: experience, notice, join in and name.</w:t>
            </w:r>
          </w:p>
          <w:p w14:paraId="15EB0745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Reception endpoint: explain, reason, connect and apply.</w:t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4829624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Sky: experience, notice, join in and name.</w:t>
            </w:r>
          </w:p>
          <w:p w14:paraId="50C6C622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Reception endpoint: explain, reason, connect and apply.</w:t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4ABE522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Sky: experience, notice, join in and name.</w:t>
            </w:r>
          </w:p>
          <w:p w14:paraId="018240F1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Reception endpoint: explain, reason, connect and apply.</w:t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D020D20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Sky: experience, notice, join in and name.</w:t>
            </w:r>
          </w:p>
          <w:p w14:paraId="52BE91F1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Reception endpoint: explain, reason, connect and apply.</w:t>
            </w:r>
          </w:p>
        </w:tc>
        <w:tc>
          <w:tcPr>
            <w:tcW w:w="2390" w:type="dxa"/>
            <w:shd w:val="clear" w:color="auto" w:fill="C6E0B4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3F19F97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Sky: experience, notice, join in and name.</w:t>
            </w:r>
          </w:p>
          <w:p w14:paraId="17846A48" w14:textId="77777777" w:rsidR="00C10C9E" w:rsidRPr="001D0F21" w:rsidRDefault="006F28D4">
            <w:pPr>
              <w:spacing w:after="0" w:line="221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D0F2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Reception endpoint: explain, reason, connect and apply.</w:t>
            </w:r>
          </w:p>
        </w:tc>
      </w:tr>
    </w:tbl>
    <w:p w14:paraId="3DAB8494" w14:textId="77777777" w:rsidR="00CB5112" w:rsidRPr="001D0F21" w:rsidRDefault="00CB5112">
      <w:pPr>
        <w:rPr>
          <w:rFonts w:asciiTheme="majorHAnsi" w:hAnsiTheme="majorHAnsi" w:cstheme="majorHAnsi"/>
          <w:sz w:val="20"/>
          <w:szCs w:val="20"/>
        </w:rPr>
      </w:pPr>
    </w:p>
    <w:sectPr w:rsidR="00CB5112" w:rsidRPr="001D0F21" w:rsidSect="00034616">
      <w:pgSz w:w="16834" w:h="11909" w:orient="landscape"/>
      <w:pgMar w:top="259" w:right="144" w:bottom="173" w:left="346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DCF5D65"/>
    <w:multiLevelType w:val="hybridMultilevel"/>
    <w:tmpl w:val="F55A27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16A7"/>
    <w:rsid w:val="00123325"/>
    <w:rsid w:val="0015074B"/>
    <w:rsid w:val="001D0F21"/>
    <w:rsid w:val="001E337E"/>
    <w:rsid w:val="0029639D"/>
    <w:rsid w:val="00326F90"/>
    <w:rsid w:val="00392B19"/>
    <w:rsid w:val="003F2597"/>
    <w:rsid w:val="004954C8"/>
    <w:rsid w:val="004E6217"/>
    <w:rsid w:val="00542E7E"/>
    <w:rsid w:val="005A1574"/>
    <w:rsid w:val="005D4338"/>
    <w:rsid w:val="005F10DF"/>
    <w:rsid w:val="00631672"/>
    <w:rsid w:val="006A4462"/>
    <w:rsid w:val="006F28D4"/>
    <w:rsid w:val="0079706E"/>
    <w:rsid w:val="007F030A"/>
    <w:rsid w:val="00817227"/>
    <w:rsid w:val="008E70CB"/>
    <w:rsid w:val="00932F0B"/>
    <w:rsid w:val="00941473"/>
    <w:rsid w:val="00981AF6"/>
    <w:rsid w:val="009879DC"/>
    <w:rsid w:val="009A39FF"/>
    <w:rsid w:val="00A87529"/>
    <w:rsid w:val="00AA1D8D"/>
    <w:rsid w:val="00B04881"/>
    <w:rsid w:val="00B27F29"/>
    <w:rsid w:val="00B47730"/>
    <w:rsid w:val="00BF312B"/>
    <w:rsid w:val="00BF41F1"/>
    <w:rsid w:val="00C10C9E"/>
    <w:rsid w:val="00C44AF9"/>
    <w:rsid w:val="00CB0664"/>
    <w:rsid w:val="00CB5112"/>
    <w:rsid w:val="00E448F0"/>
    <w:rsid w:val="00E97CF1"/>
    <w:rsid w:val="00F30E92"/>
    <w:rsid w:val="00F376AC"/>
    <w:rsid w:val="00FB3A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3B84FF"/>
  <w14:defaultImageDpi w14:val="300"/>
  <w15:docId w15:val="{905681D3-2F1B-7E49-9543-D24D16DEF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Normal"/>
    <w:uiPriority w:val="1"/>
    <w:qFormat/>
    <w:rsid w:val="001E337E"/>
    <w:pPr>
      <w:widowControl w:val="0"/>
      <w:autoSpaceDE w:val="0"/>
      <w:autoSpaceDN w:val="0"/>
      <w:spacing w:after="0" w:line="240" w:lineRule="auto"/>
      <w:ind w:left="108"/>
    </w:pPr>
    <w:rPr>
      <w:rFonts w:ascii="Arial MT" w:eastAsia="Arial MT" w:hAnsi="Arial MT" w:cs="Arial MT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6316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16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1672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16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1672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3064</Words>
  <Characters>17467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20491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Shayon Bali</cp:lastModifiedBy>
  <cp:revision>2</cp:revision>
  <dcterms:created xsi:type="dcterms:W3CDTF">2026-09-20T20:06:00Z</dcterms:created>
  <dcterms:modified xsi:type="dcterms:W3CDTF">2026-09-20T20:06:00Z</dcterms:modified>
  <cp:category/>
</cp:coreProperties>
</file>