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7236B" w14:textId="6BF02AB7" w:rsidR="00436E1D" w:rsidRDefault="00056095">
      <w:pPr>
        <w:pStyle w:val="Title"/>
        <w:spacing w:after="100"/>
      </w:pPr>
      <w:r w:rsidRPr="009F33B7">
        <w:rPr>
          <w:noProof/>
          <w:sz w:val="160"/>
          <w:szCs w:val="160"/>
          <w:lang w:eastAsia="en-GB"/>
        </w:rPr>
        <w:drawing>
          <wp:anchor distT="0" distB="0" distL="114300" distR="114300" simplePos="0" relativeHeight="251657728" behindDoc="1" locked="0" layoutInCell="1" allowOverlap="1" wp14:anchorId="497A94E1" wp14:editId="36F0E84D">
            <wp:simplePos x="0" y="0"/>
            <wp:positionH relativeFrom="column">
              <wp:posOffset>7874635</wp:posOffset>
            </wp:positionH>
            <wp:positionV relativeFrom="paragraph">
              <wp:posOffset>-72390</wp:posOffset>
            </wp:positionV>
            <wp:extent cx="1000125" cy="904875"/>
            <wp:effectExtent l="0" t="0" r="9525" b="9525"/>
            <wp:wrapTight wrapText="bothSides">
              <wp:wrapPolygon edited="0">
                <wp:start x="0" y="0"/>
                <wp:lineTo x="0" y="21373"/>
                <wp:lineTo x="21394" y="21373"/>
                <wp:lineTo x="21394" y="0"/>
                <wp:lineTo x="0" y="0"/>
              </wp:wrapPolygon>
            </wp:wrapTight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C1A9A">
        <w:t>Computing Master Overview 2026 27</w:t>
      </w:r>
    </w:p>
    <w:p w14:paraId="50D6846E" w14:textId="758AE13F" w:rsidR="00436E1D" w:rsidRDefault="004C1A9A">
      <w:pPr>
        <w:spacing w:after="200"/>
      </w:pPr>
      <w:r>
        <w:rPr>
          <w:b/>
          <w:sz w:val="22"/>
        </w:rPr>
        <w:t xml:space="preserve">Years 1 to </w:t>
      </w:r>
      <w:proofErr w:type="gramStart"/>
      <w:r>
        <w:rPr>
          <w:b/>
          <w:sz w:val="22"/>
        </w:rPr>
        <w:t>6  |</w:t>
      </w:r>
      <w:proofErr w:type="gramEnd"/>
      <w:r>
        <w:rPr>
          <w:b/>
          <w:sz w:val="22"/>
        </w:rPr>
        <w:t xml:space="preserve">  Kapow condensed </w:t>
      </w:r>
      <w:proofErr w:type="gramStart"/>
      <w:r>
        <w:rPr>
          <w:b/>
          <w:sz w:val="22"/>
        </w:rPr>
        <w:t>sequence  |</w:t>
      </w:r>
      <w:proofErr w:type="gramEnd"/>
      <w:r>
        <w:rPr>
          <w:b/>
          <w:sz w:val="22"/>
        </w:rPr>
        <w:t xml:space="preserve">  Online safety in Autumn</w:t>
      </w:r>
    </w:p>
    <w:p w14:paraId="50A35184" w14:textId="77777777" w:rsidR="00436E1D" w:rsidRDefault="004C1A9A">
      <w:pPr>
        <w:spacing w:after="100"/>
      </w:pPr>
      <w:r>
        <w:rPr>
          <w:b/>
          <w:sz w:val="26"/>
        </w:rPr>
        <w:t>Whole school sequence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933"/>
        <w:gridCol w:w="2803"/>
        <w:gridCol w:w="3810"/>
        <w:gridCol w:w="3810"/>
        <w:gridCol w:w="3163"/>
      </w:tblGrid>
      <w:tr w:rsidR="00436E1D" w14:paraId="70961D2C" w14:textId="77777777" w:rsidTr="00056095">
        <w:trPr>
          <w:trHeight w:val="629"/>
          <w:jc w:val="center"/>
        </w:trPr>
        <w:tc>
          <w:tcPr>
            <w:tcW w:w="933" w:type="dxa"/>
            <w:shd w:val="clear" w:color="auto" w:fill="E8EEEE"/>
            <w:vAlign w:val="center"/>
          </w:tcPr>
          <w:p w14:paraId="247B21D3" w14:textId="77777777" w:rsidR="00436E1D" w:rsidRDefault="004C1A9A">
            <w:r>
              <w:rPr>
                <w:b/>
              </w:rPr>
              <w:t>Year</w:t>
            </w:r>
          </w:p>
        </w:tc>
        <w:tc>
          <w:tcPr>
            <w:tcW w:w="2803" w:type="dxa"/>
            <w:shd w:val="clear" w:color="auto" w:fill="E8EEEE"/>
            <w:vAlign w:val="center"/>
          </w:tcPr>
          <w:p w14:paraId="22CD7292" w14:textId="77777777" w:rsidR="00436E1D" w:rsidRDefault="004C1A9A">
            <w:r>
              <w:rPr>
                <w:b/>
              </w:rPr>
              <w:t>Autumn  Online safety</w:t>
            </w:r>
          </w:p>
        </w:tc>
        <w:tc>
          <w:tcPr>
            <w:tcW w:w="3810" w:type="dxa"/>
            <w:shd w:val="clear" w:color="auto" w:fill="E8EEEE"/>
            <w:vAlign w:val="center"/>
          </w:tcPr>
          <w:p w14:paraId="3EB1197D" w14:textId="530C9C87" w:rsidR="00436E1D" w:rsidRDefault="004C1A9A">
            <w:r>
              <w:rPr>
                <w:b/>
              </w:rPr>
              <w:t xml:space="preserve">Autumn  </w:t>
            </w:r>
          </w:p>
        </w:tc>
        <w:tc>
          <w:tcPr>
            <w:tcW w:w="3810" w:type="dxa"/>
            <w:shd w:val="clear" w:color="auto" w:fill="E8EEEE"/>
            <w:vAlign w:val="center"/>
          </w:tcPr>
          <w:p w14:paraId="2B2BB112" w14:textId="25DDB69E" w:rsidR="00436E1D" w:rsidRDefault="004C1A9A">
            <w:r>
              <w:rPr>
                <w:b/>
              </w:rPr>
              <w:t xml:space="preserve">Spring  </w:t>
            </w:r>
          </w:p>
        </w:tc>
        <w:tc>
          <w:tcPr>
            <w:tcW w:w="3163" w:type="dxa"/>
            <w:shd w:val="clear" w:color="auto" w:fill="E8EEEE"/>
            <w:vAlign w:val="center"/>
          </w:tcPr>
          <w:p w14:paraId="4634BF27" w14:textId="45B3A17E" w:rsidR="00436E1D" w:rsidRDefault="004C1A9A">
            <w:r>
              <w:rPr>
                <w:b/>
              </w:rPr>
              <w:t xml:space="preserve">Summer 2  </w:t>
            </w:r>
          </w:p>
        </w:tc>
      </w:tr>
      <w:tr w:rsidR="00436E1D" w14:paraId="0C0D5DA6" w14:textId="77777777" w:rsidTr="00056095">
        <w:trPr>
          <w:trHeight w:val="591"/>
          <w:jc w:val="center"/>
        </w:trPr>
        <w:tc>
          <w:tcPr>
            <w:tcW w:w="933" w:type="dxa"/>
            <w:vAlign w:val="center"/>
          </w:tcPr>
          <w:p w14:paraId="49EA114D" w14:textId="77777777" w:rsidR="00436E1D" w:rsidRDefault="004C1A9A">
            <w:pPr>
              <w:spacing w:line="264" w:lineRule="auto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803" w:type="dxa"/>
            <w:vAlign w:val="center"/>
          </w:tcPr>
          <w:p w14:paraId="33A69B9A" w14:textId="77777777" w:rsidR="00436E1D" w:rsidRDefault="004C1A9A">
            <w:pPr>
              <w:spacing w:line="264" w:lineRule="auto"/>
            </w:pPr>
            <w:r>
              <w:t>Year 1 online safety</w:t>
            </w:r>
          </w:p>
        </w:tc>
        <w:tc>
          <w:tcPr>
            <w:tcW w:w="3810" w:type="dxa"/>
            <w:vAlign w:val="center"/>
          </w:tcPr>
          <w:p w14:paraId="19AC3A9D" w14:textId="77777777" w:rsidR="00436E1D" w:rsidRDefault="004C1A9A">
            <w:pPr>
              <w:spacing w:line="264" w:lineRule="auto"/>
            </w:pPr>
            <w:r>
              <w:t>Computing systems: Using computers 1</w:t>
            </w:r>
          </w:p>
        </w:tc>
        <w:tc>
          <w:tcPr>
            <w:tcW w:w="3810" w:type="dxa"/>
            <w:vAlign w:val="center"/>
          </w:tcPr>
          <w:p w14:paraId="7F516070" w14:textId="77777777" w:rsidR="00436E1D" w:rsidRDefault="004C1A9A">
            <w:pPr>
              <w:spacing w:line="264" w:lineRule="auto"/>
            </w:pPr>
            <w:r>
              <w:t>Programming 2: Bee-Bots</w:t>
            </w:r>
          </w:p>
        </w:tc>
        <w:tc>
          <w:tcPr>
            <w:tcW w:w="3163" w:type="dxa"/>
            <w:vAlign w:val="center"/>
          </w:tcPr>
          <w:p w14:paraId="6FEDACDC" w14:textId="77777777" w:rsidR="00436E1D" w:rsidRDefault="004C1A9A">
            <w:pPr>
              <w:spacing w:line="264" w:lineRule="auto"/>
            </w:pPr>
            <w:r>
              <w:t>Data handling: Introduction to data</w:t>
            </w:r>
          </w:p>
        </w:tc>
      </w:tr>
      <w:tr w:rsidR="00436E1D" w14:paraId="2ECB1459" w14:textId="77777777" w:rsidTr="00056095">
        <w:trPr>
          <w:trHeight w:val="555"/>
          <w:jc w:val="center"/>
        </w:trPr>
        <w:tc>
          <w:tcPr>
            <w:tcW w:w="933" w:type="dxa"/>
            <w:shd w:val="clear" w:color="auto" w:fill="F6F8F8"/>
            <w:vAlign w:val="center"/>
          </w:tcPr>
          <w:p w14:paraId="77CE682B" w14:textId="77777777" w:rsidR="00436E1D" w:rsidRDefault="004C1A9A">
            <w:pPr>
              <w:spacing w:line="264" w:lineRule="auto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803" w:type="dxa"/>
            <w:shd w:val="clear" w:color="auto" w:fill="F6F8F8"/>
            <w:vAlign w:val="center"/>
          </w:tcPr>
          <w:p w14:paraId="447F22AC" w14:textId="77777777" w:rsidR="00436E1D" w:rsidRDefault="004C1A9A">
            <w:pPr>
              <w:spacing w:line="264" w:lineRule="auto"/>
            </w:pPr>
            <w:r>
              <w:t>Year 2 online safety</w:t>
            </w:r>
          </w:p>
        </w:tc>
        <w:tc>
          <w:tcPr>
            <w:tcW w:w="3810" w:type="dxa"/>
            <w:shd w:val="clear" w:color="auto" w:fill="F6F8F8"/>
            <w:vAlign w:val="center"/>
          </w:tcPr>
          <w:p w14:paraId="5C61ED6F" w14:textId="77777777" w:rsidR="00436E1D" w:rsidRDefault="004C1A9A">
            <w:pPr>
              <w:spacing w:line="264" w:lineRule="auto"/>
            </w:pPr>
            <w:r>
              <w:t>Computing systems: Using computers 2</w:t>
            </w:r>
          </w:p>
        </w:tc>
        <w:tc>
          <w:tcPr>
            <w:tcW w:w="3810" w:type="dxa"/>
            <w:shd w:val="clear" w:color="auto" w:fill="F6F8F8"/>
            <w:vAlign w:val="center"/>
          </w:tcPr>
          <w:p w14:paraId="33DEAA12" w14:textId="77777777" w:rsidR="00436E1D" w:rsidRDefault="004C1A9A">
            <w:pPr>
              <w:spacing w:line="264" w:lineRule="auto"/>
            </w:pPr>
            <w:r>
              <w:t>Programming 2: MakeCode</w:t>
            </w:r>
          </w:p>
        </w:tc>
        <w:tc>
          <w:tcPr>
            <w:tcW w:w="3163" w:type="dxa"/>
            <w:shd w:val="clear" w:color="auto" w:fill="F6F8F8"/>
            <w:vAlign w:val="center"/>
          </w:tcPr>
          <w:p w14:paraId="002F39DA" w14:textId="77777777" w:rsidR="00436E1D" w:rsidRDefault="004C1A9A">
            <w:pPr>
              <w:spacing w:line="264" w:lineRule="auto"/>
            </w:pPr>
            <w:r>
              <w:t>Creating media: Digital designers 3</w:t>
            </w:r>
          </w:p>
        </w:tc>
      </w:tr>
      <w:tr w:rsidR="00436E1D" w14:paraId="525BFC47" w14:textId="77777777" w:rsidTr="00056095">
        <w:trPr>
          <w:trHeight w:val="1221"/>
          <w:jc w:val="center"/>
        </w:trPr>
        <w:tc>
          <w:tcPr>
            <w:tcW w:w="933" w:type="dxa"/>
            <w:vAlign w:val="center"/>
          </w:tcPr>
          <w:p w14:paraId="3FD85DFE" w14:textId="77777777" w:rsidR="00436E1D" w:rsidRDefault="004C1A9A">
            <w:pPr>
              <w:spacing w:line="264" w:lineRule="auto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803" w:type="dxa"/>
            <w:vAlign w:val="center"/>
          </w:tcPr>
          <w:p w14:paraId="6A9AC252" w14:textId="77777777" w:rsidR="00436E1D" w:rsidRDefault="004C1A9A">
            <w:pPr>
              <w:spacing w:line="264" w:lineRule="auto"/>
            </w:pPr>
            <w:r>
              <w:t>Year 3 online safety</w:t>
            </w:r>
          </w:p>
        </w:tc>
        <w:tc>
          <w:tcPr>
            <w:tcW w:w="3810" w:type="dxa"/>
            <w:vAlign w:val="center"/>
          </w:tcPr>
          <w:p w14:paraId="4E1DB6F4" w14:textId="77777777" w:rsidR="00436E1D" w:rsidRDefault="004C1A9A">
            <w:pPr>
              <w:spacing w:line="264" w:lineRule="auto"/>
            </w:pPr>
            <w:r>
              <w:t>Programming: Scratch</w:t>
            </w:r>
          </w:p>
        </w:tc>
        <w:tc>
          <w:tcPr>
            <w:tcW w:w="3810" w:type="dxa"/>
            <w:vAlign w:val="center"/>
          </w:tcPr>
          <w:p w14:paraId="65008F72" w14:textId="77777777" w:rsidR="00436E1D" w:rsidRDefault="004C1A9A">
            <w:pPr>
              <w:spacing w:line="264" w:lineRule="auto"/>
            </w:pPr>
            <w:r>
              <w:t>Computing systems: Connecting devices</w:t>
            </w:r>
          </w:p>
        </w:tc>
        <w:tc>
          <w:tcPr>
            <w:tcW w:w="3163" w:type="dxa"/>
            <w:vAlign w:val="center"/>
          </w:tcPr>
          <w:p w14:paraId="618BFC54" w14:textId="77777777" w:rsidR="00436E1D" w:rsidRDefault="004C1A9A">
            <w:pPr>
              <w:spacing w:line="264" w:lineRule="auto"/>
            </w:pPr>
            <w:r>
              <w:t>Data handling: Exploring branching databases</w:t>
            </w:r>
          </w:p>
        </w:tc>
      </w:tr>
      <w:tr w:rsidR="00436E1D" w14:paraId="180ADCFB" w14:textId="77777777" w:rsidTr="00056095">
        <w:trPr>
          <w:trHeight w:val="1184"/>
          <w:jc w:val="center"/>
        </w:trPr>
        <w:tc>
          <w:tcPr>
            <w:tcW w:w="933" w:type="dxa"/>
            <w:shd w:val="clear" w:color="auto" w:fill="F6F8F8"/>
            <w:vAlign w:val="center"/>
          </w:tcPr>
          <w:p w14:paraId="2DEA20DC" w14:textId="77777777" w:rsidR="00436E1D" w:rsidRDefault="004C1A9A">
            <w:pPr>
              <w:spacing w:line="264" w:lineRule="auto"/>
              <w:jc w:val="center"/>
            </w:pPr>
            <w:r>
              <w:rPr>
                <w:b/>
              </w:rPr>
              <w:t>4</w:t>
            </w:r>
          </w:p>
        </w:tc>
        <w:tc>
          <w:tcPr>
            <w:tcW w:w="2803" w:type="dxa"/>
            <w:shd w:val="clear" w:color="auto" w:fill="F6F8F8"/>
            <w:vAlign w:val="center"/>
          </w:tcPr>
          <w:p w14:paraId="09FB7570" w14:textId="77777777" w:rsidR="00436E1D" w:rsidRDefault="004C1A9A">
            <w:pPr>
              <w:spacing w:line="264" w:lineRule="auto"/>
            </w:pPr>
            <w:r>
              <w:t>Year 4 online safety</w:t>
            </w:r>
          </w:p>
        </w:tc>
        <w:tc>
          <w:tcPr>
            <w:tcW w:w="3810" w:type="dxa"/>
            <w:shd w:val="clear" w:color="auto" w:fill="F6F8F8"/>
            <w:vAlign w:val="center"/>
          </w:tcPr>
          <w:p w14:paraId="0ED4F12E" w14:textId="77777777" w:rsidR="00436E1D" w:rsidRDefault="004C1A9A">
            <w:pPr>
              <w:spacing w:line="264" w:lineRule="auto"/>
            </w:pPr>
            <w:r>
              <w:t>Programming 1: Further coding with Scratch</w:t>
            </w:r>
          </w:p>
        </w:tc>
        <w:tc>
          <w:tcPr>
            <w:tcW w:w="3810" w:type="dxa"/>
            <w:shd w:val="clear" w:color="auto" w:fill="F6F8F8"/>
            <w:vAlign w:val="center"/>
          </w:tcPr>
          <w:p w14:paraId="1A351AA0" w14:textId="77777777" w:rsidR="00436E1D" w:rsidRDefault="004C1A9A">
            <w:pPr>
              <w:spacing w:line="264" w:lineRule="auto"/>
            </w:pPr>
            <w:r>
              <w:t>Computing systems and networks: Connecting networks</w:t>
            </w:r>
          </w:p>
        </w:tc>
        <w:tc>
          <w:tcPr>
            <w:tcW w:w="3163" w:type="dxa"/>
            <w:shd w:val="clear" w:color="auto" w:fill="F6F8F8"/>
            <w:vAlign w:val="center"/>
          </w:tcPr>
          <w:p w14:paraId="024B2659" w14:textId="77777777" w:rsidR="00436E1D" w:rsidRDefault="004C1A9A">
            <w:pPr>
              <w:spacing w:line="264" w:lineRule="auto"/>
            </w:pPr>
            <w:r>
              <w:t>Creating media: Creating digital images</w:t>
            </w:r>
          </w:p>
        </w:tc>
      </w:tr>
      <w:tr w:rsidR="00436E1D" w14:paraId="77D2167D" w14:textId="77777777" w:rsidTr="00056095">
        <w:trPr>
          <w:trHeight w:val="1184"/>
          <w:jc w:val="center"/>
        </w:trPr>
        <w:tc>
          <w:tcPr>
            <w:tcW w:w="933" w:type="dxa"/>
            <w:vAlign w:val="center"/>
          </w:tcPr>
          <w:p w14:paraId="73CC48F2" w14:textId="77777777" w:rsidR="00436E1D" w:rsidRDefault="004C1A9A">
            <w:pPr>
              <w:spacing w:line="264" w:lineRule="auto"/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2803" w:type="dxa"/>
            <w:vAlign w:val="center"/>
          </w:tcPr>
          <w:p w14:paraId="7F1772DB" w14:textId="77777777" w:rsidR="00436E1D" w:rsidRDefault="004C1A9A">
            <w:pPr>
              <w:spacing w:line="264" w:lineRule="auto"/>
            </w:pPr>
            <w:r>
              <w:t>Year 5 online safety</w:t>
            </w:r>
          </w:p>
        </w:tc>
        <w:tc>
          <w:tcPr>
            <w:tcW w:w="3810" w:type="dxa"/>
            <w:vAlign w:val="center"/>
          </w:tcPr>
          <w:p w14:paraId="419E4102" w14:textId="77777777" w:rsidR="00436E1D" w:rsidRDefault="004C1A9A">
            <w:pPr>
              <w:spacing w:line="264" w:lineRule="auto"/>
            </w:pPr>
            <w:r>
              <w:t>Programming 2: BBC micro:bit</w:t>
            </w:r>
          </w:p>
        </w:tc>
        <w:tc>
          <w:tcPr>
            <w:tcW w:w="3810" w:type="dxa"/>
            <w:vAlign w:val="center"/>
          </w:tcPr>
          <w:p w14:paraId="6F30B088" w14:textId="77777777" w:rsidR="00436E1D" w:rsidRDefault="004C1A9A">
            <w:pPr>
              <w:spacing w:line="264" w:lineRule="auto"/>
            </w:pPr>
            <w:r>
              <w:t>Computing systems: Websites, search and storage</w:t>
            </w:r>
          </w:p>
        </w:tc>
        <w:tc>
          <w:tcPr>
            <w:tcW w:w="3163" w:type="dxa"/>
            <w:vAlign w:val="center"/>
          </w:tcPr>
          <w:p w14:paraId="39F14432" w14:textId="77777777" w:rsidR="00436E1D" w:rsidRDefault="004C1A9A">
            <w:pPr>
              <w:spacing w:line="264" w:lineRule="auto"/>
            </w:pPr>
            <w:r>
              <w:t>Data handling: Exploring spreadsheets</w:t>
            </w:r>
          </w:p>
        </w:tc>
      </w:tr>
      <w:tr w:rsidR="00436E1D" w14:paraId="6E36C8B4" w14:textId="77777777" w:rsidTr="00056095">
        <w:trPr>
          <w:trHeight w:val="1147"/>
          <w:jc w:val="center"/>
        </w:trPr>
        <w:tc>
          <w:tcPr>
            <w:tcW w:w="933" w:type="dxa"/>
            <w:shd w:val="clear" w:color="auto" w:fill="F6F8F8"/>
            <w:vAlign w:val="center"/>
          </w:tcPr>
          <w:p w14:paraId="51B5C1EE" w14:textId="77777777" w:rsidR="00436E1D" w:rsidRDefault="004C1A9A">
            <w:pPr>
              <w:spacing w:line="264" w:lineRule="auto"/>
              <w:jc w:val="center"/>
            </w:pPr>
            <w:r>
              <w:rPr>
                <w:b/>
              </w:rPr>
              <w:t>6</w:t>
            </w:r>
          </w:p>
        </w:tc>
        <w:tc>
          <w:tcPr>
            <w:tcW w:w="2803" w:type="dxa"/>
            <w:shd w:val="clear" w:color="auto" w:fill="F6F8F8"/>
            <w:vAlign w:val="center"/>
          </w:tcPr>
          <w:p w14:paraId="44DD9F80" w14:textId="77777777" w:rsidR="00436E1D" w:rsidRDefault="004C1A9A">
            <w:pPr>
              <w:spacing w:line="264" w:lineRule="auto"/>
            </w:pPr>
            <w:r>
              <w:t>Year 6 online safety</w:t>
            </w:r>
          </w:p>
        </w:tc>
        <w:tc>
          <w:tcPr>
            <w:tcW w:w="3810" w:type="dxa"/>
            <w:shd w:val="clear" w:color="auto" w:fill="F6F8F8"/>
            <w:vAlign w:val="center"/>
          </w:tcPr>
          <w:p w14:paraId="053CDBC1" w14:textId="77777777" w:rsidR="00436E1D" w:rsidRDefault="004C1A9A">
            <w:pPr>
              <w:spacing w:line="264" w:lineRule="auto"/>
            </w:pPr>
            <w:r>
              <w:t>Programming: Exploring Python</w:t>
            </w:r>
          </w:p>
        </w:tc>
        <w:tc>
          <w:tcPr>
            <w:tcW w:w="3810" w:type="dxa"/>
            <w:shd w:val="clear" w:color="auto" w:fill="F6F8F8"/>
            <w:vAlign w:val="center"/>
          </w:tcPr>
          <w:p w14:paraId="0AC71DF5" w14:textId="77777777" w:rsidR="00436E1D" w:rsidRDefault="004C1A9A">
            <w:pPr>
              <w:spacing w:line="264" w:lineRule="auto"/>
            </w:pPr>
            <w:r>
              <w:t>Computing systems and networks: Understanding hardware, storage and security</w:t>
            </w:r>
          </w:p>
        </w:tc>
        <w:tc>
          <w:tcPr>
            <w:tcW w:w="3163" w:type="dxa"/>
            <w:shd w:val="clear" w:color="auto" w:fill="F6F8F8"/>
            <w:vAlign w:val="center"/>
          </w:tcPr>
          <w:p w14:paraId="13D5053E" w14:textId="77777777" w:rsidR="00436E1D" w:rsidRDefault="004C1A9A">
            <w:pPr>
              <w:spacing w:line="264" w:lineRule="auto"/>
            </w:pPr>
            <w:r>
              <w:t>Creating media: Creating a multimedia project</w:t>
            </w:r>
          </w:p>
        </w:tc>
      </w:tr>
    </w:tbl>
    <w:p w14:paraId="46BE8F89" w14:textId="77777777" w:rsidR="00436E1D" w:rsidRDefault="004C1A9A">
      <w:pPr>
        <w:spacing w:before="240" w:after="80"/>
      </w:pPr>
      <w:r>
        <w:rPr>
          <w:b/>
          <w:sz w:val="24"/>
        </w:rPr>
        <w:t>How to use this document</w:t>
      </w:r>
    </w:p>
    <w:p w14:paraId="17955536" w14:textId="77777777" w:rsidR="00436E1D" w:rsidRDefault="004C1A9A">
      <w:pPr>
        <w:spacing w:after="120"/>
      </w:pPr>
      <w:r>
        <w:t>The overview shows the planned units. The following year-group pages set out their key learning. Staff can highlight a unit heading when taught and flag only a significant gap or change; no separate evidence record is needed.</w:t>
      </w:r>
    </w:p>
    <w:p w14:paraId="56F2B54F" w14:textId="77777777" w:rsidR="00436E1D" w:rsidRDefault="004C1A9A">
      <w:r>
        <w:t>The three computing units are from Kapow’s condensed plan dated 3 September 2026. Online safety is taught in Autumn in every year group using the existing year-specific units. Statements for units awaiting refreshed lessons are provisional and should be checked against Kapow when those lessons are published.</w:t>
      </w:r>
    </w:p>
    <w:p w14:paraId="3822767C" w14:textId="77777777" w:rsidR="00436E1D" w:rsidRDefault="00436E1D">
      <w:pPr>
        <w:sectPr w:rsidR="00436E1D">
          <w:footerReference w:type="default" r:id="rId9"/>
          <w:pgSz w:w="16834" w:h="11909" w:orient="landscape"/>
          <w:pgMar w:top="864" w:right="979" w:bottom="792" w:left="979" w:header="720" w:footer="720" w:gutter="0"/>
          <w:cols w:space="720"/>
          <w:docGrid w:linePitch="360"/>
        </w:sectPr>
      </w:pPr>
    </w:p>
    <w:p w14:paraId="1D284446" w14:textId="77777777" w:rsidR="00436E1D" w:rsidRDefault="004C1A9A">
      <w:pPr>
        <w:pStyle w:val="Title"/>
        <w:spacing w:after="100"/>
      </w:pPr>
      <w:r>
        <w:lastRenderedPageBreak/>
        <w:t>Year 1 Computing Coverage Overview</w:t>
      </w:r>
    </w:p>
    <w:p w14:paraId="2CCFE103" w14:textId="77777777" w:rsidR="00436E1D" w:rsidRDefault="004C1A9A">
      <w:pPr>
        <w:spacing w:after="100"/>
      </w:pPr>
      <w:r>
        <w:rPr>
          <w:b/>
        </w:rPr>
        <w:t>2026–27  |  Condensed Kapow sequence  |  Online safety taught in Autumn</w:t>
      </w:r>
    </w:p>
    <w:p w14:paraId="3DF7F0AE" w14:textId="77777777" w:rsidR="00436E1D" w:rsidRDefault="004C1A9A">
      <w:pPr>
        <w:spacing w:after="140"/>
      </w:pPr>
      <w:r>
        <w:t>Highlight each unit heading once taught. The statements show the intended learning; flag only any significant gaps or changes.</w:t>
      </w:r>
    </w:p>
    <w:p w14:paraId="6BD90CB7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Autumn  |  Online safety: Year 1 (existing unit)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4ED7A8A7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C9A997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7BC8EA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Knowing what the internet is and how to use it safely.</w:t>
            </w:r>
          </w:p>
        </w:tc>
      </w:tr>
      <w:tr w:rsidR="00436E1D" w14:paraId="27CC161E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26DE656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2A38A7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Understanding different feelings when using the internet.</w:t>
            </w:r>
          </w:p>
        </w:tc>
      </w:tr>
      <w:tr w:rsidR="00436E1D" w14:paraId="6AA21911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B794042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A30921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Understanding how to treat others, both online and in-person.</w:t>
            </w:r>
          </w:p>
        </w:tc>
      </w:tr>
      <w:tr w:rsidR="00436E1D" w14:paraId="4203A60C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A89876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EDC74D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Understanding the importance of being careful about what we post and share online.</w:t>
            </w:r>
          </w:p>
        </w:tc>
      </w:tr>
    </w:tbl>
    <w:p w14:paraId="2105E25E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Autumn  |  Computing systems: Using computers 1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3B29486A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9C9F8FA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617DF0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Identify different types of computers, their common parts and everyday uses.</w:t>
            </w:r>
          </w:p>
        </w:tc>
      </w:tr>
      <w:tr w:rsidR="00436E1D" w14:paraId="5451FCAB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9CBD763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12B260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Log in and out using a username and password.</w:t>
            </w:r>
          </w:p>
        </w:tc>
      </w:tr>
      <w:tr w:rsidR="00436E1D" w14:paraId="7B328095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570642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D97FF85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Open and use software to create a digital file.</w:t>
            </w:r>
          </w:p>
        </w:tc>
      </w:tr>
      <w:tr w:rsidR="00436E1D" w14:paraId="71637722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B7BCA4A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70C63F5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Save a file and find it again.</w:t>
            </w:r>
          </w:p>
        </w:tc>
      </w:tr>
      <w:tr w:rsidR="00436E1D" w14:paraId="06D0A57A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FDE37FC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B166FEC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Recognise that digital devices can connect and share information through the internet.</w:t>
            </w:r>
          </w:p>
        </w:tc>
      </w:tr>
    </w:tbl>
    <w:p w14:paraId="0D68ECA6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Spring  |  Programming 2: Bee-Bots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47C49B2E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4B600B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B04144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Give a Bee-Bot clear commands to move along a route.</w:t>
            </w:r>
          </w:p>
        </w:tc>
      </w:tr>
      <w:tr w:rsidR="00436E1D" w14:paraId="5B4A67DB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820681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40780E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Put commands in order to make a sequence.</w:t>
            </w:r>
          </w:p>
        </w:tc>
      </w:tr>
      <w:tr w:rsidR="00436E1D" w14:paraId="7471F3A1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07F344C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061C21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Predict where a sequence of commands will take the Bee-Bot.</w:t>
            </w:r>
          </w:p>
        </w:tc>
      </w:tr>
      <w:tr w:rsidR="00436E1D" w14:paraId="2114E721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29C58EE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0C7C99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Test a program, spot an error and change the commands to improve it.</w:t>
            </w:r>
          </w:p>
        </w:tc>
      </w:tr>
    </w:tbl>
    <w:p w14:paraId="39F3A5E5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Summer 2  |  Data handling: Introduction to data</w:t>
      </w:r>
      <w:r>
        <w:rPr>
          <w:i/>
          <w:color w:val="556164"/>
          <w:sz w:val="16"/>
        </w:rPr>
        <w:t xml:space="preserve">  ·  refreshed lessons pending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16229FEB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3011EA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2C2209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Collect and group information into categories.</w:t>
            </w:r>
          </w:p>
        </w:tc>
      </w:tr>
      <w:tr w:rsidR="00436E1D" w14:paraId="798B53D2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5DBC88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169628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Organise information using a digital tool.</w:t>
            </w:r>
          </w:p>
        </w:tc>
      </w:tr>
      <w:tr w:rsidR="00436E1D" w14:paraId="458A7CA3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11B9094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86702E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Create a simple digital chart or pictogram.</w:t>
            </w:r>
          </w:p>
        </w:tc>
      </w:tr>
      <w:tr w:rsidR="00436E1D" w14:paraId="7E81728C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DC5094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B0C3606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Talk about how clearly a chart or pictogram shows the information.</w:t>
            </w:r>
          </w:p>
        </w:tc>
      </w:tr>
    </w:tbl>
    <w:p w14:paraId="4714540E" w14:textId="77777777" w:rsidR="00436E1D" w:rsidRDefault="004C1A9A">
      <w:pPr>
        <w:spacing w:before="140"/>
      </w:pPr>
      <w:r>
        <w:rPr>
          <w:b/>
          <w:sz w:val="16"/>
        </w:rPr>
        <w:t xml:space="preserve">Planning note  </w:t>
      </w:r>
      <w:r>
        <w:rPr>
          <w:sz w:val="16"/>
        </w:rPr>
        <w:t>The three computing units follow Kapow’s condensed plan dated 3 September 2026. Where refreshed lessons are pending, these are provisional coverage statements drawn from the unit descriptions; check the published lessons before teaching. Autumn online safety statements are retained from the existing Year 1 overview until refreshed age-specific teaching is available. Kapow’s new plan names one online safety unit per phase.</w:t>
      </w:r>
    </w:p>
    <w:p w14:paraId="71E965D7" w14:textId="77777777" w:rsidR="00436E1D" w:rsidRDefault="004C1A9A">
      <w:pPr>
        <w:pStyle w:val="Title"/>
        <w:pageBreakBefore/>
        <w:spacing w:after="100"/>
      </w:pPr>
      <w:r>
        <w:lastRenderedPageBreak/>
        <w:t>Year 2 Computing Coverage Overview</w:t>
      </w:r>
    </w:p>
    <w:p w14:paraId="21F4D142" w14:textId="77777777" w:rsidR="00436E1D" w:rsidRDefault="004C1A9A">
      <w:pPr>
        <w:spacing w:after="100"/>
      </w:pPr>
      <w:r>
        <w:rPr>
          <w:b/>
        </w:rPr>
        <w:t>2026–27  |  Condensed Kapow sequence  |  Online safety taught in Autumn</w:t>
      </w:r>
    </w:p>
    <w:p w14:paraId="480C9709" w14:textId="77777777" w:rsidR="00436E1D" w:rsidRDefault="004C1A9A">
      <w:pPr>
        <w:spacing w:after="140"/>
      </w:pPr>
      <w:r>
        <w:t>Highlight each unit heading once taught. The statements show the intended learning; flag only any significant gaps or changes.</w:t>
      </w:r>
    </w:p>
    <w:p w14:paraId="260B07BE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Autumn  |  Online safety: Year 2 (existing unit)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1027C0EA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034C4D7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702427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Knowing what happens to information posted online.</w:t>
            </w:r>
          </w:p>
        </w:tc>
      </w:tr>
      <w:tr w:rsidR="00436E1D" w14:paraId="25065BDA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0209531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D085DE1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Knowing how to keep things safe and private online.</w:t>
            </w:r>
          </w:p>
        </w:tc>
      </w:tr>
      <w:tr w:rsidR="00436E1D" w14:paraId="561DF416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FFE8F3C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C9F737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Explaining what should be done before sharing information online.</w:t>
            </w:r>
          </w:p>
        </w:tc>
      </w:tr>
      <w:tr w:rsidR="00436E1D" w14:paraId="24E783BB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629DA8A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EB1C537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Explaining why I have the right to say no and deny permission.</w:t>
            </w:r>
          </w:p>
        </w:tc>
      </w:tr>
      <w:tr w:rsidR="00436E1D" w14:paraId="271E8356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0B571FA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BE263E1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Understanding strategies that will help me decide if something seen online is true or not.</w:t>
            </w:r>
          </w:p>
        </w:tc>
      </w:tr>
    </w:tbl>
    <w:p w14:paraId="58A1307D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Autumn  |  Computing systems: Using computers 2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45BA77B2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ACE18BB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F97984D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Identify inputs and outputs and explain how a program makes a computer respond.</w:t>
            </w:r>
          </w:p>
        </w:tc>
      </w:tr>
      <w:tr w:rsidR="00436E1D" w14:paraId="734DC4ED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8ECA92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9FE13E4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Recognise common input and output devices.</w:t>
            </w:r>
          </w:p>
        </w:tc>
      </w:tr>
      <w:tr w:rsidR="00436E1D" w14:paraId="0FA654FC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988B3A8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60FBBC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Give examples of how computers are used in everyday life.</w:t>
            </w:r>
          </w:p>
        </w:tc>
      </w:tr>
      <w:tr w:rsidR="00436E1D" w14:paraId="6779C39B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B16FA6B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91E7E3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Log in and out safely.</w:t>
            </w:r>
          </w:p>
        </w:tc>
      </w:tr>
      <w:tr w:rsidR="00436E1D" w14:paraId="19754AB7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55210D6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85CC16C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Save and organise files so they can be found again.</w:t>
            </w:r>
          </w:p>
        </w:tc>
      </w:tr>
    </w:tbl>
    <w:p w14:paraId="43C01955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Spring  |  Programming 2: MakeCode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48656CA6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B98BD54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DA4051F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Explore MakeCode and describe what different blocks do.</w:t>
            </w:r>
          </w:p>
        </w:tc>
      </w:tr>
      <w:tr w:rsidR="00436E1D" w14:paraId="0CBD7984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05F5D7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DB53BA1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Explain how blocks control what happens in a program.</w:t>
            </w:r>
          </w:p>
        </w:tc>
      </w:tr>
      <w:tr w:rsidR="00436E1D" w14:paraId="18C9960B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BEB7140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649C35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Plan a simple program for a chosen outcome.</w:t>
            </w:r>
          </w:p>
        </w:tc>
      </w:tr>
      <w:tr w:rsidR="00436E1D" w14:paraId="520CB2D0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8DCFFC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3709B90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Build and test a program, then improve it.</w:t>
            </w:r>
          </w:p>
        </w:tc>
      </w:tr>
    </w:tbl>
    <w:p w14:paraId="4C34A4B0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Summer 2  |  Creating media: Digital designers 3</w:t>
      </w:r>
      <w:r>
        <w:rPr>
          <w:i/>
          <w:color w:val="556164"/>
          <w:sz w:val="16"/>
        </w:rPr>
        <w:t xml:space="preserve">  ·  refreshed lessons pending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0A81539F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A9EC696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352961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Create digital content for a particular purpose and audience.</w:t>
            </w:r>
          </w:p>
        </w:tc>
      </w:tr>
      <w:tr w:rsidR="00436E1D" w14:paraId="5F678337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E71A506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D49BBE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Combine text and images to communicate an idea.</w:t>
            </w:r>
          </w:p>
        </w:tc>
      </w:tr>
      <w:tr w:rsidR="00436E1D" w14:paraId="29E2E9FD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121C1DA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7169F1D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Use layout, size and colour to make a page clear.</w:t>
            </w:r>
          </w:p>
        </w:tc>
      </w:tr>
      <w:tr w:rsidR="00436E1D" w14:paraId="401F67A8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1374935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10035DE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Review and edit the content to improve it.</w:t>
            </w:r>
          </w:p>
        </w:tc>
      </w:tr>
    </w:tbl>
    <w:p w14:paraId="0FD86D74" w14:textId="77777777" w:rsidR="00436E1D" w:rsidRDefault="004C1A9A">
      <w:pPr>
        <w:spacing w:before="140"/>
      </w:pPr>
      <w:r>
        <w:rPr>
          <w:b/>
          <w:sz w:val="16"/>
        </w:rPr>
        <w:t xml:space="preserve">Planning note  </w:t>
      </w:r>
      <w:r>
        <w:rPr>
          <w:sz w:val="16"/>
        </w:rPr>
        <w:t>The three computing units follow Kapow’s condensed plan dated 3 September 2026. Where refreshed lessons are pending, these are provisional coverage statements drawn from the unit descriptions; check the published lessons before teaching. Autumn online safety statements are retained from the existing Year 2 overview until refreshed age-specific teaching is available. Kapow’s new plan names one online safety unit per phase.</w:t>
      </w:r>
    </w:p>
    <w:p w14:paraId="7CEBB14F" w14:textId="77777777" w:rsidR="00436E1D" w:rsidRDefault="004C1A9A">
      <w:pPr>
        <w:pStyle w:val="Title"/>
        <w:pageBreakBefore/>
        <w:spacing w:after="100"/>
      </w:pPr>
      <w:r>
        <w:lastRenderedPageBreak/>
        <w:t>Year 3 Computing Coverage Overview</w:t>
      </w:r>
    </w:p>
    <w:p w14:paraId="78FE3069" w14:textId="77777777" w:rsidR="00436E1D" w:rsidRDefault="004C1A9A">
      <w:pPr>
        <w:spacing w:after="100"/>
      </w:pPr>
      <w:r>
        <w:rPr>
          <w:b/>
        </w:rPr>
        <w:t>2026–27  |  Condensed Kapow sequence  |  Online safety taught in Autumn</w:t>
      </w:r>
    </w:p>
    <w:p w14:paraId="4A943124" w14:textId="77777777" w:rsidR="00436E1D" w:rsidRDefault="004C1A9A">
      <w:pPr>
        <w:spacing w:after="140"/>
      </w:pPr>
      <w:r>
        <w:t>Highlight each unit heading once taught. The statements show the intended learning; flag only any significant gaps or changes.</w:t>
      </w:r>
    </w:p>
    <w:p w14:paraId="322E1BCE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Autumn  |  Online safety: Year 3 (existing unit)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5C467A2D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ED6CA1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6D1836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Understanding how the internet can be used to share beliefs, opinions and facts.</w:t>
            </w:r>
          </w:p>
        </w:tc>
      </w:tr>
      <w:tr w:rsidR="00436E1D" w14:paraId="5E4742F0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6C9F0C9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26F9BA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Understanding the effects that some internet use can have on our feelings and emotional wellbeing.</w:t>
            </w:r>
          </w:p>
        </w:tc>
      </w:tr>
      <w:tr w:rsidR="00436E1D" w14:paraId="7E0C0348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EDFE061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AFD85C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Understanding the ways personal information can be shared on the internet.</w:t>
            </w:r>
          </w:p>
        </w:tc>
      </w:tr>
      <w:tr w:rsidR="00436E1D" w14:paraId="3E909AC4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E6D466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B6F0E9F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Understanding the rules for social media platforms.</w:t>
            </w:r>
          </w:p>
        </w:tc>
      </w:tr>
    </w:tbl>
    <w:p w14:paraId="4C8E2319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Autumn  |  Programming: Scratch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070C7553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E56461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2489F1A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Explore Scratch and identify useful programming blocks.</w:t>
            </w:r>
          </w:p>
        </w:tc>
      </w:tr>
      <w:tr w:rsidR="00436E1D" w14:paraId="52CD9BF2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FDB292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6B82E1B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Create an animation using a sequence of instructions.</w:t>
            </w:r>
          </w:p>
        </w:tc>
      </w:tr>
      <w:tr w:rsidR="00436E1D" w14:paraId="34CE36A8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4E48076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D20F7C6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Use programming ideas to develop a digital project.</w:t>
            </w:r>
          </w:p>
        </w:tc>
      </w:tr>
      <w:tr w:rsidR="00436E1D" w14:paraId="61EF1C13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61388B2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6700150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Test, debug and evaluate the project to improve it.</w:t>
            </w:r>
          </w:p>
        </w:tc>
      </w:tr>
    </w:tbl>
    <w:p w14:paraId="2D14DFB8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Spring  |  Computing systems: Connecting devices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2F1417F3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D74F04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FF16A2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Identify computer components and peripherals and describe what they do.</w:t>
            </w:r>
          </w:p>
        </w:tc>
      </w:tr>
      <w:tr w:rsidR="00436E1D" w14:paraId="689AEACE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E7899D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D9718B0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Explain how devices connect and share information in a network.</w:t>
            </w:r>
          </w:p>
        </w:tc>
      </w:tr>
      <w:tr w:rsidR="00436E1D" w14:paraId="566349A1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A2EDCFF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2E0D54B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Choose suitable technology for different tasks.</w:t>
            </w:r>
          </w:p>
        </w:tc>
      </w:tr>
      <w:tr w:rsidR="00436E1D" w14:paraId="413F8651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A0C85D9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779FF1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Use the school network to access or share information.</w:t>
            </w:r>
          </w:p>
        </w:tc>
      </w:tr>
    </w:tbl>
    <w:p w14:paraId="3D1099E2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Summer 2  |  Data handling: Exploring branching databases</w:t>
      </w:r>
      <w:r>
        <w:rPr>
          <w:i/>
          <w:color w:val="556164"/>
          <w:sz w:val="16"/>
        </w:rPr>
        <w:t xml:space="preserve">  ·  refreshed lessons pending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693104E2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0EC3F61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24842A1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Use yes/no questions to sort and classify information.</w:t>
            </w:r>
          </w:p>
        </w:tc>
      </w:tr>
      <w:tr w:rsidR="00436E1D" w14:paraId="4D20DE0D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954F9C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31BD0AA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Plan a set of questions for a branching database.</w:t>
            </w:r>
          </w:p>
        </w:tc>
      </w:tr>
      <w:tr w:rsidR="00436E1D" w14:paraId="58AD0695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F37FD4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7B9919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Create and test a digital branching database.</w:t>
            </w:r>
          </w:p>
        </w:tc>
      </w:tr>
      <w:tr w:rsidR="00436E1D" w14:paraId="22ACF4EA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E277CF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B1AEAC3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Evaluate how well the database identifies an item.</w:t>
            </w:r>
          </w:p>
        </w:tc>
      </w:tr>
    </w:tbl>
    <w:p w14:paraId="603C6B37" w14:textId="77777777" w:rsidR="00436E1D" w:rsidRDefault="004C1A9A">
      <w:pPr>
        <w:spacing w:before="140"/>
      </w:pPr>
      <w:r>
        <w:rPr>
          <w:b/>
          <w:sz w:val="16"/>
        </w:rPr>
        <w:t xml:space="preserve">Planning note  </w:t>
      </w:r>
      <w:r>
        <w:rPr>
          <w:sz w:val="16"/>
        </w:rPr>
        <w:t>The three computing units follow Kapow’s condensed plan dated 3 September 2026. Where refreshed lessons are pending, these are provisional coverage statements drawn from the unit descriptions; check the published lessons before teaching. Autumn online safety statements are retained from the existing Year 3 overview until refreshed age-specific teaching is available. Kapow’s new plan names one online safety unit per phase.</w:t>
      </w:r>
    </w:p>
    <w:p w14:paraId="08EA1A01" w14:textId="77777777" w:rsidR="00436E1D" w:rsidRDefault="004C1A9A">
      <w:pPr>
        <w:pStyle w:val="Title"/>
        <w:pageBreakBefore/>
        <w:spacing w:after="100"/>
      </w:pPr>
      <w:r>
        <w:lastRenderedPageBreak/>
        <w:t>Year 4 Computing Coverage Overview</w:t>
      </w:r>
    </w:p>
    <w:p w14:paraId="17F43B48" w14:textId="77777777" w:rsidR="00436E1D" w:rsidRDefault="004C1A9A">
      <w:pPr>
        <w:spacing w:after="100"/>
      </w:pPr>
      <w:r>
        <w:rPr>
          <w:b/>
        </w:rPr>
        <w:t>2026–27  |  Condensed Kapow sequence  |  Online safety taught in Autumn</w:t>
      </w:r>
    </w:p>
    <w:p w14:paraId="0F93055D" w14:textId="77777777" w:rsidR="00436E1D" w:rsidRDefault="004C1A9A">
      <w:pPr>
        <w:spacing w:after="140"/>
      </w:pPr>
      <w:r>
        <w:t>Highlight each unit heading once taught. The statements show the intended learning; flag only any significant gaps or changes.</w:t>
      </w:r>
    </w:p>
    <w:p w14:paraId="164169D9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Autumn  |  Online safety: Year 4 (existing unit)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15124CBA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68671FC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CFCDAD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Describing how to search for information within a wide group of technologies and make a judgement about the probable accuracy.</w:t>
            </w:r>
          </w:p>
        </w:tc>
      </w:tr>
      <w:tr w:rsidR="00436E1D" w14:paraId="7D387D64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A163E1A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2597709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Describing some of the methods used to encourage people to buy things online.</w:t>
            </w:r>
          </w:p>
        </w:tc>
      </w:tr>
      <w:tr w:rsidR="00436E1D" w14:paraId="1036EB55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B2F5F75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6E0EB4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Explaining why lots of people sharing the same opinions or beliefs online do not make those opinions or beliefs true.</w:t>
            </w:r>
          </w:p>
        </w:tc>
      </w:tr>
      <w:tr w:rsidR="00436E1D" w14:paraId="696FA76E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5EECA7C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DAD023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Explaining that technology can be designed to act like or impersonate living things.</w:t>
            </w:r>
          </w:p>
        </w:tc>
      </w:tr>
      <w:tr w:rsidR="00436E1D" w14:paraId="049BC37C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B770332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C28602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Explaining how technology can be a distraction and identify when I might need to limit the amount of time spent using technology.</w:t>
            </w:r>
          </w:p>
        </w:tc>
      </w:tr>
    </w:tbl>
    <w:p w14:paraId="66A72DD5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Autumn  |  Programming 1: Further coding with Scratch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21735FF3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69630A7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AD53C34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Design a game and describe the intended interactions.</w:t>
            </w:r>
          </w:p>
        </w:tc>
      </w:tr>
      <w:tr w:rsidR="00436E1D" w14:paraId="78DB59D4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34A493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9A7731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Use variables, sensors and if statements to control the game.</w:t>
            </w:r>
          </w:p>
        </w:tc>
      </w:tr>
      <w:tr w:rsidR="00436E1D" w14:paraId="1EB2B7C8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21221B7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CA41B28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Test and debug code so the game works as intended.</w:t>
            </w:r>
          </w:p>
        </w:tc>
      </w:tr>
      <w:tr w:rsidR="00436E1D" w14:paraId="3C0254DD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9413CDC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6C8AF84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Evaluate and improve the gameplay and design.</w:t>
            </w:r>
          </w:p>
        </w:tc>
      </w:tr>
    </w:tbl>
    <w:p w14:paraId="407E6A11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Spring  |  Computing systems and networks: Connecting networks</w:t>
      </w:r>
      <w:r>
        <w:rPr>
          <w:i/>
          <w:color w:val="556164"/>
          <w:sz w:val="16"/>
        </w:rPr>
        <w:t xml:space="preserve">  ·  refreshed lessons pending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1D27275C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CB7E877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65DF259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Explain that local networks can connect to the internet.</w:t>
            </w:r>
          </w:p>
        </w:tc>
      </w:tr>
      <w:tr w:rsidR="00436E1D" w14:paraId="5B1E4226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1DC4E6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17622D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Describe the role of routers, servers and websites.</w:t>
            </w:r>
          </w:p>
        </w:tc>
      </w:tr>
      <w:tr w:rsidR="00436E1D" w14:paraId="4F796E29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2DC8891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16FF792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Explain how search engines help people find information on the World Wide Web.</w:t>
            </w:r>
          </w:p>
        </w:tc>
      </w:tr>
      <w:tr w:rsidR="00436E1D" w14:paraId="28630C1D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83F7BC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C39CCB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Give examples of communication and collaboration made possible by networks.</w:t>
            </w:r>
          </w:p>
        </w:tc>
      </w:tr>
    </w:tbl>
    <w:p w14:paraId="7AD476D8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Summer 2  |  Creating media: Creating digital images</w:t>
      </w:r>
      <w:r>
        <w:rPr>
          <w:i/>
          <w:color w:val="556164"/>
          <w:sz w:val="16"/>
        </w:rPr>
        <w:t xml:space="preserve">  ·  refreshed lessons pending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1914A3CF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3E03328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B175496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Capture a photograph for a particular purpose.</w:t>
            </w:r>
          </w:p>
        </w:tc>
      </w:tr>
      <w:tr w:rsidR="00436E1D" w14:paraId="5EAF3F1F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7DD0135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843343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Edit and enhance a digital image using appropriate tools.</w:t>
            </w:r>
          </w:p>
        </w:tc>
      </w:tr>
      <w:tr w:rsidR="00436E1D" w14:paraId="26F80C46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15616E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3477248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Explore how simple AI features can change an image.</w:t>
            </w:r>
          </w:p>
        </w:tc>
      </w:tr>
      <w:tr w:rsidR="00436E1D" w14:paraId="154684EB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FBA449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4DA499B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Evaluate whether the edited image meets its purpose.</w:t>
            </w:r>
          </w:p>
        </w:tc>
      </w:tr>
    </w:tbl>
    <w:p w14:paraId="4D65FB65" w14:textId="77777777" w:rsidR="00436E1D" w:rsidRDefault="004C1A9A">
      <w:pPr>
        <w:spacing w:before="140"/>
      </w:pPr>
      <w:r>
        <w:rPr>
          <w:b/>
          <w:sz w:val="16"/>
        </w:rPr>
        <w:t xml:space="preserve">Planning note  </w:t>
      </w:r>
      <w:r>
        <w:rPr>
          <w:sz w:val="16"/>
        </w:rPr>
        <w:t>The three computing units follow Kapow’s condensed plan dated 3 September 2026. Where refreshed lessons are pending, these are provisional coverage statements drawn from the unit descriptions; check the published lessons before teaching. Autumn online safety statements are retained from the existing Year 4 overview until refreshed age-specific teaching is available. Kapow’s new plan names one online safety unit per phase.</w:t>
      </w:r>
    </w:p>
    <w:p w14:paraId="5C6A2B3B" w14:textId="77777777" w:rsidR="00436E1D" w:rsidRDefault="004C1A9A">
      <w:pPr>
        <w:pStyle w:val="Title"/>
        <w:pageBreakBefore/>
        <w:spacing w:after="100"/>
      </w:pPr>
      <w:r>
        <w:lastRenderedPageBreak/>
        <w:t>Year 5 Computing Coverage Overview</w:t>
      </w:r>
    </w:p>
    <w:p w14:paraId="70095298" w14:textId="77777777" w:rsidR="00436E1D" w:rsidRDefault="004C1A9A">
      <w:pPr>
        <w:spacing w:after="100"/>
      </w:pPr>
      <w:r>
        <w:rPr>
          <w:b/>
        </w:rPr>
        <w:t>2026–27  |  Condensed Kapow sequence  |  Online safety taught in Autumn</w:t>
      </w:r>
    </w:p>
    <w:p w14:paraId="30B27B18" w14:textId="77777777" w:rsidR="00436E1D" w:rsidRDefault="004C1A9A">
      <w:pPr>
        <w:spacing w:after="140"/>
      </w:pPr>
      <w:r>
        <w:t>Highlight each unit heading once taught. The statements show the intended learning; flag only any significant gaps or changes.</w:t>
      </w:r>
    </w:p>
    <w:p w14:paraId="4A291485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Autumn  |  Online safety: Year 5 (existing unit)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0A31181E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5051320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EBB802D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Understanding how apps can access our personal information and how to alter the permissions.</w:t>
            </w:r>
          </w:p>
        </w:tc>
      </w:tr>
      <w:tr w:rsidR="00436E1D" w14:paraId="104BE457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876DB3E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C590AC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Being aware of the positive and negative aspects of online communication.</w:t>
            </w:r>
          </w:p>
        </w:tc>
      </w:tr>
      <w:tr w:rsidR="00436E1D" w14:paraId="6420A4C7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838684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2CC5689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Understanding how online information can be used to form judgements.</w:t>
            </w:r>
          </w:p>
        </w:tc>
      </w:tr>
      <w:tr w:rsidR="00436E1D" w14:paraId="08A7D7A4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5E4C6B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A694D0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Discovering ways to overcome bullying.</w:t>
            </w:r>
          </w:p>
        </w:tc>
      </w:tr>
      <w:tr w:rsidR="00436E1D" w14:paraId="5D552923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A086D85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05E50F9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Understanding how technology can affect health and wellbeing.</w:t>
            </w:r>
          </w:p>
        </w:tc>
      </w:tr>
    </w:tbl>
    <w:p w14:paraId="271804E6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Autumn  |  Programming 2: BBC micro:bit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3EFCD33F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80B595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7C300A6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Explore how code controls a BBC micro:bit.</w:t>
            </w:r>
          </w:p>
        </w:tc>
      </w:tr>
      <w:tr w:rsidR="00436E1D" w14:paraId="7BE5BA3F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40E3CB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6F964C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Create an interactive project using a sensor.</w:t>
            </w:r>
          </w:p>
        </w:tc>
      </w:tr>
      <w:tr w:rsidR="00436E1D" w14:paraId="6B257957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726FE85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DFF0310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Use variables and conditional statements to change outcomes.</w:t>
            </w:r>
          </w:p>
        </w:tc>
      </w:tr>
      <w:tr w:rsidR="00436E1D" w14:paraId="2CD42665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7ACFA9D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2172430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Test and improve the program.</w:t>
            </w:r>
          </w:p>
        </w:tc>
      </w:tr>
    </w:tbl>
    <w:p w14:paraId="61D1CC2D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Spring  |  Computing systems: Websites, search and storage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3C2754B8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92D23C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3981340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Explain how websites help people access information.</w:t>
            </w:r>
          </w:p>
        </w:tc>
      </w:tr>
      <w:tr w:rsidR="00436E1D" w14:paraId="5A4ED2EC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BE9E1D9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68A14DA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Use search tools to find information.</w:t>
            </w:r>
          </w:p>
        </w:tc>
      </w:tr>
      <w:tr w:rsidR="00436E1D" w14:paraId="788A8B8A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CFE9EDF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F21A381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Explore how digital systems store information.</w:t>
            </w:r>
          </w:p>
        </w:tc>
      </w:tr>
      <w:tr w:rsidR="00436E1D" w14:paraId="153EEE76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181AC0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5C72E11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Describe how information can be shared using the internet and digital systems.</w:t>
            </w:r>
          </w:p>
        </w:tc>
      </w:tr>
    </w:tbl>
    <w:p w14:paraId="2A4EE5C2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Summer 2  |  Data handling: Exploring spreadsheets</w:t>
      </w:r>
      <w:r>
        <w:rPr>
          <w:i/>
          <w:color w:val="556164"/>
          <w:sz w:val="16"/>
        </w:rPr>
        <w:t xml:space="preserve">  ·  refreshed lessons pending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01A0499E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D1027E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0596C67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Enter and format information in a spreadsheet.</w:t>
            </w:r>
          </w:p>
        </w:tc>
      </w:tr>
      <w:tr w:rsidR="00436E1D" w14:paraId="74AF6D40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D34ED97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8BB519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Use a simple formula to answer a question.</w:t>
            </w:r>
          </w:p>
        </w:tc>
      </w:tr>
      <w:tr w:rsidR="00436E1D" w14:paraId="0A907B4A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FF231E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EF2FAE8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Create a chart to present spreadsheet data.</w:t>
            </w:r>
          </w:p>
        </w:tc>
      </w:tr>
      <w:tr w:rsidR="00436E1D" w14:paraId="2B8F526B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D673AA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52019EC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Evaluate how well the spreadsheet helps solve a practical problem.</w:t>
            </w:r>
          </w:p>
        </w:tc>
      </w:tr>
    </w:tbl>
    <w:p w14:paraId="3459AAFD" w14:textId="77777777" w:rsidR="00436E1D" w:rsidRDefault="004C1A9A">
      <w:pPr>
        <w:spacing w:before="140"/>
      </w:pPr>
      <w:r>
        <w:rPr>
          <w:b/>
          <w:sz w:val="16"/>
        </w:rPr>
        <w:t xml:space="preserve">Planning note  </w:t>
      </w:r>
      <w:r>
        <w:rPr>
          <w:sz w:val="16"/>
        </w:rPr>
        <w:t>The three computing units follow Kapow’s condensed plan dated 3 September 2026. Where refreshed lessons are pending, these are provisional coverage statements drawn from the unit descriptions; check the published lessons before teaching. Autumn online safety statements are retained from the existing Year 5 overview until refreshed age-specific teaching is available. Kapow’s new plan names one online safety unit per phase.</w:t>
      </w:r>
    </w:p>
    <w:p w14:paraId="6F0176C3" w14:textId="77777777" w:rsidR="00436E1D" w:rsidRDefault="004C1A9A">
      <w:pPr>
        <w:pStyle w:val="Title"/>
        <w:pageBreakBefore/>
        <w:spacing w:after="100"/>
      </w:pPr>
      <w:r>
        <w:lastRenderedPageBreak/>
        <w:t>Year 6 Computing Coverage Overview</w:t>
      </w:r>
    </w:p>
    <w:p w14:paraId="2636024A" w14:textId="77777777" w:rsidR="00436E1D" w:rsidRDefault="004C1A9A">
      <w:pPr>
        <w:spacing w:after="100"/>
      </w:pPr>
      <w:r>
        <w:rPr>
          <w:b/>
        </w:rPr>
        <w:t>2026–27  |  Condensed Kapow sequence  |  Online safety taught in Autumn</w:t>
      </w:r>
    </w:p>
    <w:p w14:paraId="010296A5" w14:textId="77777777" w:rsidR="00436E1D" w:rsidRDefault="004C1A9A">
      <w:pPr>
        <w:spacing w:after="140"/>
      </w:pPr>
      <w:r>
        <w:t>Highlight each unit heading once taught. The statements show the intended learning; flag only any significant gaps or changes.</w:t>
      </w:r>
    </w:p>
    <w:p w14:paraId="5B59EF89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Autumn  |  Online safety: Year 6 (existing unit)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2328740F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447526F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F322E56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Describing issues online that give us negative feelings and know ways to get help.</w:t>
            </w:r>
          </w:p>
        </w:tc>
      </w:tr>
      <w:tr w:rsidR="00436E1D" w14:paraId="210EF5A6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F91C9E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CCBC9F1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Thinking about the impact and consequences of sharing online.</w:t>
            </w:r>
          </w:p>
        </w:tc>
      </w:tr>
      <w:tr w:rsidR="00436E1D" w14:paraId="3E3E174E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5F2A5A3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8C9513B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Knowing how to create a positive online reputation.</w:t>
            </w:r>
          </w:p>
        </w:tc>
      </w:tr>
      <w:tr w:rsidR="00436E1D" w14:paraId="1E03601D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F10E120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5998800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Being able to describe how to capture bullying content as evidence.</w:t>
            </w:r>
          </w:p>
        </w:tc>
      </w:tr>
      <w:tr w:rsidR="00436E1D" w14:paraId="7297789B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28AF29C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5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789F562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Managing personal passwords effectively.</w:t>
            </w:r>
          </w:p>
        </w:tc>
      </w:tr>
      <w:tr w:rsidR="00436E1D" w14:paraId="0BEF83DB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7FAD882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6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D50B2FE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Being aware of strategies to help be protected online.</w:t>
            </w:r>
          </w:p>
        </w:tc>
      </w:tr>
    </w:tbl>
    <w:p w14:paraId="7EA22A44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Autumn  |  Programming: Exploring Python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6F4D564D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3C7E5F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1C8CC2A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Use basic Python syntax to create a text-based program.</w:t>
            </w:r>
          </w:p>
        </w:tc>
      </w:tr>
      <w:tr w:rsidR="00436E1D" w14:paraId="56859257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F4A929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90A2DA3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Use nested loops to control a program outcome.</w:t>
            </w:r>
          </w:p>
        </w:tc>
      </w:tr>
      <w:tr w:rsidR="00436E1D" w14:paraId="23D0F6C5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D4C026C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805DBE0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Identify syntax and logic errors.</w:t>
            </w:r>
          </w:p>
        </w:tc>
      </w:tr>
      <w:tr w:rsidR="00436E1D" w14:paraId="045BAD5A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297A79A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F059617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Debug code and test the revised program.</w:t>
            </w:r>
          </w:p>
        </w:tc>
      </w:tr>
    </w:tbl>
    <w:p w14:paraId="4C1603A0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Spring  |  Computing systems and networks: Understanding hardware, storage and security</w:t>
      </w:r>
      <w:r>
        <w:rPr>
          <w:i/>
          <w:color w:val="556164"/>
          <w:sz w:val="16"/>
        </w:rPr>
        <w:t xml:space="preserve">  ·  refreshed lessons pending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34FA9A75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395F83B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B60A083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Describe how hardware and networks work together in a computer system.</w:t>
            </w:r>
          </w:p>
        </w:tc>
      </w:tr>
      <w:tr w:rsidR="00436E1D" w14:paraId="414A221D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D043E51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D76BA9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Explain how digital information is stored and travels across networks.</w:t>
            </w:r>
          </w:p>
        </w:tc>
      </w:tr>
      <w:tr w:rsidR="00436E1D" w14:paraId="0CF43DE0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40B85C8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9181BED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Investigate and solve a simple hardware or network problem.</w:t>
            </w:r>
          </w:p>
        </w:tc>
      </w:tr>
      <w:tr w:rsidR="00436E1D" w14:paraId="0D3C6A1E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0F667A3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7F2809A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Explain how security measures protect accounts and information.</w:t>
            </w:r>
          </w:p>
        </w:tc>
      </w:tr>
    </w:tbl>
    <w:p w14:paraId="61BFB007" w14:textId="77777777" w:rsidR="00436E1D" w:rsidRDefault="004C1A9A">
      <w:pPr>
        <w:spacing w:before="140" w:after="60"/>
      </w:pPr>
      <w:r>
        <w:rPr>
          <w:b/>
          <w:color w:val="000000"/>
          <w:sz w:val="20"/>
        </w:rPr>
        <w:t>Summer 2  |  Creating media: Creating a multimedia project</w:t>
      </w:r>
      <w:r>
        <w:rPr>
          <w:i/>
          <w:color w:val="556164"/>
          <w:sz w:val="16"/>
        </w:rPr>
        <w:t xml:space="preserve">  ·  refreshed lessons pending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9216"/>
      </w:tblGrid>
      <w:tr w:rsidR="00436E1D" w14:paraId="6FAC95B6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D0E00D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1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5300E98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Plan a multimedia project for a particular audience and purpose.</w:t>
            </w:r>
          </w:p>
        </w:tc>
      </w:tr>
      <w:tr w:rsidR="00436E1D" w14:paraId="4D48FC88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AF865AC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2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6614962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Combine text, images, audio and video to communicate information.</w:t>
            </w:r>
          </w:p>
        </w:tc>
      </w:tr>
      <w:tr w:rsidR="00436E1D" w14:paraId="0AC6EB59" w14:textId="77777777">
        <w:trPr>
          <w:jc w:val="center"/>
        </w:trPr>
        <w:tc>
          <w:tcPr>
            <w:tcW w:w="533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0CD5A3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3</w:t>
            </w:r>
          </w:p>
        </w:tc>
        <w:tc>
          <w:tcPr>
            <w:tcW w:w="9216" w:type="dxa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B6C74BA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Evaluate how effectively the project communicates.</w:t>
            </w:r>
          </w:p>
        </w:tc>
      </w:tr>
      <w:tr w:rsidR="00436E1D" w14:paraId="264D4642" w14:textId="77777777">
        <w:trPr>
          <w:jc w:val="center"/>
        </w:trPr>
        <w:tc>
          <w:tcPr>
            <w:tcW w:w="533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C3F7ED7" w14:textId="77777777" w:rsidR="00436E1D" w:rsidRDefault="004C1A9A">
            <w:pPr>
              <w:spacing w:line="250" w:lineRule="auto"/>
              <w:jc w:val="center"/>
            </w:pPr>
            <w:r>
              <w:rPr>
                <w:sz w:val="17"/>
              </w:rPr>
              <w:t>4</w:t>
            </w:r>
          </w:p>
        </w:tc>
        <w:tc>
          <w:tcPr>
            <w:tcW w:w="9216" w:type="dxa"/>
            <w:shd w:val="clear" w:color="auto" w:fill="F4F7F6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AF1B8D9" w14:textId="77777777" w:rsidR="00436E1D" w:rsidRDefault="004C1A9A">
            <w:pPr>
              <w:spacing w:line="250" w:lineRule="auto"/>
            </w:pPr>
            <w:r>
              <w:rPr>
                <w:sz w:val="17"/>
              </w:rPr>
              <w:t>Refine the project in response to evaluation.</w:t>
            </w:r>
          </w:p>
        </w:tc>
      </w:tr>
    </w:tbl>
    <w:p w14:paraId="7D8D1B54" w14:textId="77777777" w:rsidR="00436E1D" w:rsidRDefault="004C1A9A">
      <w:pPr>
        <w:spacing w:before="140"/>
      </w:pPr>
      <w:r>
        <w:rPr>
          <w:b/>
          <w:sz w:val="16"/>
        </w:rPr>
        <w:t xml:space="preserve">Planning note  </w:t>
      </w:r>
      <w:r>
        <w:rPr>
          <w:sz w:val="16"/>
        </w:rPr>
        <w:t>The three computing units follow Kapow’s condensed plan dated 3 September 2026. Where refreshed lessons are pending, these are provisional coverage statements drawn from the unit descriptions; check the published lessons before teaching. Autumn online safety statements are retained from the existing Year 6 overview until refreshed age-specific teaching is available. Kapow’s new plan names one online safety unit per phase.</w:t>
      </w:r>
    </w:p>
    <w:sectPr w:rsidR="00436E1D" w:rsidSect="00034616">
      <w:pgSz w:w="11909" w:h="16834"/>
      <w:pgMar w:top="806" w:right="1051" w:bottom="763" w:left="10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2BD02" w14:textId="77777777" w:rsidR="004C1A9A" w:rsidRDefault="004C1A9A">
      <w:pPr>
        <w:spacing w:line="240" w:lineRule="auto"/>
      </w:pPr>
      <w:r>
        <w:separator/>
      </w:r>
    </w:p>
  </w:endnote>
  <w:endnote w:type="continuationSeparator" w:id="0">
    <w:p w14:paraId="1275C063" w14:textId="77777777" w:rsidR="004C1A9A" w:rsidRDefault="004C1A9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F4502" w14:textId="77777777" w:rsidR="00436E1D" w:rsidRDefault="004C1A9A">
    <w:pPr>
      <w:pStyle w:val="Footer"/>
      <w:jc w:val="right"/>
    </w:pPr>
    <w:r>
      <w:rPr>
        <w:sz w:val="16"/>
      </w:rPr>
      <w:t>Computing Master Overview 2026–27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D343A" w14:textId="77777777" w:rsidR="004C1A9A" w:rsidRDefault="004C1A9A">
      <w:pPr>
        <w:spacing w:line="240" w:lineRule="auto"/>
      </w:pPr>
      <w:r>
        <w:separator/>
      </w:r>
    </w:p>
  </w:footnote>
  <w:footnote w:type="continuationSeparator" w:id="0">
    <w:p w14:paraId="4B2252F6" w14:textId="77777777" w:rsidR="004C1A9A" w:rsidRDefault="004C1A9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29505619">
    <w:abstractNumId w:val="8"/>
  </w:num>
  <w:num w:numId="2" w16cid:durableId="2117555197">
    <w:abstractNumId w:val="6"/>
  </w:num>
  <w:num w:numId="3" w16cid:durableId="675888326">
    <w:abstractNumId w:val="5"/>
  </w:num>
  <w:num w:numId="4" w16cid:durableId="1075008644">
    <w:abstractNumId w:val="4"/>
  </w:num>
  <w:num w:numId="5" w16cid:durableId="1515535289">
    <w:abstractNumId w:val="7"/>
  </w:num>
  <w:num w:numId="6" w16cid:durableId="1034233953">
    <w:abstractNumId w:val="3"/>
  </w:num>
  <w:num w:numId="7" w16cid:durableId="270598953">
    <w:abstractNumId w:val="2"/>
  </w:num>
  <w:num w:numId="8" w16cid:durableId="563640332">
    <w:abstractNumId w:val="1"/>
  </w:num>
  <w:num w:numId="9" w16cid:durableId="2022584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6095"/>
    <w:rsid w:val="0006063C"/>
    <w:rsid w:val="0015074B"/>
    <w:rsid w:val="0029639D"/>
    <w:rsid w:val="00326F90"/>
    <w:rsid w:val="00436E1D"/>
    <w:rsid w:val="0048222B"/>
    <w:rsid w:val="004C1A9A"/>
    <w:rsid w:val="0055669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B53502"/>
  <w14:defaultImageDpi w14:val="300"/>
  <w15:docId w15:val="{5CA10658-240F-4C3D-8E34-7B2DEBFB4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1920</Words>
  <Characters>11581</Characters>
  <Application>Microsoft Office Word</Application>
  <DocSecurity>0</DocSecurity>
  <Lines>827</Lines>
  <Paragraphs>562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Mr A Ullah</cp:lastModifiedBy>
  <cp:revision>2</cp:revision>
  <dcterms:created xsi:type="dcterms:W3CDTF">2026-09-30T11:17:00Z</dcterms:created>
  <dcterms:modified xsi:type="dcterms:W3CDTF">2026-09-30T11:17:00Z</dcterms:modified>
  <cp:category/>
</cp:coreProperties>
</file>