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13729" w14:textId="77777777" w:rsidR="002F52EB" w:rsidRPr="002F52EB" w:rsidRDefault="002F52EB" w:rsidP="002F52EB">
      <w:pPr>
        <w:pStyle w:val="Title"/>
        <w:jc w:val="center"/>
        <w:rPr>
          <w:rFonts w:ascii="Letter-join Plus 40" w:hAnsi="Letter-join Plus 40"/>
          <w:color w:val="00B050"/>
        </w:rPr>
      </w:pPr>
      <w:r w:rsidRPr="002F52EB">
        <w:rPr>
          <w:rFonts w:ascii="Letter-join Plus 40" w:hAnsi="Letter-join Plus 40"/>
          <w:noProof/>
        </w:rPr>
        <w:drawing>
          <wp:anchor distT="0" distB="0" distL="114300" distR="114300" simplePos="0" relativeHeight="251659264" behindDoc="0" locked="0" layoutInCell="1" allowOverlap="1" wp14:anchorId="61DF68E1" wp14:editId="52C7589A">
            <wp:simplePos x="0" y="0"/>
            <wp:positionH relativeFrom="column">
              <wp:posOffset>2296209</wp:posOffset>
            </wp:positionH>
            <wp:positionV relativeFrom="paragraph">
              <wp:posOffset>1350694</wp:posOffset>
            </wp:positionV>
            <wp:extent cx="914400" cy="914400"/>
            <wp:effectExtent l="0" t="0" r="0" b="0"/>
            <wp:wrapNone/>
            <wp:docPr id="18258801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880108" name="Picture 1825880108"/>
                    <pic:cNvPicPr/>
                  </pic:nvPicPr>
                  <pic:blipFill>
                    <a:blip r:embed="rId9"/>
                    <a:stretch>
                      <a:fillRect/>
                    </a:stretch>
                  </pic:blipFill>
                  <pic:spPr>
                    <a:xfrm>
                      <a:off x="0" y="0"/>
                      <a:ext cx="914400" cy="914400"/>
                    </a:xfrm>
                    <a:prstGeom prst="rect">
                      <a:avLst/>
                    </a:prstGeom>
                  </pic:spPr>
                </pic:pic>
              </a:graphicData>
            </a:graphic>
            <wp14:sizeRelH relativeFrom="margin">
              <wp14:pctWidth>0</wp14:pctWidth>
            </wp14:sizeRelH>
            <wp14:sizeRelV relativeFrom="margin">
              <wp14:pctHeight>0</wp14:pctHeight>
            </wp14:sizeRelV>
          </wp:anchor>
        </w:drawing>
      </w:r>
      <w:r w:rsidRPr="002F52EB">
        <w:rPr>
          <w:rFonts w:ascii="Letter-join Plus 40" w:hAnsi="Letter-join Plus 40"/>
          <w:color w:val="00B050"/>
        </w:rPr>
        <w:t>St Augustine's Primary School</w:t>
      </w:r>
      <w:r w:rsidRPr="002F52EB">
        <w:rPr>
          <w:rFonts w:ascii="Letter-join Plus 40" w:hAnsi="Letter-join Plus 40"/>
          <w:color w:val="00B050"/>
        </w:rPr>
        <w:br/>
        <w:t>EYFS Communication &amp; Language Progression</w:t>
      </w:r>
    </w:p>
    <w:p w14:paraId="006DD6AC" w14:textId="77777777" w:rsidR="002F52EB" w:rsidRPr="002F52EB" w:rsidRDefault="002F52EB" w:rsidP="002F52EB">
      <w:pPr>
        <w:rPr>
          <w:rFonts w:ascii="Letter-join Plus 40" w:hAnsi="Letter-join Plus 40"/>
        </w:rPr>
      </w:pPr>
    </w:p>
    <w:p w14:paraId="10D12F7F" w14:textId="77777777" w:rsidR="002F52EB" w:rsidRPr="002F52EB" w:rsidRDefault="002F52EB" w:rsidP="002F52EB">
      <w:pPr>
        <w:rPr>
          <w:rFonts w:ascii="Letter-join Plus 40" w:hAnsi="Letter-join Plus 40"/>
        </w:rPr>
      </w:pPr>
    </w:p>
    <w:p w14:paraId="4417D8A7" w14:textId="77777777" w:rsidR="002F52EB" w:rsidRPr="002F52EB" w:rsidRDefault="002F52EB" w:rsidP="002F52EB">
      <w:pPr>
        <w:rPr>
          <w:rFonts w:ascii="Letter-join Plus 40" w:hAnsi="Letter-join Plus 40"/>
        </w:rPr>
      </w:pPr>
    </w:p>
    <w:p w14:paraId="15981BE1" w14:textId="77777777" w:rsidR="005C61B1" w:rsidRPr="002F52EB" w:rsidRDefault="009F6BC9" w:rsidP="005C61B1">
      <w:pPr>
        <w:rPr>
          <w:rFonts w:ascii="Letter-join Plus 40" w:hAnsi="Letter-join Plus 40" w:cstheme="majorHAnsi"/>
        </w:rPr>
      </w:pPr>
      <w:r w:rsidRPr="002F52EB">
        <w:rPr>
          <w:rFonts w:ascii="Letter-join Plus 40" w:hAnsi="Letter-join Plus 40" w:cstheme="majorHAnsi"/>
          <w:b/>
        </w:rPr>
        <w:t xml:space="preserve">Intent: </w:t>
      </w:r>
      <w:r w:rsidRPr="002F52EB">
        <w:rPr>
          <w:rFonts w:ascii="Letter-join Plus 40" w:hAnsi="Letter-join Plus 40" w:cstheme="majorHAnsi"/>
        </w:rPr>
        <w:t>At St Augustine’s, children develop as writers through high-quality texts, Drawing Club, systematic phonics, communication and language opportunities, and explicit teaching of handwriting and letter formation. Writing develops from mark making and storytelling through to independent sentence writing by the end of Reception.</w:t>
      </w:r>
    </w:p>
    <w:p w14:paraId="4F676640" w14:textId="5AE17025" w:rsidR="009D41FE" w:rsidRPr="002F52EB" w:rsidRDefault="009F6BC9" w:rsidP="005C61B1">
      <w:pPr>
        <w:jc w:val="center"/>
        <w:rPr>
          <w:rFonts w:ascii="Letter-join Plus 40" w:hAnsi="Letter-join Plus 40" w:cstheme="majorHAnsi"/>
          <w:b/>
          <w:bCs/>
          <w:sz w:val="28"/>
          <w:szCs w:val="28"/>
          <w:u w:val="single"/>
        </w:rPr>
      </w:pPr>
      <w:r w:rsidRPr="002F52EB">
        <w:rPr>
          <w:rFonts w:ascii="Letter-join Plus 40" w:hAnsi="Letter-join Plus 40" w:cstheme="majorHAnsi"/>
          <w:b/>
          <w:bCs/>
          <w:sz w:val="28"/>
          <w:szCs w:val="28"/>
          <w:u w:val="single"/>
        </w:rPr>
        <w:t>Nursery Autumn Term</w:t>
      </w:r>
    </w:p>
    <w:tbl>
      <w:tblPr>
        <w:tblStyle w:val="TableGrid"/>
        <w:tblW w:w="0" w:type="auto"/>
        <w:tblLook w:val="04A0" w:firstRow="1" w:lastRow="0" w:firstColumn="1" w:lastColumn="0" w:noHBand="0" w:noVBand="1"/>
      </w:tblPr>
      <w:tblGrid>
        <w:gridCol w:w="4315"/>
        <w:gridCol w:w="4315"/>
      </w:tblGrid>
      <w:tr w:rsidR="009D41FE" w:rsidRPr="002F52EB" w14:paraId="14ABD58A" w14:textId="77777777">
        <w:tc>
          <w:tcPr>
            <w:tcW w:w="4320" w:type="dxa"/>
          </w:tcPr>
          <w:p w14:paraId="4CCA8F20" w14:textId="77777777" w:rsidR="009D41FE" w:rsidRPr="002F52EB" w:rsidRDefault="009F6BC9">
            <w:pPr>
              <w:rPr>
                <w:rFonts w:ascii="Letter-join Plus 40" w:hAnsi="Letter-join Plus 40" w:cstheme="majorHAnsi"/>
              </w:rPr>
            </w:pPr>
            <w:r w:rsidRPr="002F52EB">
              <w:rPr>
                <w:rFonts w:ascii="Letter-join Plus 40" w:hAnsi="Letter-join Plus 40" w:cstheme="majorHAnsi"/>
              </w:rPr>
              <w:t>Area</w:t>
            </w:r>
          </w:p>
        </w:tc>
        <w:tc>
          <w:tcPr>
            <w:tcW w:w="4320" w:type="dxa"/>
          </w:tcPr>
          <w:p w14:paraId="11E18B5B" w14:textId="77777777" w:rsidR="009D41FE" w:rsidRPr="002F52EB" w:rsidRDefault="009F6BC9">
            <w:pPr>
              <w:rPr>
                <w:rFonts w:ascii="Letter-join Plus 40" w:hAnsi="Letter-join Plus 40" w:cstheme="majorHAnsi"/>
              </w:rPr>
            </w:pPr>
            <w:r w:rsidRPr="002F52EB">
              <w:rPr>
                <w:rFonts w:ascii="Letter-join Plus 40" w:hAnsi="Letter-join Plus 40" w:cstheme="majorHAnsi"/>
              </w:rPr>
              <w:t>Progression Expectations</w:t>
            </w:r>
          </w:p>
        </w:tc>
      </w:tr>
      <w:tr w:rsidR="009D41FE" w:rsidRPr="002F52EB" w14:paraId="68466F46" w14:textId="77777777">
        <w:tc>
          <w:tcPr>
            <w:tcW w:w="4320" w:type="dxa"/>
          </w:tcPr>
          <w:p w14:paraId="1F2BBA72" w14:textId="77777777" w:rsidR="009D41FE" w:rsidRPr="002F52EB" w:rsidRDefault="009F6BC9">
            <w:pPr>
              <w:rPr>
                <w:rFonts w:ascii="Letter-join Plus 40" w:hAnsi="Letter-join Plus 40" w:cstheme="majorHAnsi"/>
              </w:rPr>
            </w:pPr>
            <w:r w:rsidRPr="002F52EB">
              <w:rPr>
                <w:rFonts w:ascii="Letter-join Plus 40" w:hAnsi="Letter-join Plus 40" w:cstheme="majorHAnsi"/>
              </w:rPr>
              <w:t>Foundational Skills</w:t>
            </w:r>
          </w:p>
        </w:tc>
        <w:tc>
          <w:tcPr>
            <w:tcW w:w="4320" w:type="dxa"/>
          </w:tcPr>
          <w:p w14:paraId="6B9C5A70" w14:textId="77777777" w:rsidR="009D41FE" w:rsidRPr="002F52EB" w:rsidRDefault="009F6BC9">
            <w:pPr>
              <w:rPr>
                <w:rFonts w:ascii="Letter-join Plus 40" w:hAnsi="Letter-join Plus 40" w:cstheme="majorHAnsi"/>
              </w:rPr>
            </w:pPr>
            <w:r w:rsidRPr="002F52EB">
              <w:rPr>
                <w:rFonts w:ascii="Letter-join Plus 40" w:hAnsi="Letter-join Plus 40" w:cstheme="majorHAnsi"/>
              </w:rPr>
              <w:t>Develop gross motor control through climbing, balancing, pushing and pulling. Strengthen fine motor skills through threading, dough, pegs and sensory play. Begin using mark-making tools with increasing control and build shoulder, arm and wrist strength for future handwriting.</w:t>
            </w:r>
          </w:p>
        </w:tc>
      </w:tr>
      <w:tr w:rsidR="009D41FE" w:rsidRPr="002F52EB" w14:paraId="6A4732C6" w14:textId="77777777">
        <w:tc>
          <w:tcPr>
            <w:tcW w:w="4320" w:type="dxa"/>
          </w:tcPr>
          <w:p w14:paraId="7127C28B" w14:textId="77777777" w:rsidR="009D41FE" w:rsidRPr="002F52EB" w:rsidRDefault="009F6BC9">
            <w:pPr>
              <w:rPr>
                <w:rFonts w:ascii="Letter-join Plus 40" w:hAnsi="Letter-join Plus 40" w:cstheme="majorHAnsi"/>
              </w:rPr>
            </w:pPr>
            <w:r w:rsidRPr="002F52EB">
              <w:rPr>
                <w:rFonts w:ascii="Letter-join Plus 40" w:hAnsi="Letter-join Plus 40" w:cstheme="majorHAnsi"/>
              </w:rPr>
              <w:t>Comprehension</w:t>
            </w:r>
          </w:p>
        </w:tc>
        <w:tc>
          <w:tcPr>
            <w:tcW w:w="4320" w:type="dxa"/>
          </w:tcPr>
          <w:p w14:paraId="1D5F40D7" w14:textId="77777777" w:rsidR="009D41FE" w:rsidRPr="002F52EB" w:rsidRDefault="009F6BC9">
            <w:pPr>
              <w:rPr>
                <w:rFonts w:ascii="Letter-join Plus 40" w:hAnsi="Letter-join Plus 40" w:cstheme="majorHAnsi"/>
              </w:rPr>
            </w:pPr>
            <w:r w:rsidRPr="002F52EB">
              <w:rPr>
                <w:rFonts w:ascii="Letter-join Plus 40" w:hAnsi="Letter-join Plus 40" w:cstheme="majorHAnsi"/>
              </w:rPr>
              <w:t>Engage in story time, listen with interest, join repeated refrains and begin responding to stories and rhymes. Develop vocabulary through quality texts, talk and Drawing Club discussions.</w:t>
            </w:r>
          </w:p>
        </w:tc>
      </w:tr>
      <w:tr w:rsidR="009D41FE" w:rsidRPr="002F52EB" w14:paraId="280A90FA" w14:textId="77777777">
        <w:tc>
          <w:tcPr>
            <w:tcW w:w="4320" w:type="dxa"/>
          </w:tcPr>
          <w:p w14:paraId="4873B863" w14:textId="77777777" w:rsidR="009D41FE" w:rsidRPr="002F52EB" w:rsidRDefault="009F6BC9">
            <w:pPr>
              <w:rPr>
                <w:rFonts w:ascii="Letter-join Plus 40" w:hAnsi="Letter-join Plus 40" w:cstheme="majorHAnsi"/>
              </w:rPr>
            </w:pPr>
            <w:r w:rsidRPr="002F52EB">
              <w:rPr>
                <w:rFonts w:ascii="Letter-join Plus 40" w:hAnsi="Letter-join Plus 40" w:cstheme="majorHAnsi"/>
              </w:rPr>
              <w:t>Phonics &amp; Reading</w:t>
            </w:r>
          </w:p>
        </w:tc>
        <w:tc>
          <w:tcPr>
            <w:tcW w:w="4320" w:type="dxa"/>
          </w:tcPr>
          <w:p w14:paraId="1A757B5E" w14:textId="77777777" w:rsidR="009D41FE" w:rsidRPr="002F52EB" w:rsidRDefault="009F6BC9">
            <w:pPr>
              <w:rPr>
                <w:rFonts w:ascii="Letter-join Plus 40" w:hAnsi="Letter-join Plus 40" w:cstheme="majorHAnsi"/>
              </w:rPr>
            </w:pPr>
            <w:r w:rsidRPr="002F52EB">
              <w:rPr>
                <w:rFonts w:ascii="Letter-join Plus 40" w:hAnsi="Letter-join Plus 40" w:cstheme="majorHAnsi"/>
              </w:rPr>
              <w:t>Notice environmental sounds and rhythm in rhymes. Recognise familiar logos and print. Recognise own name with picture support and begin understanding that print carries meaning.</w:t>
            </w:r>
          </w:p>
        </w:tc>
      </w:tr>
      <w:tr w:rsidR="009D41FE" w:rsidRPr="002F52EB" w14:paraId="6860689F" w14:textId="77777777">
        <w:tc>
          <w:tcPr>
            <w:tcW w:w="4320" w:type="dxa"/>
          </w:tcPr>
          <w:p w14:paraId="386899C4" w14:textId="77777777" w:rsidR="009D41FE" w:rsidRPr="002F52EB" w:rsidRDefault="009F6BC9">
            <w:pPr>
              <w:rPr>
                <w:rFonts w:ascii="Letter-join Plus 40" w:hAnsi="Letter-join Plus 40" w:cstheme="majorHAnsi"/>
              </w:rPr>
            </w:pPr>
            <w:r w:rsidRPr="002F52EB">
              <w:rPr>
                <w:rFonts w:ascii="Letter-join Plus 40" w:hAnsi="Letter-join Plus 40" w:cstheme="majorHAnsi"/>
              </w:rPr>
              <w:t>Drawing Club &amp; Writing</w:t>
            </w:r>
          </w:p>
        </w:tc>
        <w:tc>
          <w:tcPr>
            <w:tcW w:w="4320" w:type="dxa"/>
          </w:tcPr>
          <w:p w14:paraId="1FDFD0F7" w14:textId="77777777" w:rsidR="009D41FE" w:rsidRPr="002F52EB" w:rsidRDefault="009F6BC9">
            <w:pPr>
              <w:rPr>
                <w:rFonts w:ascii="Letter-join Plus 40" w:hAnsi="Letter-join Plus 40" w:cstheme="majorHAnsi"/>
              </w:rPr>
            </w:pPr>
            <w:r w:rsidRPr="002F52EB">
              <w:rPr>
                <w:rFonts w:ascii="Letter-join Plus 40" w:hAnsi="Letter-join Plus 40" w:cstheme="majorHAnsi"/>
              </w:rPr>
              <w:t>Enjoy mark making using a range of materials. Give meaning to marks and drawings. Represent people, ideas and experiences through drawing. Begin making marks to represent own name and participate in Drawing Club story discussions.</w:t>
            </w:r>
          </w:p>
        </w:tc>
      </w:tr>
    </w:tbl>
    <w:p w14:paraId="4EEFB2AD" w14:textId="77777777" w:rsidR="005C61B1" w:rsidRPr="002F52EB" w:rsidRDefault="005C61B1" w:rsidP="005C61B1">
      <w:pPr>
        <w:jc w:val="center"/>
        <w:rPr>
          <w:rFonts w:ascii="Letter-join Plus 40" w:hAnsi="Letter-join Plus 40" w:cstheme="majorHAnsi"/>
          <w:b/>
          <w:bCs/>
          <w:sz w:val="28"/>
          <w:szCs w:val="28"/>
          <w:u w:val="single"/>
        </w:rPr>
      </w:pPr>
    </w:p>
    <w:p w14:paraId="263611BA" w14:textId="567A6915" w:rsidR="009D41FE" w:rsidRPr="002F52EB" w:rsidRDefault="005C61B1" w:rsidP="005C61B1">
      <w:pPr>
        <w:jc w:val="center"/>
        <w:rPr>
          <w:rFonts w:ascii="Letter-join Plus 40" w:hAnsi="Letter-join Plus 40" w:cstheme="majorHAnsi"/>
          <w:b/>
          <w:bCs/>
          <w:sz w:val="28"/>
          <w:szCs w:val="28"/>
          <w:u w:val="single"/>
        </w:rPr>
      </w:pPr>
      <w:r w:rsidRPr="002F52EB">
        <w:rPr>
          <w:rFonts w:ascii="Letter-join Plus 40" w:hAnsi="Letter-join Plus 40" w:cstheme="majorHAnsi"/>
          <w:b/>
          <w:bCs/>
          <w:sz w:val="28"/>
          <w:szCs w:val="28"/>
          <w:u w:val="single"/>
        </w:rPr>
        <w:t>Nursery Spring Term</w:t>
      </w:r>
    </w:p>
    <w:tbl>
      <w:tblPr>
        <w:tblStyle w:val="TableGrid"/>
        <w:tblW w:w="0" w:type="auto"/>
        <w:tblLook w:val="04A0" w:firstRow="1" w:lastRow="0" w:firstColumn="1" w:lastColumn="0" w:noHBand="0" w:noVBand="1"/>
      </w:tblPr>
      <w:tblGrid>
        <w:gridCol w:w="4315"/>
        <w:gridCol w:w="4315"/>
      </w:tblGrid>
      <w:tr w:rsidR="009D41FE" w:rsidRPr="002F52EB" w14:paraId="2FF75D59" w14:textId="77777777">
        <w:tc>
          <w:tcPr>
            <w:tcW w:w="4320" w:type="dxa"/>
          </w:tcPr>
          <w:p w14:paraId="0352C213" w14:textId="77777777" w:rsidR="009D41FE" w:rsidRPr="002F52EB" w:rsidRDefault="009F6BC9">
            <w:pPr>
              <w:rPr>
                <w:rFonts w:ascii="Letter-join Plus 40" w:hAnsi="Letter-join Plus 40" w:cstheme="majorHAnsi"/>
              </w:rPr>
            </w:pPr>
            <w:r w:rsidRPr="002F52EB">
              <w:rPr>
                <w:rFonts w:ascii="Letter-join Plus 40" w:hAnsi="Letter-join Plus 40" w:cstheme="majorHAnsi"/>
              </w:rPr>
              <w:t>Area</w:t>
            </w:r>
          </w:p>
        </w:tc>
        <w:tc>
          <w:tcPr>
            <w:tcW w:w="4320" w:type="dxa"/>
          </w:tcPr>
          <w:p w14:paraId="18EBFA8B" w14:textId="77777777" w:rsidR="009D41FE" w:rsidRPr="002F52EB" w:rsidRDefault="009F6BC9">
            <w:pPr>
              <w:rPr>
                <w:rFonts w:ascii="Letter-join Plus 40" w:hAnsi="Letter-join Plus 40" w:cstheme="majorHAnsi"/>
              </w:rPr>
            </w:pPr>
            <w:r w:rsidRPr="002F52EB">
              <w:rPr>
                <w:rFonts w:ascii="Letter-join Plus 40" w:hAnsi="Letter-join Plus 40" w:cstheme="majorHAnsi"/>
              </w:rPr>
              <w:t>Progression Expectations</w:t>
            </w:r>
          </w:p>
        </w:tc>
      </w:tr>
      <w:tr w:rsidR="009D41FE" w:rsidRPr="002F52EB" w14:paraId="2B629B06" w14:textId="77777777">
        <w:tc>
          <w:tcPr>
            <w:tcW w:w="4320" w:type="dxa"/>
          </w:tcPr>
          <w:p w14:paraId="3FC4E850" w14:textId="77777777" w:rsidR="009D41FE" w:rsidRPr="002F52EB" w:rsidRDefault="009F6BC9">
            <w:pPr>
              <w:rPr>
                <w:rFonts w:ascii="Letter-join Plus 40" w:hAnsi="Letter-join Plus 40" w:cstheme="majorHAnsi"/>
              </w:rPr>
            </w:pPr>
            <w:r w:rsidRPr="002F52EB">
              <w:rPr>
                <w:rFonts w:ascii="Letter-join Plus 40" w:hAnsi="Letter-join Plus 40" w:cstheme="majorHAnsi"/>
              </w:rPr>
              <w:lastRenderedPageBreak/>
              <w:t>Foundational Skills</w:t>
            </w:r>
          </w:p>
        </w:tc>
        <w:tc>
          <w:tcPr>
            <w:tcW w:w="4320" w:type="dxa"/>
          </w:tcPr>
          <w:p w14:paraId="00111BC2" w14:textId="77777777" w:rsidR="009D41FE" w:rsidRPr="002F52EB" w:rsidRDefault="009F6BC9">
            <w:pPr>
              <w:rPr>
                <w:rFonts w:ascii="Letter-join Plus 40" w:hAnsi="Letter-join Plus 40" w:cstheme="majorHAnsi"/>
              </w:rPr>
            </w:pPr>
            <w:r w:rsidRPr="002F52EB">
              <w:rPr>
                <w:rFonts w:ascii="Letter-join Plus 40" w:hAnsi="Letter-join Plus 40" w:cstheme="majorHAnsi"/>
              </w:rPr>
              <w:t>Develop one-handed tool control, anti-clockwise movements and pre-writing patterns through large and small scale activities.</w:t>
            </w:r>
          </w:p>
        </w:tc>
      </w:tr>
      <w:tr w:rsidR="009D41FE" w:rsidRPr="002F52EB" w14:paraId="75C54D40" w14:textId="77777777">
        <w:tc>
          <w:tcPr>
            <w:tcW w:w="4320" w:type="dxa"/>
          </w:tcPr>
          <w:p w14:paraId="00E1FBD8" w14:textId="77777777" w:rsidR="009D41FE" w:rsidRPr="002F52EB" w:rsidRDefault="009F6BC9">
            <w:pPr>
              <w:rPr>
                <w:rFonts w:ascii="Letter-join Plus 40" w:hAnsi="Letter-join Plus 40" w:cstheme="majorHAnsi"/>
              </w:rPr>
            </w:pPr>
            <w:r w:rsidRPr="002F52EB">
              <w:rPr>
                <w:rFonts w:ascii="Letter-join Plus 40" w:hAnsi="Letter-join Plus 40" w:cstheme="majorHAnsi"/>
              </w:rPr>
              <w:t>Comprehension</w:t>
            </w:r>
          </w:p>
        </w:tc>
        <w:tc>
          <w:tcPr>
            <w:tcW w:w="4320" w:type="dxa"/>
          </w:tcPr>
          <w:p w14:paraId="7887333B" w14:textId="77777777" w:rsidR="009D41FE" w:rsidRPr="002F52EB" w:rsidRDefault="009F6BC9">
            <w:pPr>
              <w:rPr>
                <w:rFonts w:ascii="Letter-join Plus 40" w:hAnsi="Letter-join Plus 40" w:cstheme="majorHAnsi"/>
              </w:rPr>
            </w:pPr>
            <w:r w:rsidRPr="002F52EB">
              <w:rPr>
                <w:rFonts w:ascii="Letter-join Plus 40" w:hAnsi="Letter-join Plus 40" w:cstheme="majorHAnsi"/>
              </w:rPr>
              <w:t>Retell key events from familiar stories, sequence three events, identify beginning, middle and end and use vocabulary learned through books and discussion.</w:t>
            </w:r>
          </w:p>
        </w:tc>
      </w:tr>
      <w:tr w:rsidR="009D41FE" w:rsidRPr="002F52EB" w14:paraId="40CCBAAA" w14:textId="77777777">
        <w:tc>
          <w:tcPr>
            <w:tcW w:w="4320" w:type="dxa"/>
          </w:tcPr>
          <w:p w14:paraId="2D318E81" w14:textId="77777777" w:rsidR="009D41FE" w:rsidRPr="002F52EB" w:rsidRDefault="009F6BC9">
            <w:pPr>
              <w:rPr>
                <w:rFonts w:ascii="Letter-join Plus 40" w:hAnsi="Letter-join Plus 40" w:cstheme="majorHAnsi"/>
              </w:rPr>
            </w:pPr>
            <w:r w:rsidRPr="002F52EB">
              <w:rPr>
                <w:rFonts w:ascii="Letter-join Plus 40" w:hAnsi="Letter-join Plus 40" w:cstheme="majorHAnsi"/>
              </w:rPr>
              <w:t>Phonics &amp; Reading</w:t>
            </w:r>
          </w:p>
        </w:tc>
        <w:tc>
          <w:tcPr>
            <w:tcW w:w="4320" w:type="dxa"/>
          </w:tcPr>
          <w:p w14:paraId="6134C740" w14:textId="77777777" w:rsidR="009D41FE" w:rsidRPr="002F52EB" w:rsidRDefault="009F6BC9">
            <w:pPr>
              <w:rPr>
                <w:rFonts w:ascii="Letter-join Plus 40" w:hAnsi="Letter-join Plus 40" w:cstheme="majorHAnsi"/>
              </w:rPr>
            </w:pPr>
            <w:r w:rsidRPr="002F52EB">
              <w:rPr>
                <w:rFonts w:ascii="Letter-join Plus 40" w:hAnsi="Letter-join Plus 40" w:cstheme="majorHAnsi"/>
              </w:rPr>
              <w:t>Develop Phase 1 phonological awareness. Recognise rhyming words, initial sounds and begin sequencing letters in own name. Recognise own name amongst similar names.</w:t>
            </w:r>
          </w:p>
        </w:tc>
      </w:tr>
      <w:tr w:rsidR="009D41FE" w:rsidRPr="002F52EB" w14:paraId="6969EC32" w14:textId="77777777">
        <w:tc>
          <w:tcPr>
            <w:tcW w:w="4320" w:type="dxa"/>
          </w:tcPr>
          <w:p w14:paraId="0921F27D" w14:textId="77777777" w:rsidR="009D41FE" w:rsidRPr="002F52EB" w:rsidRDefault="009F6BC9">
            <w:pPr>
              <w:rPr>
                <w:rFonts w:ascii="Letter-join Plus 40" w:hAnsi="Letter-join Plus 40" w:cstheme="majorHAnsi"/>
              </w:rPr>
            </w:pPr>
            <w:r w:rsidRPr="002F52EB">
              <w:rPr>
                <w:rFonts w:ascii="Letter-join Plus 40" w:hAnsi="Letter-join Plus 40" w:cstheme="majorHAnsi"/>
              </w:rPr>
              <w:t>Drawing Club &amp; Writing</w:t>
            </w:r>
          </w:p>
        </w:tc>
        <w:tc>
          <w:tcPr>
            <w:tcW w:w="4320" w:type="dxa"/>
          </w:tcPr>
          <w:p w14:paraId="76605A02" w14:textId="77777777" w:rsidR="009D41FE" w:rsidRPr="002F52EB" w:rsidRDefault="009F6BC9">
            <w:pPr>
              <w:rPr>
                <w:rFonts w:ascii="Letter-join Plus 40" w:hAnsi="Letter-join Plus 40" w:cstheme="majorHAnsi"/>
              </w:rPr>
            </w:pPr>
            <w:r w:rsidRPr="002F52EB">
              <w:rPr>
                <w:rFonts w:ascii="Letter-join Plus 40" w:hAnsi="Letter-join Plus 40" w:cstheme="majorHAnsi"/>
              </w:rPr>
              <w:t>Use marks to represent words, labels and messages. Clap syllables, experiment with letter-like shapes and communicate story ideas through Drawing Club.</w:t>
            </w:r>
          </w:p>
        </w:tc>
      </w:tr>
    </w:tbl>
    <w:p w14:paraId="1172C9B5" w14:textId="77777777" w:rsidR="005C61B1" w:rsidRPr="002F52EB" w:rsidRDefault="005C61B1" w:rsidP="005C61B1">
      <w:pPr>
        <w:jc w:val="center"/>
        <w:rPr>
          <w:rFonts w:ascii="Letter-join Plus 40" w:hAnsi="Letter-join Plus 40" w:cstheme="majorHAnsi"/>
          <w:b/>
          <w:bCs/>
          <w:sz w:val="28"/>
          <w:szCs w:val="28"/>
          <w:u w:val="single"/>
        </w:rPr>
      </w:pPr>
    </w:p>
    <w:p w14:paraId="4AEB3B07" w14:textId="77777777" w:rsidR="005C61B1" w:rsidRPr="002F52EB" w:rsidRDefault="005C61B1" w:rsidP="005C61B1">
      <w:pPr>
        <w:jc w:val="center"/>
        <w:rPr>
          <w:rFonts w:ascii="Letter-join Plus 40" w:hAnsi="Letter-join Plus 40" w:cstheme="majorHAnsi"/>
          <w:b/>
          <w:bCs/>
          <w:sz w:val="28"/>
          <w:szCs w:val="28"/>
          <w:u w:val="single"/>
        </w:rPr>
      </w:pPr>
    </w:p>
    <w:p w14:paraId="0414E2F3" w14:textId="53930613" w:rsidR="009D41FE" w:rsidRPr="002F52EB" w:rsidRDefault="005C61B1" w:rsidP="005C61B1">
      <w:pPr>
        <w:jc w:val="center"/>
        <w:rPr>
          <w:rFonts w:ascii="Letter-join Plus 40" w:hAnsi="Letter-join Plus 40" w:cstheme="majorHAnsi"/>
          <w:b/>
          <w:bCs/>
          <w:sz w:val="28"/>
          <w:szCs w:val="28"/>
          <w:u w:val="single"/>
        </w:rPr>
      </w:pPr>
      <w:r w:rsidRPr="002F52EB">
        <w:rPr>
          <w:rFonts w:ascii="Letter-join Plus 40" w:hAnsi="Letter-join Plus 40" w:cstheme="majorHAnsi"/>
          <w:b/>
          <w:bCs/>
          <w:sz w:val="28"/>
          <w:szCs w:val="28"/>
          <w:u w:val="single"/>
        </w:rPr>
        <w:t>Nursery Summer Term</w:t>
      </w:r>
    </w:p>
    <w:tbl>
      <w:tblPr>
        <w:tblStyle w:val="TableGrid"/>
        <w:tblW w:w="0" w:type="auto"/>
        <w:tblLook w:val="04A0" w:firstRow="1" w:lastRow="0" w:firstColumn="1" w:lastColumn="0" w:noHBand="0" w:noVBand="1"/>
      </w:tblPr>
      <w:tblGrid>
        <w:gridCol w:w="4315"/>
        <w:gridCol w:w="4315"/>
      </w:tblGrid>
      <w:tr w:rsidR="009D41FE" w:rsidRPr="002F52EB" w14:paraId="523B4019" w14:textId="77777777">
        <w:tc>
          <w:tcPr>
            <w:tcW w:w="4320" w:type="dxa"/>
          </w:tcPr>
          <w:p w14:paraId="30533D73" w14:textId="77777777" w:rsidR="009D41FE" w:rsidRPr="002F52EB" w:rsidRDefault="009F6BC9">
            <w:pPr>
              <w:rPr>
                <w:rFonts w:ascii="Letter-join Plus 40" w:hAnsi="Letter-join Plus 40" w:cstheme="majorHAnsi"/>
              </w:rPr>
            </w:pPr>
            <w:r w:rsidRPr="002F52EB">
              <w:rPr>
                <w:rFonts w:ascii="Letter-join Plus 40" w:hAnsi="Letter-join Plus 40" w:cstheme="majorHAnsi"/>
              </w:rPr>
              <w:t>Area</w:t>
            </w:r>
          </w:p>
        </w:tc>
        <w:tc>
          <w:tcPr>
            <w:tcW w:w="4320" w:type="dxa"/>
          </w:tcPr>
          <w:p w14:paraId="04692EF6" w14:textId="77777777" w:rsidR="009D41FE" w:rsidRPr="002F52EB" w:rsidRDefault="009F6BC9">
            <w:pPr>
              <w:rPr>
                <w:rFonts w:ascii="Letter-join Plus 40" w:hAnsi="Letter-join Plus 40" w:cstheme="majorHAnsi"/>
              </w:rPr>
            </w:pPr>
            <w:r w:rsidRPr="002F52EB">
              <w:rPr>
                <w:rFonts w:ascii="Letter-join Plus 40" w:hAnsi="Letter-join Plus 40" w:cstheme="majorHAnsi"/>
              </w:rPr>
              <w:t>Progression Expectations</w:t>
            </w:r>
          </w:p>
        </w:tc>
      </w:tr>
      <w:tr w:rsidR="009D41FE" w:rsidRPr="002F52EB" w14:paraId="1BE22B93" w14:textId="77777777">
        <w:tc>
          <w:tcPr>
            <w:tcW w:w="4320" w:type="dxa"/>
          </w:tcPr>
          <w:p w14:paraId="4616E9C8" w14:textId="77777777" w:rsidR="009D41FE" w:rsidRPr="002F52EB" w:rsidRDefault="009F6BC9">
            <w:pPr>
              <w:rPr>
                <w:rFonts w:ascii="Letter-join Plus 40" w:hAnsi="Letter-join Plus 40" w:cstheme="majorHAnsi"/>
              </w:rPr>
            </w:pPr>
            <w:r w:rsidRPr="002F52EB">
              <w:rPr>
                <w:rFonts w:ascii="Letter-join Plus 40" w:hAnsi="Letter-join Plus 40" w:cstheme="majorHAnsi"/>
              </w:rPr>
              <w:t>Foundational Skills</w:t>
            </w:r>
          </w:p>
        </w:tc>
        <w:tc>
          <w:tcPr>
            <w:tcW w:w="4320" w:type="dxa"/>
          </w:tcPr>
          <w:p w14:paraId="78136A4E" w14:textId="77777777" w:rsidR="009D41FE" w:rsidRPr="002F52EB" w:rsidRDefault="009F6BC9">
            <w:pPr>
              <w:rPr>
                <w:rFonts w:ascii="Letter-join Plus 40" w:hAnsi="Letter-join Plus 40" w:cstheme="majorHAnsi"/>
              </w:rPr>
            </w:pPr>
            <w:r w:rsidRPr="002F52EB">
              <w:rPr>
                <w:rFonts w:ascii="Letter-join Plus 40" w:hAnsi="Letter-join Plus 40" w:cstheme="majorHAnsi"/>
              </w:rPr>
              <w:t>Develop tripod grip, control and precision. Accurately copy circles, squares and horizontal and vertical lines.</w:t>
            </w:r>
          </w:p>
        </w:tc>
      </w:tr>
      <w:tr w:rsidR="009D41FE" w:rsidRPr="002F52EB" w14:paraId="62A5B938" w14:textId="77777777">
        <w:tc>
          <w:tcPr>
            <w:tcW w:w="4320" w:type="dxa"/>
          </w:tcPr>
          <w:p w14:paraId="4EAE55FB" w14:textId="77777777" w:rsidR="009D41FE" w:rsidRPr="002F52EB" w:rsidRDefault="009F6BC9">
            <w:pPr>
              <w:rPr>
                <w:rFonts w:ascii="Letter-join Plus 40" w:hAnsi="Letter-join Plus 40" w:cstheme="majorHAnsi"/>
              </w:rPr>
            </w:pPr>
            <w:r w:rsidRPr="002F52EB">
              <w:rPr>
                <w:rFonts w:ascii="Letter-join Plus 40" w:hAnsi="Letter-join Plus 40" w:cstheme="majorHAnsi"/>
              </w:rPr>
              <w:t>Comprehension</w:t>
            </w:r>
          </w:p>
        </w:tc>
        <w:tc>
          <w:tcPr>
            <w:tcW w:w="4320" w:type="dxa"/>
          </w:tcPr>
          <w:p w14:paraId="11256523" w14:textId="77777777" w:rsidR="009D41FE" w:rsidRPr="002F52EB" w:rsidRDefault="009F6BC9">
            <w:pPr>
              <w:rPr>
                <w:rFonts w:ascii="Letter-join Plus 40" w:hAnsi="Letter-join Plus 40" w:cstheme="majorHAnsi"/>
              </w:rPr>
            </w:pPr>
            <w:r w:rsidRPr="002F52EB">
              <w:rPr>
                <w:rFonts w:ascii="Letter-join Plus 40" w:hAnsi="Letter-join Plus 40" w:cstheme="majorHAnsi"/>
              </w:rPr>
              <w:t>Answer who, what and where questions and begin making predictions about stories.</w:t>
            </w:r>
          </w:p>
        </w:tc>
      </w:tr>
      <w:tr w:rsidR="009D41FE" w:rsidRPr="002F52EB" w14:paraId="41EECF2C" w14:textId="77777777">
        <w:tc>
          <w:tcPr>
            <w:tcW w:w="4320" w:type="dxa"/>
          </w:tcPr>
          <w:p w14:paraId="0ABF7A74" w14:textId="77777777" w:rsidR="009D41FE" w:rsidRPr="002F52EB" w:rsidRDefault="009F6BC9">
            <w:pPr>
              <w:rPr>
                <w:rFonts w:ascii="Letter-join Plus 40" w:hAnsi="Letter-join Plus 40" w:cstheme="majorHAnsi"/>
              </w:rPr>
            </w:pPr>
            <w:r w:rsidRPr="002F52EB">
              <w:rPr>
                <w:rFonts w:ascii="Letter-join Plus 40" w:hAnsi="Letter-join Plus 40" w:cstheme="majorHAnsi"/>
              </w:rPr>
              <w:t>Phonics &amp; Reading</w:t>
            </w:r>
          </w:p>
        </w:tc>
        <w:tc>
          <w:tcPr>
            <w:tcW w:w="4320" w:type="dxa"/>
          </w:tcPr>
          <w:p w14:paraId="6EC97733" w14:textId="77777777" w:rsidR="009D41FE" w:rsidRPr="002F52EB" w:rsidRDefault="009F6BC9">
            <w:pPr>
              <w:rPr>
                <w:rFonts w:ascii="Letter-join Plus 40" w:hAnsi="Letter-join Plus 40" w:cstheme="majorHAnsi"/>
              </w:rPr>
            </w:pPr>
            <w:r w:rsidRPr="002F52EB">
              <w:rPr>
                <w:rFonts w:ascii="Letter-join Plus 40" w:hAnsi="Letter-join Plus 40" w:cstheme="majorHAnsi"/>
              </w:rPr>
              <w:t>Begin oral blending and segmenting of simple words, recognise letters from own name and understand key concepts about print.</w:t>
            </w:r>
          </w:p>
        </w:tc>
      </w:tr>
      <w:tr w:rsidR="009D41FE" w:rsidRPr="002F52EB" w14:paraId="6D6E4939" w14:textId="77777777">
        <w:tc>
          <w:tcPr>
            <w:tcW w:w="4320" w:type="dxa"/>
          </w:tcPr>
          <w:p w14:paraId="018E9757" w14:textId="77777777" w:rsidR="009D41FE" w:rsidRPr="002F52EB" w:rsidRDefault="009F6BC9">
            <w:pPr>
              <w:rPr>
                <w:rFonts w:ascii="Letter-join Plus 40" w:hAnsi="Letter-join Plus 40" w:cstheme="majorHAnsi"/>
              </w:rPr>
            </w:pPr>
            <w:r w:rsidRPr="002F52EB">
              <w:rPr>
                <w:rFonts w:ascii="Letter-join Plus 40" w:hAnsi="Letter-join Plus 40" w:cstheme="majorHAnsi"/>
              </w:rPr>
              <w:t>Drawing Club &amp; Writing</w:t>
            </w:r>
          </w:p>
        </w:tc>
        <w:tc>
          <w:tcPr>
            <w:tcW w:w="4320" w:type="dxa"/>
          </w:tcPr>
          <w:p w14:paraId="56509B9A" w14:textId="77777777" w:rsidR="009D41FE" w:rsidRPr="002F52EB" w:rsidRDefault="009F6BC9">
            <w:pPr>
              <w:rPr>
                <w:rFonts w:ascii="Letter-join Plus 40" w:hAnsi="Letter-join Plus 40" w:cstheme="majorHAnsi"/>
              </w:rPr>
            </w:pPr>
            <w:r w:rsidRPr="002F52EB">
              <w:rPr>
                <w:rFonts w:ascii="Letter-join Plus 40" w:hAnsi="Letter-join Plus 40" w:cstheme="majorHAnsi"/>
              </w:rPr>
              <w:t>Write own name using some correctly formed letters. Begin representing sounds in writing and create story representations through Drawing Club.</w:t>
            </w:r>
          </w:p>
        </w:tc>
      </w:tr>
    </w:tbl>
    <w:p w14:paraId="7F8C4F0A" w14:textId="77777777" w:rsidR="005C61B1" w:rsidRPr="002F52EB" w:rsidRDefault="005C61B1" w:rsidP="005C61B1">
      <w:pPr>
        <w:jc w:val="center"/>
        <w:rPr>
          <w:rFonts w:ascii="Letter-join Plus 40" w:hAnsi="Letter-join Plus 40" w:cstheme="majorHAnsi"/>
          <w:b/>
          <w:bCs/>
          <w:sz w:val="28"/>
          <w:szCs w:val="28"/>
          <w:u w:val="single"/>
        </w:rPr>
      </w:pPr>
    </w:p>
    <w:p w14:paraId="44F89458" w14:textId="77777777" w:rsidR="005C61B1" w:rsidRPr="002F52EB" w:rsidRDefault="005C61B1" w:rsidP="005C61B1">
      <w:pPr>
        <w:jc w:val="center"/>
        <w:rPr>
          <w:rFonts w:ascii="Letter-join Plus 40" w:hAnsi="Letter-join Plus 40" w:cstheme="majorHAnsi"/>
          <w:b/>
          <w:bCs/>
          <w:sz w:val="28"/>
          <w:szCs w:val="28"/>
          <w:u w:val="single"/>
        </w:rPr>
      </w:pPr>
    </w:p>
    <w:p w14:paraId="6E9A21D3" w14:textId="2DCC0BA9" w:rsidR="009D41FE" w:rsidRPr="002F52EB" w:rsidRDefault="005C61B1" w:rsidP="005C61B1">
      <w:pPr>
        <w:jc w:val="center"/>
        <w:rPr>
          <w:rFonts w:ascii="Letter-join Plus 40" w:hAnsi="Letter-join Plus 40" w:cstheme="majorHAnsi"/>
          <w:b/>
          <w:bCs/>
          <w:sz w:val="28"/>
          <w:szCs w:val="28"/>
          <w:u w:val="single"/>
        </w:rPr>
      </w:pPr>
      <w:r w:rsidRPr="002F52EB">
        <w:rPr>
          <w:rFonts w:ascii="Letter-join Plus 40" w:hAnsi="Letter-join Plus 40" w:cstheme="majorHAnsi"/>
          <w:b/>
          <w:bCs/>
          <w:sz w:val="28"/>
          <w:szCs w:val="28"/>
          <w:u w:val="single"/>
        </w:rPr>
        <w:t>Reception Autumn Term</w:t>
      </w:r>
    </w:p>
    <w:tbl>
      <w:tblPr>
        <w:tblStyle w:val="TableGrid"/>
        <w:tblW w:w="0" w:type="auto"/>
        <w:tblLook w:val="04A0" w:firstRow="1" w:lastRow="0" w:firstColumn="1" w:lastColumn="0" w:noHBand="0" w:noVBand="1"/>
      </w:tblPr>
      <w:tblGrid>
        <w:gridCol w:w="4315"/>
        <w:gridCol w:w="4315"/>
      </w:tblGrid>
      <w:tr w:rsidR="009D41FE" w:rsidRPr="002F52EB" w14:paraId="66684137" w14:textId="77777777">
        <w:tc>
          <w:tcPr>
            <w:tcW w:w="4320" w:type="dxa"/>
          </w:tcPr>
          <w:p w14:paraId="2A109E54" w14:textId="77777777" w:rsidR="009D41FE" w:rsidRPr="002F52EB" w:rsidRDefault="009F6BC9">
            <w:pPr>
              <w:rPr>
                <w:rFonts w:ascii="Letter-join Plus 40" w:hAnsi="Letter-join Plus 40" w:cstheme="majorHAnsi"/>
              </w:rPr>
            </w:pPr>
            <w:r w:rsidRPr="002F52EB">
              <w:rPr>
                <w:rFonts w:ascii="Letter-join Plus 40" w:hAnsi="Letter-join Plus 40" w:cstheme="majorHAnsi"/>
              </w:rPr>
              <w:t>Area</w:t>
            </w:r>
          </w:p>
        </w:tc>
        <w:tc>
          <w:tcPr>
            <w:tcW w:w="4320" w:type="dxa"/>
          </w:tcPr>
          <w:p w14:paraId="5A96CDF6" w14:textId="77777777" w:rsidR="009D41FE" w:rsidRPr="002F52EB" w:rsidRDefault="009F6BC9">
            <w:pPr>
              <w:rPr>
                <w:rFonts w:ascii="Letter-join Plus 40" w:hAnsi="Letter-join Plus 40" w:cstheme="majorHAnsi"/>
              </w:rPr>
            </w:pPr>
            <w:r w:rsidRPr="002F52EB">
              <w:rPr>
                <w:rFonts w:ascii="Letter-join Plus 40" w:hAnsi="Letter-join Plus 40" w:cstheme="majorHAnsi"/>
              </w:rPr>
              <w:t>Progression Expectations</w:t>
            </w:r>
          </w:p>
        </w:tc>
      </w:tr>
      <w:tr w:rsidR="009D41FE" w:rsidRPr="002F52EB" w14:paraId="6039B2A9" w14:textId="77777777">
        <w:tc>
          <w:tcPr>
            <w:tcW w:w="4320" w:type="dxa"/>
          </w:tcPr>
          <w:p w14:paraId="489AB592" w14:textId="77777777" w:rsidR="009D41FE" w:rsidRPr="002F52EB" w:rsidRDefault="009F6BC9">
            <w:pPr>
              <w:rPr>
                <w:rFonts w:ascii="Letter-join Plus 40" w:hAnsi="Letter-join Plus 40" w:cstheme="majorHAnsi"/>
              </w:rPr>
            </w:pPr>
            <w:r w:rsidRPr="002F52EB">
              <w:rPr>
                <w:rFonts w:ascii="Letter-join Plus 40" w:hAnsi="Letter-join Plus 40" w:cstheme="majorHAnsi"/>
              </w:rPr>
              <w:t>Handwriting &amp; Letter Formation</w:t>
            </w:r>
          </w:p>
        </w:tc>
        <w:tc>
          <w:tcPr>
            <w:tcW w:w="4320" w:type="dxa"/>
          </w:tcPr>
          <w:p w14:paraId="72346CAA" w14:textId="7EEDA877" w:rsidR="009D41FE" w:rsidRPr="002F52EB" w:rsidRDefault="009F6BC9">
            <w:pPr>
              <w:rPr>
                <w:rFonts w:ascii="Letter-join Plus 40" w:hAnsi="Letter-join Plus 40" w:cstheme="majorHAnsi"/>
              </w:rPr>
            </w:pPr>
            <w:r w:rsidRPr="002F52EB">
              <w:rPr>
                <w:rFonts w:ascii="Letter-join Plus 40" w:hAnsi="Letter-join Plus 40" w:cstheme="majorHAnsi"/>
              </w:rPr>
              <w:t>Develop secure pencil grip and correct posture. Form</w:t>
            </w:r>
            <w:r w:rsidR="00FE7CD7" w:rsidRPr="002F52EB">
              <w:rPr>
                <w:rFonts w:ascii="Letter-join Plus 40" w:hAnsi="Letter-join Plus 40" w:cstheme="majorHAnsi"/>
              </w:rPr>
              <w:t xml:space="preserve"> some</w:t>
            </w:r>
            <w:r w:rsidRPr="002F52EB">
              <w:rPr>
                <w:rFonts w:ascii="Letter-join Plus 40" w:hAnsi="Letter-join Plus 40" w:cstheme="majorHAnsi"/>
              </w:rPr>
              <w:t xml:space="preserve"> taught lower-case letters correctly following school handwriting expectations</w:t>
            </w:r>
            <w:r w:rsidR="00FE7CD7" w:rsidRPr="002F52EB">
              <w:rPr>
                <w:rFonts w:ascii="Letter-join Plus 40" w:hAnsi="Letter-join Plus 40" w:cstheme="majorHAnsi"/>
              </w:rPr>
              <w:t xml:space="preserve"> and linked to Sounds-Write.</w:t>
            </w:r>
          </w:p>
        </w:tc>
      </w:tr>
      <w:tr w:rsidR="009D41FE" w:rsidRPr="002F52EB" w14:paraId="2C609A60" w14:textId="77777777">
        <w:tc>
          <w:tcPr>
            <w:tcW w:w="4320" w:type="dxa"/>
          </w:tcPr>
          <w:p w14:paraId="2087F5CE" w14:textId="77777777" w:rsidR="009D41FE" w:rsidRPr="002F52EB" w:rsidRDefault="009F6BC9">
            <w:pPr>
              <w:rPr>
                <w:rFonts w:ascii="Letter-join Plus 40" w:hAnsi="Letter-join Plus 40" w:cstheme="majorHAnsi"/>
              </w:rPr>
            </w:pPr>
            <w:r w:rsidRPr="002F52EB">
              <w:rPr>
                <w:rFonts w:ascii="Letter-join Plus 40" w:hAnsi="Letter-join Plus 40" w:cstheme="majorHAnsi"/>
              </w:rPr>
              <w:lastRenderedPageBreak/>
              <w:t>Comprehension &amp; Vocabulary</w:t>
            </w:r>
          </w:p>
        </w:tc>
        <w:tc>
          <w:tcPr>
            <w:tcW w:w="4320" w:type="dxa"/>
          </w:tcPr>
          <w:p w14:paraId="1AEDB5B5" w14:textId="77777777" w:rsidR="009D41FE" w:rsidRPr="002F52EB" w:rsidRDefault="009F6BC9">
            <w:pPr>
              <w:rPr>
                <w:rFonts w:ascii="Letter-join Plus 40" w:hAnsi="Letter-join Plus 40" w:cstheme="majorHAnsi"/>
              </w:rPr>
            </w:pPr>
            <w:r w:rsidRPr="002F52EB">
              <w:rPr>
                <w:rFonts w:ascii="Letter-join Plus 40" w:hAnsi="Letter-join Plus 40" w:cstheme="majorHAnsi"/>
              </w:rPr>
              <w:t>Answer retrieval questions, predict events and learn ambitious vocabulary from stories and Drawing Club texts.</w:t>
            </w:r>
          </w:p>
        </w:tc>
      </w:tr>
      <w:tr w:rsidR="009D41FE" w:rsidRPr="002F52EB" w14:paraId="26F0E962" w14:textId="77777777">
        <w:tc>
          <w:tcPr>
            <w:tcW w:w="4320" w:type="dxa"/>
          </w:tcPr>
          <w:p w14:paraId="110F2281" w14:textId="77777777" w:rsidR="009D41FE" w:rsidRPr="002F52EB" w:rsidRDefault="009F6BC9">
            <w:pPr>
              <w:rPr>
                <w:rFonts w:ascii="Letter-join Plus 40" w:hAnsi="Letter-join Plus 40" w:cstheme="majorHAnsi"/>
              </w:rPr>
            </w:pPr>
            <w:r w:rsidRPr="002F52EB">
              <w:rPr>
                <w:rFonts w:ascii="Letter-join Plus 40" w:hAnsi="Letter-join Plus 40" w:cstheme="majorHAnsi"/>
              </w:rPr>
              <w:t>Reading &amp; Phonics</w:t>
            </w:r>
          </w:p>
        </w:tc>
        <w:tc>
          <w:tcPr>
            <w:tcW w:w="4320" w:type="dxa"/>
          </w:tcPr>
          <w:p w14:paraId="0CAB693C" w14:textId="0DEE99B6" w:rsidR="009D41FE" w:rsidRPr="002F52EB" w:rsidRDefault="00FE7CD7">
            <w:pPr>
              <w:rPr>
                <w:rFonts w:ascii="Letter-join Plus 40" w:hAnsi="Letter-join Plus 40" w:cstheme="majorHAnsi"/>
              </w:rPr>
            </w:pPr>
            <w:r w:rsidRPr="002F52EB">
              <w:rPr>
                <w:rFonts w:ascii="Letter-join Plus 40" w:hAnsi="Letter-join Plus 40" w:cstheme="majorHAnsi"/>
              </w:rPr>
              <w:t xml:space="preserve">Begin Initial code Sounds-Write </w:t>
            </w:r>
            <w:r w:rsidR="009F6BC9" w:rsidRPr="002F52EB">
              <w:rPr>
                <w:rFonts w:ascii="Letter-join Plus 40" w:hAnsi="Letter-join Plus 40" w:cstheme="majorHAnsi"/>
              </w:rPr>
              <w:t>phonics. Blend</w:t>
            </w:r>
            <w:r w:rsidR="00AF1DF2" w:rsidRPr="002F52EB">
              <w:rPr>
                <w:rFonts w:ascii="Letter-join Plus 40" w:hAnsi="Letter-join Plus 40" w:cstheme="majorHAnsi"/>
              </w:rPr>
              <w:t xml:space="preserve"> some</w:t>
            </w:r>
            <w:r w:rsidR="009F6BC9" w:rsidRPr="002F52EB">
              <w:rPr>
                <w:rFonts w:ascii="Letter-join Plus 40" w:hAnsi="Letter-join Plus 40" w:cstheme="majorHAnsi"/>
              </w:rPr>
              <w:t xml:space="preserve"> CVC words, recognise own name and understand print concepts.</w:t>
            </w:r>
          </w:p>
        </w:tc>
      </w:tr>
      <w:tr w:rsidR="009D41FE" w:rsidRPr="002F52EB" w14:paraId="6CFDFEAC" w14:textId="77777777">
        <w:tc>
          <w:tcPr>
            <w:tcW w:w="4320" w:type="dxa"/>
          </w:tcPr>
          <w:p w14:paraId="03360C21" w14:textId="77777777" w:rsidR="009D41FE" w:rsidRPr="002F52EB" w:rsidRDefault="009F6BC9">
            <w:pPr>
              <w:rPr>
                <w:rFonts w:ascii="Letter-join Plus 40" w:hAnsi="Letter-join Plus 40" w:cstheme="majorHAnsi"/>
              </w:rPr>
            </w:pPr>
            <w:r w:rsidRPr="002F52EB">
              <w:rPr>
                <w:rFonts w:ascii="Letter-join Plus 40" w:hAnsi="Letter-join Plus 40" w:cstheme="majorHAnsi"/>
              </w:rPr>
              <w:t>Composition &amp; Writing</w:t>
            </w:r>
          </w:p>
        </w:tc>
        <w:tc>
          <w:tcPr>
            <w:tcW w:w="4320" w:type="dxa"/>
          </w:tcPr>
          <w:p w14:paraId="4B7BF1F4" w14:textId="77777777" w:rsidR="009D41FE" w:rsidRPr="002F52EB" w:rsidRDefault="009F6BC9">
            <w:pPr>
              <w:rPr>
                <w:rFonts w:ascii="Letter-join Plus 40" w:hAnsi="Letter-join Plus 40" w:cstheme="majorHAnsi"/>
              </w:rPr>
            </w:pPr>
            <w:r w:rsidRPr="002F52EB">
              <w:rPr>
                <w:rFonts w:ascii="Letter-join Plus 40" w:hAnsi="Letter-join Plus 40" w:cstheme="majorHAnsi"/>
              </w:rPr>
              <w:t>Use Drawing Club to orally rehearse ideas and stories. Write letters, names and CVC words. Apply taught phonemes in labels and captions.</w:t>
            </w:r>
          </w:p>
        </w:tc>
      </w:tr>
    </w:tbl>
    <w:p w14:paraId="672005F1" w14:textId="77777777" w:rsidR="009D41FE" w:rsidRPr="002F52EB" w:rsidRDefault="009D41FE">
      <w:pPr>
        <w:rPr>
          <w:rFonts w:ascii="Letter-join Plus 40" w:hAnsi="Letter-join Plus 40" w:cstheme="majorHAnsi"/>
        </w:rPr>
      </w:pPr>
    </w:p>
    <w:p w14:paraId="5290D953" w14:textId="23EAA159" w:rsidR="009D41FE" w:rsidRPr="002F52EB" w:rsidRDefault="005C61B1" w:rsidP="005C61B1">
      <w:pPr>
        <w:jc w:val="center"/>
        <w:rPr>
          <w:rFonts w:ascii="Letter-join Plus 40" w:hAnsi="Letter-join Plus 40" w:cstheme="majorHAnsi"/>
          <w:b/>
          <w:bCs/>
          <w:sz w:val="28"/>
          <w:szCs w:val="28"/>
          <w:u w:val="single"/>
        </w:rPr>
      </w:pPr>
      <w:r w:rsidRPr="002F52EB">
        <w:rPr>
          <w:rFonts w:ascii="Letter-join Plus 40" w:hAnsi="Letter-join Plus 40" w:cstheme="majorHAnsi"/>
          <w:b/>
          <w:bCs/>
          <w:sz w:val="28"/>
          <w:szCs w:val="28"/>
          <w:u w:val="single"/>
        </w:rPr>
        <w:t>Reception Spring Term</w:t>
      </w:r>
    </w:p>
    <w:tbl>
      <w:tblPr>
        <w:tblStyle w:val="TableGrid"/>
        <w:tblW w:w="0" w:type="auto"/>
        <w:tblLook w:val="04A0" w:firstRow="1" w:lastRow="0" w:firstColumn="1" w:lastColumn="0" w:noHBand="0" w:noVBand="1"/>
      </w:tblPr>
      <w:tblGrid>
        <w:gridCol w:w="4315"/>
        <w:gridCol w:w="4315"/>
      </w:tblGrid>
      <w:tr w:rsidR="009D41FE" w:rsidRPr="002F52EB" w14:paraId="535A1361" w14:textId="77777777">
        <w:tc>
          <w:tcPr>
            <w:tcW w:w="4320" w:type="dxa"/>
          </w:tcPr>
          <w:p w14:paraId="19EE18C6" w14:textId="77777777" w:rsidR="009D41FE" w:rsidRPr="002F52EB" w:rsidRDefault="009F6BC9">
            <w:pPr>
              <w:rPr>
                <w:rFonts w:ascii="Letter-join Plus 40" w:hAnsi="Letter-join Plus 40" w:cstheme="majorHAnsi"/>
              </w:rPr>
            </w:pPr>
            <w:r w:rsidRPr="002F52EB">
              <w:rPr>
                <w:rFonts w:ascii="Letter-join Plus 40" w:hAnsi="Letter-join Plus 40" w:cstheme="majorHAnsi"/>
              </w:rPr>
              <w:t>Area</w:t>
            </w:r>
          </w:p>
        </w:tc>
        <w:tc>
          <w:tcPr>
            <w:tcW w:w="4320" w:type="dxa"/>
          </w:tcPr>
          <w:p w14:paraId="5E3932AE" w14:textId="77777777" w:rsidR="009D41FE" w:rsidRPr="002F52EB" w:rsidRDefault="009F6BC9">
            <w:pPr>
              <w:rPr>
                <w:rFonts w:ascii="Letter-join Plus 40" w:hAnsi="Letter-join Plus 40" w:cstheme="majorHAnsi"/>
              </w:rPr>
            </w:pPr>
            <w:r w:rsidRPr="002F52EB">
              <w:rPr>
                <w:rFonts w:ascii="Letter-join Plus 40" w:hAnsi="Letter-join Plus 40" w:cstheme="majorHAnsi"/>
              </w:rPr>
              <w:t>Progression Expectations</w:t>
            </w:r>
          </w:p>
        </w:tc>
      </w:tr>
      <w:tr w:rsidR="009D41FE" w:rsidRPr="002F52EB" w14:paraId="530D7CEB" w14:textId="77777777">
        <w:tc>
          <w:tcPr>
            <w:tcW w:w="4320" w:type="dxa"/>
          </w:tcPr>
          <w:p w14:paraId="41A645BB" w14:textId="77777777" w:rsidR="009D41FE" w:rsidRPr="002F52EB" w:rsidRDefault="009F6BC9">
            <w:pPr>
              <w:rPr>
                <w:rFonts w:ascii="Letter-join Plus 40" w:hAnsi="Letter-join Plus 40" w:cstheme="majorHAnsi"/>
              </w:rPr>
            </w:pPr>
            <w:r w:rsidRPr="002F52EB">
              <w:rPr>
                <w:rFonts w:ascii="Letter-join Plus 40" w:hAnsi="Letter-join Plus 40" w:cstheme="majorHAnsi"/>
              </w:rPr>
              <w:t>Handwriting &amp; Letter Formation</w:t>
            </w:r>
          </w:p>
        </w:tc>
        <w:tc>
          <w:tcPr>
            <w:tcW w:w="4320" w:type="dxa"/>
          </w:tcPr>
          <w:p w14:paraId="22CDFA71" w14:textId="77777777" w:rsidR="009D41FE" w:rsidRPr="002F52EB" w:rsidRDefault="009F6BC9">
            <w:pPr>
              <w:rPr>
                <w:rFonts w:ascii="Letter-join Plus 40" w:hAnsi="Letter-join Plus 40" w:cstheme="majorHAnsi"/>
              </w:rPr>
            </w:pPr>
            <w:r w:rsidRPr="002F52EB">
              <w:rPr>
                <w:rFonts w:ascii="Letter-join Plus 40" w:hAnsi="Letter-join Plus 40" w:cstheme="majorHAnsi"/>
              </w:rPr>
              <w:t>Form most lower-case letters correctly, begin capitals and form numerals accurately.</w:t>
            </w:r>
          </w:p>
        </w:tc>
      </w:tr>
      <w:tr w:rsidR="009D41FE" w:rsidRPr="002F52EB" w14:paraId="492210F2" w14:textId="77777777">
        <w:tc>
          <w:tcPr>
            <w:tcW w:w="4320" w:type="dxa"/>
          </w:tcPr>
          <w:p w14:paraId="477E223B" w14:textId="77777777" w:rsidR="009D41FE" w:rsidRPr="002F52EB" w:rsidRDefault="009F6BC9">
            <w:pPr>
              <w:rPr>
                <w:rFonts w:ascii="Letter-join Plus 40" w:hAnsi="Letter-join Plus 40" w:cstheme="majorHAnsi"/>
              </w:rPr>
            </w:pPr>
            <w:r w:rsidRPr="002F52EB">
              <w:rPr>
                <w:rFonts w:ascii="Letter-join Plus 40" w:hAnsi="Letter-join Plus 40" w:cstheme="majorHAnsi"/>
              </w:rPr>
              <w:t>Comprehension &amp; Vocabulary</w:t>
            </w:r>
          </w:p>
        </w:tc>
        <w:tc>
          <w:tcPr>
            <w:tcW w:w="4320" w:type="dxa"/>
          </w:tcPr>
          <w:p w14:paraId="4CF409A0" w14:textId="77777777" w:rsidR="009D41FE" w:rsidRPr="002F52EB" w:rsidRDefault="009F6BC9">
            <w:pPr>
              <w:rPr>
                <w:rFonts w:ascii="Letter-join Plus 40" w:hAnsi="Letter-join Plus 40" w:cstheme="majorHAnsi"/>
              </w:rPr>
            </w:pPr>
            <w:r w:rsidRPr="002F52EB">
              <w:rPr>
                <w:rFonts w:ascii="Letter-join Plus 40" w:hAnsi="Letter-join Plus 40" w:cstheme="majorHAnsi"/>
              </w:rPr>
              <w:t>Discuss characters, settings and events. Identify beginning, problem and ending and use vocabulary from shared texts.</w:t>
            </w:r>
          </w:p>
        </w:tc>
      </w:tr>
      <w:tr w:rsidR="009D41FE" w:rsidRPr="002F52EB" w14:paraId="2E082ABB" w14:textId="77777777">
        <w:tc>
          <w:tcPr>
            <w:tcW w:w="4320" w:type="dxa"/>
          </w:tcPr>
          <w:p w14:paraId="3AF0FB3E" w14:textId="77777777" w:rsidR="009D41FE" w:rsidRPr="002F52EB" w:rsidRDefault="009F6BC9">
            <w:pPr>
              <w:rPr>
                <w:rFonts w:ascii="Letter-join Plus 40" w:hAnsi="Letter-join Plus 40" w:cstheme="majorHAnsi"/>
              </w:rPr>
            </w:pPr>
            <w:r w:rsidRPr="002F52EB">
              <w:rPr>
                <w:rFonts w:ascii="Letter-join Plus 40" w:hAnsi="Letter-join Plus 40" w:cstheme="majorHAnsi"/>
              </w:rPr>
              <w:t>Reading &amp; Phonics</w:t>
            </w:r>
          </w:p>
        </w:tc>
        <w:tc>
          <w:tcPr>
            <w:tcW w:w="4320" w:type="dxa"/>
          </w:tcPr>
          <w:p w14:paraId="49E33F82" w14:textId="248ACD9D" w:rsidR="009D41FE" w:rsidRPr="002F52EB" w:rsidRDefault="003F7E6B">
            <w:pPr>
              <w:rPr>
                <w:rFonts w:ascii="Letter-join Plus 40" w:hAnsi="Letter-join Plus 40" w:cstheme="majorHAnsi"/>
              </w:rPr>
            </w:pPr>
            <w:r w:rsidRPr="002F52EB">
              <w:rPr>
                <w:rFonts w:ascii="Letter-join Plus 40" w:hAnsi="Letter-join Plus 40" w:cstheme="majorHAnsi"/>
              </w:rPr>
              <w:t>Continue initial code phonics</w:t>
            </w:r>
            <w:r w:rsidR="009F6BC9" w:rsidRPr="002F52EB">
              <w:rPr>
                <w:rFonts w:ascii="Letter-join Plus 40" w:hAnsi="Letter-join Plus 40" w:cstheme="majorHAnsi"/>
              </w:rPr>
              <w:t>. Read captions, simple sentences and common exception words.</w:t>
            </w:r>
          </w:p>
        </w:tc>
      </w:tr>
      <w:tr w:rsidR="009D41FE" w:rsidRPr="002F52EB" w14:paraId="5F16D7D7" w14:textId="77777777">
        <w:tc>
          <w:tcPr>
            <w:tcW w:w="4320" w:type="dxa"/>
          </w:tcPr>
          <w:p w14:paraId="0A5C0CDF" w14:textId="77777777" w:rsidR="009D41FE" w:rsidRPr="002F52EB" w:rsidRDefault="009F6BC9">
            <w:pPr>
              <w:rPr>
                <w:rFonts w:ascii="Letter-join Plus 40" w:hAnsi="Letter-join Plus 40" w:cstheme="majorHAnsi"/>
              </w:rPr>
            </w:pPr>
            <w:r w:rsidRPr="002F52EB">
              <w:rPr>
                <w:rFonts w:ascii="Letter-join Plus 40" w:hAnsi="Letter-join Plus 40" w:cstheme="majorHAnsi"/>
              </w:rPr>
              <w:t>Composition &amp; Writing</w:t>
            </w:r>
          </w:p>
        </w:tc>
        <w:tc>
          <w:tcPr>
            <w:tcW w:w="4320" w:type="dxa"/>
          </w:tcPr>
          <w:p w14:paraId="08667EB0" w14:textId="5C4651F9" w:rsidR="009D41FE" w:rsidRPr="002F52EB" w:rsidRDefault="003F7E6B">
            <w:pPr>
              <w:rPr>
                <w:rFonts w:ascii="Letter-join Plus 40" w:hAnsi="Letter-join Plus 40" w:cstheme="majorHAnsi"/>
              </w:rPr>
            </w:pPr>
            <w:r w:rsidRPr="002F52EB">
              <w:rPr>
                <w:rFonts w:ascii="Letter-join Plus 40" w:hAnsi="Letter-join Plus 40" w:cstheme="majorHAnsi"/>
              </w:rPr>
              <w:t xml:space="preserve">Use Drawing Club and a variety of text types as a stimulus for independent writing. </w:t>
            </w:r>
            <w:r w:rsidR="009F6BC9" w:rsidRPr="002F52EB">
              <w:rPr>
                <w:rFonts w:ascii="Letter-join Plus 40" w:hAnsi="Letter-join Plus 40" w:cstheme="majorHAnsi"/>
              </w:rPr>
              <w:t>Orally rehearse sentences, write labels, captions and dictated sentences, use phonics to spell and begin using finger spaces.</w:t>
            </w:r>
            <w:r w:rsidRPr="002F52EB">
              <w:rPr>
                <w:rFonts w:ascii="Letter-join Plus 40" w:hAnsi="Letter-join Plus 40" w:cstheme="majorHAnsi"/>
              </w:rPr>
              <w:t xml:space="preserve"> </w:t>
            </w:r>
          </w:p>
        </w:tc>
      </w:tr>
    </w:tbl>
    <w:p w14:paraId="7896DD2E" w14:textId="77777777" w:rsidR="005C61B1" w:rsidRPr="002F52EB" w:rsidRDefault="005C61B1" w:rsidP="005C61B1">
      <w:pPr>
        <w:jc w:val="center"/>
        <w:rPr>
          <w:rFonts w:ascii="Letter-join Plus 40" w:hAnsi="Letter-join Plus 40" w:cstheme="majorHAnsi"/>
          <w:b/>
          <w:bCs/>
          <w:sz w:val="28"/>
          <w:szCs w:val="28"/>
          <w:u w:val="single"/>
        </w:rPr>
      </w:pPr>
    </w:p>
    <w:p w14:paraId="1997D366" w14:textId="7741369C" w:rsidR="009D41FE" w:rsidRPr="002F52EB" w:rsidRDefault="005C61B1" w:rsidP="005C61B1">
      <w:pPr>
        <w:jc w:val="center"/>
        <w:rPr>
          <w:rFonts w:ascii="Letter-join Plus 40" w:hAnsi="Letter-join Plus 40" w:cstheme="majorHAnsi"/>
          <w:b/>
          <w:bCs/>
          <w:sz w:val="28"/>
          <w:szCs w:val="28"/>
          <w:u w:val="single"/>
        </w:rPr>
      </w:pPr>
      <w:r w:rsidRPr="002F52EB">
        <w:rPr>
          <w:rFonts w:ascii="Letter-join Plus 40" w:hAnsi="Letter-join Plus 40" w:cstheme="majorHAnsi"/>
          <w:b/>
          <w:bCs/>
          <w:sz w:val="28"/>
          <w:szCs w:val="28"/>
          <w:u w:val="single"/>
        </w:rPr>
        <w:t>Reception Summer Term</w:t>
      </w:r>
    </w:p>
    <w:tbl>
      <w:tblPr>
        <w:tblStyle w:val="TableGrid"/>
        <w:tblW w:w="0" w:type="auto"/>
        <w:tblLook w:val="04A0" w:firstRow="1" w:lastRow="0" w:firstColumn="1" w:lastColumn="0" w:noHBand="0" w:noVBand="1"/>
      </w:tblPr>
      <w:tblGrid>
        <w:gridCol w:w="4315"/>
        <w:gridCol w:w="4315"/>
      </w:tblGrid>
      <w:tr w:rsidR="009D41FE" w:rsidRPr="002F52EB" w14:paraId="6CD59740" w14:textId="77777777">
        <w:tc>
          <w:tcPr>
            <w:tcW w:w="4320" w:type="dxa"/>
          </w:tcPr>
          <w:p w14:paraId="7095B669" w14:textId="77777777" w:rsidR="009D41FE" w:rsidRPr="002F52EB" w:rsidRDefault="009F6BC9">
            <w:pPr>
              <w:rPr>
                <w:rFonts w:ascii="Letter-join Plus 40" w:hAnsi="Letter-join Plus 40" w:cstheme="majorHAnsi"/>
              </w:rPr>
            </w:pPr>
            <w:r w:rsidRPr="002F52EB">
              <w:rPr>
                <w:rFonts w:ascii="Letter-join Plus 40" w:hAnsi="Letter-join Plus 40" w:cstheme="majorHAnsi"/>
              </w:rPr>
              <w:t>Area</w:t>
            </w:r>
          </w:p>
        </w:tc>
        <w:tc>
          <w:tcPr>
            <w:tcW w:w="4320" w:type="dxa"/>
          </w:tcPr>
          <w:p w14:paraId="3A83C97D" w14:textId="77777777" w:rsidR="009D41FE" w:rsidRPr="002F52EB" w:rsidRDefault="009F6BC9">
            <w:pPr>
              <w:rPr>
                <w:rFonts w:ascii="Letter-join Plus 40" w:hAnsi="Letter-join Plus 40" w:cstheme="majorHAnsi"/>
              </w:rPr>
            </w:pPr>
            <w:r w:rsidRPr="002F52EB">
              <w:rPr>
                <w:rFonts w:ascii="Letter-join Plus 40" w:hAnsi="Letter-join Plus 40" w:cstheme="majorHAnsi"/>
              </w:rPr>
              <w:t>Progression Expectations</w:t>
            </w:r>
          </w:p>
        </w:tc>
      </w:tr>
      <w:tr w:rsidR="009D41FE" w:rsidRPr="002F52EB" w14:paraId="75B4767A" w14:textId="77777777">
        <w:tc>
          <w:tcPr>
            <w:tcW w:w="4320" w:type="dxa"/>
          </w:tcPr>
          <w:p w14:paraId="59186018" w14:textId="77777777" w:rsidR="009D41FE" w:rsidRPr="002F52EB" w:rsidRDefault="009F6BC9">
            <w:pPr>
              <w:rPr>
                <w:rFonts w:ascii="Letter-join Plus 40" w:hAnsi="Letter-join Plus 40" w:cstheme="majorHAnsi"/>
              </w:rPr>
            </w:pPr>
            <w:r w:rsidRPr="002F52EB">
              <w:rPr>
                <w:rFonts w:ascii="Letter-join Plus 40" w:hAnsi="Letter-join Plus 40" w:cstheme="majorHAnsi"/>
              </w:rPr>
              <w:t>Handwriting &amp; Letter Formation</w:t>
            </w:r>
          </w:p>
        </w:tc>
        <w:tc>
          <w:tcPr>
            <w:tcW w:w="4320" w:type="dxa"/>
          </w:tcPr>
          <w:p w14:paraId="172B5DA6" w14:textId="77777777" w:rsidR="009D41FE" w:rsidRPr="002F52EB" w:rsidRDefault="009F6BC9">
            <w:pPr>
              <w:rPr>
                <w:rFonts w:ascii="Letter-join Plus 40" w:hAnsi="Letter-join Plus 40" w:cstheme="majorHAnsi"/>
              </w:rPr>
            </w:pPr>
            <w:r w:rsidRPr="002F52EB">
              <w:rPr>
                <w:rFonts w:ascii="Letter-join Plus 40" w:hAnsi="Letter-join Plus 40" w:cstheme="majorHAnsi"/>
              </w:rPr>
              <w:t>Form letters consistently and fluently, maintain correct orientation and spacing and develop writing stamina.</w:t>
            </w:r>
          </w:p>
        </w:tc>
      </w:tr>
      <w:tr w:rsidR="009D41FE" w:rsidRPr="002F52EB" w14:paraId="4F49A0ED" w14:textId="77777777">
        <w:tc>
          <w:tcPr>
            <w:tcW w:w="4320" w:type="dxa"/>
          </w:tcPr>
          <w:p w14:paraId="273229F9" w14:textId="77777777" w:rsidR="009D41FE" w:rsidRPr="002F52EB" w:rsidRDefault="009F6BC9">
            <w:pPr>
              <w:rPr>
                <w:rFonts w:ascii="Letter-join Plus 40" w:hAnsi="Letter-join Plus 40" w:cstheme="majorHAnsi"/>
              </w:rPr>
            </w:pPr>
            <w:r w:rsidRPr="002F52EB">
              <w:rPr>
                <w:rFonts w:ascii="Letter-join Plus 40" w:hAnsi="Letter-join Plus 40" w:cstheme="majorHAnsi"/>
              </w:rPr>
              <w:t>Comprehension &amp; Vocabulary</w:t>
            </w:r>
          </w:p>
        </w:tc>
        <w:tc>
          <w:tcPr>
            <w:tcW w:w="4320" w:type="dxa"/>
          </w:tcPr>
          <w:p w14:paraId="4A80EE7A" w14:textId="77777777" w:rsidR="009D41FE" w:rsidRPr="002F52EB" w:rsidRDefault="009F6BC9">
            <w:pPr>
              <w:rPr>
                <w:rFonts w:ascii="Letter-join Plus 40" w:hAnsi="Letter-join Plus 40" w:cstheme="majorHAnsi"/>
              </w:rPr>
            </w:pPr>
            <w:r w:rsidRPr="002F52EB">
              <w:rPr>
                <w:rFonts w:ascii="Letter-join Plus 40" w:hAnsi="Letter-join Plus 40" w:cstheme="majorHAnsi"/>
              </w:rPr>
              <w:t>Retell stories, explain characters and events and use recently taught vocabulary accurately.</w:t>
            </w:r>
          </w:p>
        </w:tc>
      </w:tr>
      <w:tr w:rsidR="009D41FE" w:rsidRPr="002F52EB" w14:paraId="3928E420" w14:textId="77777777">
        <w:tc>
          <w:tcPr>
            <w:tcW w:w="4320" w:type="dxa"/>
          </w:tcPr>
          <w:p w14:paraId="56AF7F6F" w14:textId="77777777" w:rsidR="009D41FE" w:rsidRPr="002F52EB" w:rsidRDefault="009F6BC9">
            <w:pPr>
              <w:rPr>
                <w:rFonts w:ascii="Letter-join Plus 40" w:hAnsi="Letter-join Plus 40" w:cstheme="majorHAnsi"/>
              </w:rPr>
            </w:pPr>
            <w:r w:rsidRPr="002F52EB">
              <w:rPr>
                <w:rFonts w:ascii="Letter-join Plus 40" w:hAnsi="Letter-join Plus 40" w:cstheme="majorHAnsi"/>
              </w:rPr>
              <w:t>Reading &amp; Phonics</w:t>
            </w:r>
          </w:p>
        </w:tc>
        <w:tc>
          <w:tcPr>
            <w:tcW w:w="4320" w:type="dxa"/>
          </w:tcPr>
          <w:p w14:paraId="25B8AF46" w14:textId="77777777" w:rsidR="009D41FE" w:rsidRPr="002F52EB" w:rsidRDefault="009F6BC9">
            <w:pPr>
              <w:rPr>
                <w:rFonts w:ascii="Letter-join Plus 40" w:hAnsi="Letter-join Plus 40" w:cstheme="majorHAnsi"/>
              </w:rPr>
            </w:pPr>
            <w:r w:rsidRPr="002F52EB">
              <w:rPr>
                <w:rFonts w:ascii="Letter-join Plus 40" w:hAnsi="Letter-join Plus 40" w:cstheme="majorHAnsi"/>
              </w:rPr>
              <w:t>Apply taught phonics confidently, read words by blending and read books matched to phonics knowledge including common exception words.</w:t>
            </w:r>
          </w:p>
        </w:tc>
      </w:tr>
      <w:tr w:rsidR="009D41FE" w:rsidRPr="002F52EB" w14:paraId="2F6D0666" w14:textId="77777777">
        <w:tc>
          <w:tcPr>
            <w:tcW w:w="4320" w:type="dxa"/>
          </w:tcPr>
          <w:p w14:paraId="70C47557" w14:textId="77777777" w:rsidR="009D41FE" w:rsidRPr="002F52EB" w:rsidRDefault="009F6BC9">
            <w:pPr>
              <w:rPr>
                <w:rFonts w:ascii="Letter-join Plus 40" w:hAnsi="Letter-join Plus 40" w:cstheme="majorHAnsi"/>
              </w:rPr>
            </w:pPr>
            <w:r w:rsidRPr="002F52EB">
              <w:rPr>
                <w:rFonts w:ascii="Letter-join Plus 40" w:hAnsi="Letter-join Plus 40" w:cstheme="majorHAnsi"/>
              </w:rPr>
              <w:t>Composition &amp; Writing</w:t>
            </w:r>
          </w:p>
        </w:tc>
        <w:tc>
          <w:tcPr>
            <w:tcW w:w="4320" w:type="dxa"/>
          </w:tcPr>
          <w:p w14:paraId="3BD68304" w14:textId="7E10EE2A" w:rsidR="009D41FE" w:rsidRPr="002F52EB" w:rsidRDefault="009F6BC9">
            <w:pPr>
              <w:rPr>
                <w:rFonts w:ascii="Letter-join Plus 40" w:hAnsi="Letter-join Plus 40" w:cstheme="majorHAnsi"/>
              </w:rPr>
            </w:pPr>
            <w:r w:rsidRPr="002F52EB">
              <w:rPr>
                <w:rFonts w:ascii="Letter-join Plus 40" w:hAnsi="Letter-join Plus 40" w:cstheme="majorHAnsi"/>
              </w:rPr>
              <w:t>Use Drawing Club</w:t>
            </w:r>
            <w:r w:rsidR="003F7E6B" w:rsidRPr="002F52EB">
              <w:rPr>
                <w:rFonts w:ascii="Letter-join Plus 40" w:hAnsi="Letter-join Plus 40" w:cstheme="majorHAnsi"/>
              </w:rPr>
              <w:t xml:space="preserve"> and a variety of text types</w:t>
            </w:r>
            <w:r w:rsidRPr="002F52EB">
              <w:rPr>
                <w:rFonts w:ascii="Letter-join Plus 40" w:hAnsi="Letter-join Plus 40" w:cstheme="majorHAnsi"/>
              </w:rPr>
              <w:t xml:space="preserve"> as a stimulus for independent writing. Compose and write simple sentences, re-read writing and apply finger spaces and phonics independently.</w:t>
            </w:r>
          </w:p>
        </w:tc>
      </w:tr>
    </w:tbl>
    <w:p w14:paraId="6A8661AD" w14:textId="77777777" w:rsidR="005C61B1" w:rsidRPr="002F52EB" w:rsidRDefault="005C61B1">
      <w:pPr>
        <w:rPr>
          <w:rFonts w:ascii="Letter-join Plus 40" w:hAnsi="Letter-join Plus 40" w:cstheme="majorHAnsi"/>
        </w:rPr>
      </w:pPr>
    </w:p>
    <w:p w14:paraId="746C69D4" w14:textId="4AE3BA9E" w:rsidR="005C61B1" w:rsidRPr="002F52EB" w:rsidRDefault="005C61B1" w:rsidP="005C61B1">
      <w:pPr>
        <w:jc w:val="center"/>
        <w:rPr>
          <w:rFonts w:ascii="Letter-join Plus 40" w:hAnsi="Letter-join Plus 40" w:cstheme="majorHAnsi"/>
          <w:b/>
          <w:bCs/>
          <w:sz w:val="32"/>
          <w:szCs w:val="32"/>
          <w:u w:val="single"/>
        </w:rPr>
      </w:pPr>
      <w:r w:rsidRPr="002F52EB">
        <w:rPr>
          <w:rFonts w:ascii="Letter-join Plus 40" w:hAnsi="Letter-join Plus 40" w:cstheme="majorHAnsi"/>
          <w:b/>
          <w:bCs/>
          <w:sz w:val="32"/>
          <w:szCs w:val="32"/>
          <w:u w:val="single"/>
        </w:rPr>
        <w:t>End of Reception- Early Learning Goals</w:t>
      </w:r>
    </w:p>
    <w:p w14:paraId="47A9BC85" w14:textId="405E1585" w:rsidR="009D41FE" w:rsidRPr="005C61B1" w:rsidRDefault="009F6BC9">
      <w:pPr>
        <w:rPr>
          <w:rFonts w:asciiTheme="majorHAnsi" w:hAnsiTheme="majorHAnsi" w:cstheme="majorHAnsi"/>
        </w:rPr>
      </w:pPr>
      <w:r w:rsidRPr="002F52EB">
        <w:rPr>
          <w:rFonts w:ascii="Letter-join Plus 40" w:hAnsi="Letter-join Plus 40" w:cstheme="majorHAnsi"/>
        </w:rPr>
        <w:lastRenderedPageBreak/>
        <w:t>Children demonstrate secure foundations in transcription, composition and communication. They form recognisable letters, apply phonics to spell words, write simple phrases and sentences, and use vocabulary developed through phonics, Drawing Club and high-quality text</w:t>
      </w:r>
      <w:r w:rsidRPr="005C61B1">
        <w:rPr>
          <w:rFonts w:asciiTheme="majorHAnsi" w:hAnsiTheme="majorHAnsi" w:cstheme="majorHAnsi"/>
        </w:rPr>
        <w:t>s.</w:t>
      </w:r>
    </w:p>
    <w:sectPr w:rsidR="009D41FE" w:rsidRPr="005C61B1" w:rsidSect="005C61B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Letter-join Plus 40">
    <w:panose1 w:val="02000505000000020003"/>
    <w:charset w:val="00"/>
    <w:family w:val="modern"/>
    <w:notTrueType/>
    <w:pitch w:val="variable"/>
    <w:sig w:usb0="8000002F" w:usb1="1000000B"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51617049">
    <w:abstractNumId w:val="8"/>
  </w:num>
  <w:num w:numId="2" w16cid:durableId="26876661">
    <w:abstractNumId w:val="6"/>
  </w:num>
  <w:num w:numId="3" w16cid:durableId="952787183">
    <w:abstractNumId w:val="5"/>
  </w:num>
  <w:num w:numId="4" w16cid:durableId="1065183404">
    <w:abstractNumId w:val="4"/>
  </w:num>
  <w:num w:numId="5" w16cid:durableId="325786513">
    <w:abstractNumId w:val="7"/>
  </w:num>
  <w:num w:numId="6" w16cid:durableId="142158084">
    <w:abstractNumId w:val="3"/>
  </w:num>
  <w:num w:numId="7" w16cid:durableId="1609310909">
    <w:abstractNumId w:val="2"/>
  </w:num>
  <w:num w:numId="8" w16cid:durableId="1278296861">
    <w:abstractNumId w:val="1"/>
  </w:num>
  <w:num w:numId="9" w16cid:durableId="11765343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F52EB"/>
    <w:rsid w:val="00326F90"/>
    <w:rsid w:val="003F7E6B"/>
    <w:rsid w:val="005C61B1"/>
    <w:rsid w:val="00813219"/>
    <w:rsid w:val="009D41FE"/>
    <w:rsid w:val="009F6BC9"/>
    <w:rsid w:val="00AA1D8D"/>
    <w:rsid w:val="00AF1DF2"/>
    <w:rsid w:val="00B47730"/>
    <w:rsid w:val="00B71E51"/>
    <w:rsid w:val="00B86702"/>
    <w:rsid w:val="00CB0664"/>
    <w:rsid w:val="00E1060E"/>
    <w:rsid w:val="00FC693F"/>
    <w:rsid w:val="00FE7C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EA8DB268-2859-42BB-9BAC-E79077891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53f7542-b963-4c1c-8c48-05cd86617b35"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EFE0B856FFD8B4D8F7D788E3A96574C" ma:contentTypeVersion="18" ma:contentTypeDescription="Create a new document." ma:contentTypeScope="" ma:versionID="265bdefd8491c7335a18fc45b7873df6">
  <xsd:schema xmlns:xsd="http://www.w3.org/2001/XMLSchema" xmlns:xs="http://www.w3.org/2001/XMLSchema" xmlns:p="http://schemas.microsoft.com/office/2006/metadata/properties" xmlns:ns3="953f7542-b963-4c1c-8c48-05cd86617b35" xmlns:ns4="be8973dc-33cd-4713-8c4d-050d8f7ac173" targetNamespace="http://schemas.microsoft.com/office/2006/metadata/properties" ma:root="true" ma:fieldsID="1b9221428b163143648bf0d6b183336e" ns3:_="" ns4:_="">
    <xsd:import namespace="953f7542-b963-4c1c-8c48-05cd86617b35"/>
    <xsd:import namespace="be8973dc-33cd-4713-8c4d-050d8f7ac17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DateTaken"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3f7542-b963-4c1c-8c48-05cd86617b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e8973dc-33cd-4713-8c4d-050d8f7ac17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020109-5631-4A41-84BD-50DF67CAD713}">
  <ds:schemaRefs>
    <ds:schemaRef ds:uri="http://schemas.microsoft.com/office/2006/metadata/properties"/>
    <ds:schemaRef ds:uri="http://schemas.microsoft.com/office/infopath/2007/PartnerControls"/>
    <ds:schemaRef ds:uri="953f7542-b963-4c1c-8c48-05cd86617b35"/>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A8FFE98D-AF14-433C-85D6-F1790858A4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3f7542-b963-4c1c-8c48-05cd86617b35"/>
    <ds:schemaRef ds:uri="be8973dc-33cd-4713-8c4d-050d8f7ac1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508A15-C2D6-4FEF-A2BF-99D98247CF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756</Words>
  <Characters>4314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Ellie Barnard</dc:creator>
  <cp:keywords/>
  <dc:description>generated by python-docx</dc:description>
  <cp:lastModifiedBy>Ellie Barnard</cp:lastModifiedBy>
  <cp:revision>3</cp:revision>
  <dcterms:created xsi:type="dcterms:W3CDTF">2026-10-05T11:58:00Z</dcterms:created>
  <dcterms:modified xsi:type="dcterms:W3CDTF">2026-10-05T12:29:00Z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0x0101000EFE0B856FFD8B4D8F7D788E3A96574C</vt:lpwstr>
  </property>
</Properties>
</file>