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37BB5" w14:textId="0F40B7CF" w:rsidR="0044185B" w:rsidRDefault="005D0C69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7B4282C" wp14:editId="4C696686">
                <wp:simplePos x="0" y="0"/>
                <wp:positionH relativeFrom="column">
                  <wp:posOffset>110490</wp:posOffset>
                </wp:positionH>
                <wp:positionV relativeFrom="paragraph">
                  <wp:posOffset>983211</wp:posOffset>
                </wp:positionV>
                <wp:extent cx="907415" cy="367030"/>
                <wp:effectExtent l="0" t="0" r="2603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639E5" w14:textId="2D5A116D" w:rsidR="009467FD" w:rsidRPr="009467FD" w:rsidRDefault="009467FD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67FD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 Luke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’</w:t>
                            </w:r>
                            <w:r w:rsidRPr="009467FD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428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7pt;margin-top:77.4pt;width:71.45pt;height:28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">
                <v:textbox>
                  <w:txbxContent>
                    <w:p w14:paraId="0DD639E5" w14:textId="2D5A116D" w:rsidR="009467FD" w:rsidRPr="009467FD" w:rsidRDefault="009467FD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67FD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 Luke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’</w:t>
                      </w:r>
                      <w:r w:rsidRPr="009467FD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0C69">
        <w:drawing>
          <wp:anchor distT="0" distB="0" distL="114300" distR="114300" simplePos="0" relativeHeight="251675648" behindDoc="0" locked="0" layoutInCell="1" allowOverlap="1" wp14:anchorId="73CF534C" wp14:editId="5E393D29">
            <wp:simplePos x="0" y="0"/>
            <wp:positionH relativeFrom="leftMargin">
              <wp:align>right</wp:align>
            </wp:positionH>
            <wp:positionV relativeFrom="paragraph">
              <wp:posOffset>913938</wp:posOffset>
            </wp:positionV>
            <wp:extent cx="528076" cy="475003"/>
            <wp:effectExtent l="0" t="0" r="5715" b="12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076" cy="475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609">
        <w:t>Gatsby Benchmark 4: Careers Education Across the Curriculum</w:t>
      </w:r>
    </w:p>
    <w:p w14:paraId="22F73750" w14:textId="0C9D6C21" w:rsidR="009467FD" w:rsidRDefault="009467FD"/>
    <w:p w14:paraId="0F4A69B5" w14:textId="3834D495" w:rsidR="00DE2B19" w:rsidRDefault="00DE2B19">
      <w:r w:rsidRPr="00DE2B19">
        <w:drawing>
          <wp:anchor distT="0" distB="0" distL="114300" distR="114300" simplePos="0" relativeHeight="251672576" behindDoc="1" locked="0" layoutInCell="1" allowOverlap="1" wp14:anchorId="6579FF1C" wp14:editId="6AB2C53C">
            <wp:simplePos x="0" y="0"/>
            <wp:positionH relativeFrom="column">
              <wp:posOffset>-1</wp:posOffset>
            </wp:positionH>
            <wp:positionV relativeFrom="paragraph">
              <wp:posOffset>-578</wp:posOffset>
            </wp:positionV>
            <wp:extent cx="5736579" cy="3325091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0747" cy="3327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AD9868" w14:textId="43707AA6" w:rsidR="0044185B" w:rsidRDefault="0044185B"/>
    <w:p w14:paraId="64F017E0" w14:textId="3530BFF1" w:rsidR="00C83FAD" w:rsidRDefault="00C83FAD" w:rsidP="00C83FAD"/>
    <w:p w14:paraId="4ECDC7F3" w14:textId="77777777" w:rsidR="00C83FAD" w:rsidRDefault="00C83FAD" w:rsidP="00C83FAD"/>
    <w:p w14:paraId="3E460756" w14:textId="77777777" w:rsidR="00C83FAD" w:rsidRDefault="00C83FAD" w:rsidP="00C83FAD"/>
    <w:p w14:paraId="13E95E79" w14:textId="77777777" w:rsidR="00C83FAD" w:rsidRDefault="00C83FAD" w:rsidP="00C83FAD"/>
    <w:p w14:paraId="16DA8B25" w14:textId="77777777" w:rsidR="00C83FAD" w:rsidRDefault="00C83FAD" w:rsidP="00C83FAD"/>
    <w:p w14:paraId="2995FFDE" w14:textId="77777777" w:rsidR="00C83FAD" w:rsidRDefault="00C83FAD" w:rsidP="00C83FAD"/>
    <w:p w14:paraId="746317DC" w14:textId="1DFB9E41" w:rsidR="00C83FAD" w:rsidRDefault="00C83FAD" w:rsidP="00C83FAD"/>
    <w:p w14:paraId="0073C357" w14:textId="29D21FBE" w:rsidR="00C83FAD" w:rsidRDefault="005A42E5" w:rsidP="00C83FAD">
      <w:r w:rsidRPr="005A42E5">
        <w:drawing>
          <wp:anchor distT="0" distB="0" distL="114300" distR="114300" simplePos="0" relativeHeight="251670528" behindDoc="0" locked="0" layoutInCell="1" allowOverlap="1" wp14:anchorId="7E6B2067" wp14:editId="02957DDA">
            <wp:simplePos x="0" y="0"/>
            <wp:positionH relativeFrom="column">
              <wp:posOffset>82550</wp:posOffset>
            </wp:positionH>
            <wp:positionV relativeFrom="paragraph">
              <wp:posOffset>209550</wp:posOffset>
            </wp:positionV>
            <wp:extent cx="5548630" cy="3182620"/>
            <wp:effectExtent l="0" t="0" r="0" b="0"/>
            <wp:wrapThrough wrapText="bothSides">
              <wp:wrapPolygon edited="0">
                <wp:start x="0" y="0"/>
                <wp:lineTo x="0" y="21462"/>
                <wp:lineTo x="21506" y="21462"/>
                <wp:lineTo x="2150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86"/>
                    <a:stretch/>
                  </pic:blipFill>
                  <pic:spPr bwMode="auto">
                    <a:xfrm>
                      <a:off x="0" y="0"/>
                      <a:ext cx="5548630" cy="318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BC6BE" w14:textId="293D2571" w:rsidR="00C83FAD" w:rsidRDefault="00C83FAD" w:rsidP="00C83FAD"/>
    <w:p w14:paraId="2DCFE435" w14:textId="77777777" w:rsidR="00C83FAD" w:rsidRDefault="00C83FAD" w:rsidP="00C83FAD"/>
    <w:p w14:paraId="13C79600" w14:textId="6CB909E7" w:rsidR="00C83FAD" w:rsidRDefault="00C83FAD" w:rsidP="00C83FAD"/>
    <w:p w14:paraId="20E2B767" w14:textId="11BDCE4B" w:rsidR="00C83FAD" w:rsidRDefault="00103609" w:rsidP="00C83FAD">
      <w:r w:rsidRPr="005D0C69">
        <w:drawing>
          <wp:anchor distT="0" distB="0" distL="114300" distR="114300" simplePos="0" relativeHeight="251677696" behindDoc="0" locked="0" layoutInCell="1" allowOverlap="1" wp14:anchorId="2C7F7D4A" wp14:editId="5E551A79">
            <wp:simplePos x="0" y="0"/>
            <wp:positionH relativeFrom="leftMargin">
              <wp:posOffset>353291</wp:posOffset>
            </wp:positionH>
            <wp:positionV relativeFrom="paragraph">
              <wp:posOffset>120823</wp:posOffset>
            </wp:positionV>
            <wp:extent cx="519708" cy="467476"/>
            <wp:effectExtent l="0" t="0" r="0" b="88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23" cy="474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51AD343" wp14:editId="42688E84">
                <wp:simplePos x="0" y="0"/>
                <wp:positionH relativeFrom="column">
                  <wp:posOffset>-914400</wp:posOffset>
                </wp:positionH>
                <wp:positionV relativeFrom="paragraph">
                  <wp:posOffset>224155</wp:posOffset>
                </wp:positionV>
                <wp:extent cx="7023100" cy="4737735"/>
                <wp:effectExtent l="0" t="0" r="6350" b="571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0" cy="4737735"/>
                          <a:chOff x="48491" y="0"/>
                          <a:chExt cx="7023677" cy="4737735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436418" y="0"/>
                            <a:ext cx="6635750" cy="4737735"/>
                            <a:chOff x="0" y="0"/>
                            <a:chExt cx="6635750" cy="4737735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635750" cy="47377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" name="Rectangle 2"/>
                          <wps:cNvSpPr/>
                          <wps:spPr>
                            <a:xfrm>
                              <a:off x="251113" y="122960"/>
                              <a:ext cx="1143000" cy="2234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Text Box 4"/>
                        <wps:cNvSpPr txBox="1"/>
                        <wps:spPr>
                          <a:xfrm>
                            <a:off x="48491" y="76200"/>
                            <a:ext cx="2542309" cy="256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3D9370" w14:textId="2A6AFECA" w:rsidR="00BC5CA4" w:rsidRPr="00BC5CA4" w:rsidRDefault="00BC5CA4" w:rsidP="00BC5CA4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C5CA4">
                                <w:rPr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St Luke’s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1AD343" id="Group 5" o:spid="_x0000_s1027" style="position:absolute;margin-left:-1in;margin-top:17.65pt;width:553pt;height:373.05pt;z-index:251655168;mso-width-relative:margin;mso-height-relative:margin" coordorigin="484" coordsize="70236,47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">
                <v:group id="Group 3" o:spid="_x0000_s1028" style="position:absolute;left:4364;width:66357;height:47377" coordsize="66357,47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66357;height:47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">
                    <v:imagedata r:id="rId10" o:title=""/>
                  </v:shape>
                  <v:rect id="Rectangle 2" o:spid="_x0000_s1030" style="position:absolute;left:2511;top:1229;width:11430;height:2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" fillcolor="white [3212]" strokecolor="white [3212]">
                    <v:shadow on="t" color="black" opacity="22937f" origin=",.5" offset="0,.63889mm"/>
                  </v:rect>
                </v:group>
                <v:shape id="Text Box 4" o:spid="_x0000_s1031" type="#_x0000_t202" style="position:absolute;left:484;top:762;width:25424;height:2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fill o:detectmouseclick="t"/>
                  <v:textbox>
                    <w:txbxContent>
                      <w:p w14:paraId="0E3D9370" w14:textId="2A6AFECA" w:rsidR="00BC5CA4" w:rsidRPr="00BC5CA4" w:rsidRDefault="00BC5CA4" w:rsidP="00BC5CA4">
                        <w:pPr>
                          <w:jc w:val="center"/>
                          <w:rPr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C5CA4">
                          <w:rPr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St Luke’s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67D11C" w14:textId="4BCDE874" w:rsidR="00C83FAD" w:rsidRDefault="00C83FAD" w:rsidP="00C83FAD">
      <w:pPr>
        <w:tabs>
          <w:tab w:val="left" w:pos="1036"/>
        </w:tabs>
      </w:pPr>
      <w:r>
        <w:tab/>
      </w:r>
    </w:p>
    <w:p w14:paraId="10D7DD65" w14:textId="2269B8BD" w:rsidR="00C83FAD" w:rsidRDefault="00C83FAD" w:rsidP="00C83FAD">
      <w:pPr>
        <w:tabs>
          <w:tab w:val="left" w:pos="1036"/>
        </w:tabs>
      </w:pPr>
    </w:p>
    <w:p w14:paraId="13B2E29A" w14:textId="1FEE898E" w:rsidR="00C83FAD" w:rsidRDefault="00C83FAD" w:rsidP="00C83FAD">
      <w:pPr>
        <w:tabs>
          <w:tab w:val="left" w:pos="1036"/>
        </w:tabs>
      </w:pPr>
    </w:p>
    <w:p w14:paraId="6EE7E767" w14:textId="64CB9496" w:rsidR="00C83FAD" w:rsidRDefault="00C83FAD" w:rsidP="00C83FAD">
      <w:pPr>
        <w:tabs>
          <w:tab w:val="left" w:pos="1036"/>
        </w:tabs>
      </w:pPr>
    </w:p>
    <w:p w14:paraId="4B878611" w14:textId="2B617852" w:rsidR="00C83FAD" w:rsidRDefault="00C83FAD" w:rsidP="00C83FAD">
      <w:pPr>
        <w:tabs>
          <w:tab w:val="left" w:pos="1036"/>
        </w:tabs>
      </w:pPr>
    </w:p>
    <w:p w14:paraId="0D36D99B" w14:textId="28BE1CCE" w:rsidR="00C83FAD" w:rsidRDefault="00C83FAD" w:rsidP="00C83FAD">
      <w:pPr>
        <w:tabs>
          <w:tab w:val="left" w:pos="1036"/>
        </w:tabs>
      </w:pPr>
    </w:p>
    <w:p w14:paraId="0FE25F42" w14:textId="2E1D8AB2" w:rsidR="00C83FAD" w:rsidRDefault="00C83FAD" w:rsidP="00C83FAD">
      <w:pPr>
        <w:tabs>
          <w:tab w:val="left" w:pos="1036"/>
        </w:tabs>
      </w:pPr>
    </w:p>
    <w:p w14:paraId="47014149" w14:textId="26514B53" w:rsidR="00C83FAD" w:rsidRDefault="00C83FAD" w:rsidP="00C83FAD">
      <w:pPr>
        <w:tabs>
          <w:tab w:val="left" w:pos="1036"/>
        </w:tabs>
      </w:pPr>
    </w:p>
    <w:p w14:paraId="280736D6" w14:textId="5CEC9BE4" w:rsidR="00C83FAD" w:rsidRDefault="00C83FAD" w:rsidP="00C83FAD">
      <w:pPr>
        <w:tabs>
          <w:tab w:val="left" w:pos="1036"/>
        </w:tabs>
      </w:pPr>
    </w:p>
    <w:p w14:paraId="2BEA1853" w14:textId="3E5E9B64" w:rsidR="00C83FAD" w:rsidRPr="00C83FAD" w:rsidRDefault="00C83FAD" w:rsidP="00C83FAD">
      <w:pPr>
        <w:tabs>
          <w:tab w:val="left" w:pos="1036"/>
        </w:tabs>
      </w:pPr>
      <w:r w:rsidRPr="00C83FAD">
        <w:drawing>
          <wp:anchor distT="0" distB="0" distL="114300" distR="114300" simplePos="0" relativeHeight="251664384" behindDoc="0" locked="0" layoutInCell="1" allowOverlap="1" wp14:anchorId="29648AC7" wp14:editId="12DFD8F4">
            <wp:simplePos x="0" y="0"/>
            <wp:positionH relativeFrom="column">
              <wp:posOffset>-318770</wp:posOffset>
            </wp:positionH>
            <wp:positionV relativeFrom="paragraph">
              <wp:posOffset>1536065</wp:posOffset>
            </wp:positionV>
            <wp:extent cx="6293485" cy="3206750"/>
            <wp:effectExtent l="0" t="0" r="0" b="0"/>
            <wp:wrapThrough wrapText="bothSides">
              <wp:wrapPolygon edited="0">
                <wp:start x="0" y="0"/>
                <wp:lineTo x="0" y="21429"/>
                <wp:lineTo x="21511" y="21429"/>
                <wp:lineTo x="2151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348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3FAD" w:rsidRPr="00C83FA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4C6"/>
    <w:rsid w:val="00103609"/>
    <w:rsid w:val="0015074B"/>
    <w:rsid w:val="0029639D"/>
    <w:rsid w:val="00326F90"/>
    <w:rsid w:val="0044185B"/>
    <w:rsid w:val="005A42E5"/>
    <w:rsid w:val="005D0C69"/>
    <w:rsid w:val="009467FD"/>
    <w:rsid w:val="00AA1D8D"/>
    <w:rsid w:val="00B47730"/>
    <w:rsid w:val="00BC5CA4"/>
    <w:rsid w:val="00C83FAD"/>
    <w:rsid w:val="00CB0664"/>
    <w:rsid w:val="00DE2B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66F84A2-0A62-41FC-B7A0-A1CB651F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Littlejohns</dc:creator>
  <cp:keywords/>
  <dc:description>generated by python-docx</dc:description>
  <cp:lastModifiedBy>Callum Littlejohns</cp:lastModifiedBy>
  <cp:revision>5</cp:revision>
  <dcterms:created xsi:type="dcterms:W3CDTF">2026-09-11T11:38:00Z</dcterms:created>
  <dcterms:modified xsi:type="dcterms:W3CDTF">2026-09-11T11:41:00Z</dcterms:modified>
  <cp:category/>
</cp:coreProperties>
</file>