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F59D8" w14:textId="63DC4B36" w:rsidR="000757FB" w:rsidRDefault="71C3CEBF">
      <w:r>
        <w:t>St Luke’s School</w:t>
      </w:r>
      <w:r w:rsidR="00755270">
        <w:br/>
      </w:r>
    </w:p>
    <w:p w14:paraId="1AB3CF32" w14:textId="77777777" w:rsidR="000757FB" w:rsidRDefault="00755270">
      <w:r>
        <w:rPr>
          <w:b/>
        </w:rPr>
        <w:t>YEAR 7 CAREERS PROGRAMME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0757FB" w14:paraId="581FBCE6" w14:textId="77777777" w:rsidTr="12E4582A">
        <w:trPr>
          <w:jc w:val="center"/>
        </w:trPr>
        <w:tc>
          <w:tcPr>
            <w:tcW w:w="2160" w:type="dxa"/>
            <w:shd w:val="clear" w:color="auto" w:fill="8B1E3F"/>
            <w:vAlign w:val="center"/>
          </w:tcPr>
          <w:p w14:paraId="24EA07CE" w14:textId="77777777" w:rsidR="000757FB" w:rsidRDefault="00755270">
            <w:r>
              <w:rPr>
                <w:b/>
                <w:color w:val="FFFFFF"/>
              </w:rPr>
              <w:t>ACTIVITY</w:t>
            </w:r>
          </w:p>
        </w:tc>
        <w:tc>
          <w:tcPr>
            <w:tcW w:w="2160" w:type="dxa"/>
            <w:shd w:val="clear" w:color="auto" w:fill="8B1E3F"/>
            <w:vAlign w:val="center"/>
          </w:tcPr>
          <w:p w14:paraId="42D89F46" w14:textId="77777777" w:rsidR="000757FB" w:rsidRDefault="00755270">
            <w:r>
              <w:rPr>
                <w:b/>
                <w:color w:val="FFFFFF"/>
              </w:rPr>
              <w:t>TITLE</w:t>
            </w:r>
          </w:p>
        </w:tc>
        <w:tc>
          <w:tcPr>
            <w:tcW w:w="2160" w:type="dxa"/>
            <w:shd w:val="clear" w:color="auto" w:fill="8B1E3F"/>
            <w:vAlign w:val="center"/>
          </w:tcPr>
          <w:p w14:paraId="79B819BE" w14:textId="77777777" w:rsidR="000757FB" w:rsidRDefault="00755270">
            <w:r>
              <w:rPr>
                <w:b/>
                <w:color w:val="FFFFFF"/>
              </w:rPr>
              <w:t>DESCRIPTION</w:t>
            </w:r>
          </w:p>
        </w:tc>
        <w:tc>
          <w:tcPr>
            <w:tcW w:w="2160" w:type="dxa"/>
            <w:shd w:val="clear" w:color="auto" w:fill="8B1E3F"/>
            <w:vAlign w:val="center"/>
          </w:tcPr>
          <w:p w14:paraId="7E3CAF28" w14:textId="77777777" w:rsidR="000757FB" w:rsidRDefault="00755270">
            <w:r>
              <w:rPr>
                <w:b/>
                <w:color w:val="FFFFFF"/>
              </w:rPr>
              <w:t>GATSBY BENCHMARK</w:t>
            </w:r>
          </w:p>
        </w:tc>
      </w:tr>
      <w:tr w:rsidR="000757FB" w14:paraId="3D3921AE" w14:textId="77777777" w:rsidTr="12E4582A">
        <w:trPr>
          <w:jc w:val="center"/>
        </w:trPr>
        <w:tc>
          <w:tcPr>
            <w:tcW w:w="2160" w:type="dxa"/>
            <w:vAlign w:val="center"/>
          </w:tcPr>
          <w:p w14:paraId="0313577C" w14:textId="77777777" w:rsidR="000757FB" w:rsidRDefault="00755270">
            <w:r>
              <w:t>Subject focus</w:t>
            </w:r>
          </w:p>
        </w:tc>
        <w:tc>
          <w:tcPr>
            <w:tcW w:w="2160" w:type="dxa"/>
            <w:vAlign w:val="center"/>
          </w:tcPr>
          <w:p w14:paraId="002B2480" w14:textId="77777777" w:rsidR="000757FB" w:rsidRDefault="00755270">
            <w:r>
              <w:t>Careers in the curriculum</w:t>
            </w:r>
          </w:p>
        </w:tc>
        <w:tc>
          <w:tcPr>
            <w:tcW w:w="2160" w:type="dxa"/>
            <w:vAlign w:val="center"/>
          </w:tcPr>
          <w:p w14:paraId="6DB96B14" w14:textId="77777777" w:rsidR="000757FB" w:rsidRDefault="00755270">
            <w:r>
              <w:t>Each curriculum area plans and implements lessons on careers linked to their subject.</w:t>
            </w:r>
          </w:p>
        </w:tc>
        <w:tc>
          <w:tcPr>
            <w:tcW w:w="2160" w:type="dxa"/>
            <w:vAlign w:val="center"/>
          </w:tcPr>
          <w:p w14:paraId="01424E4A" w14:textId="77777777" w:rsidR="000757FB" w:rsidRDefault="00755270">
            <w:r>
              <w:t>Gatsby 4</w:t>
            </w:r>
          </w:p>
        </w:tc>
      </w:tr>
      <w:tr w:rsidR="000757FB" w14:paraId="11F49C7C" w14:textId="77777777" w:rsidTr="12E4582A">
        <w:trPr>
          <w:jc w:val="center"/>
        </w:trPr>
        <w:tc>
          <w:tcPr>
            <w:tcW w:w="8640" w:type="dxa"/>
            <w:gridSpan w:val="4"/>
            <w:shd w:val="clear" w:color="auto" w:fill="EFD5D8"/>
            <w:vAlign w:val="center"/>
          </w:tcPr>
          <w:p w14:paraId="2E92C1B0" w14:textId="77777777" w:rsidR="000757FB" w:rsidRDefault="00755270">
            <w:r>
              <w:t>Autumn Term</w:t>
            </w:r>
          </w:p>
        </w:tc>
      </w:tr>
      <w:tr w:rsidR="000757FB" w14:paraId="6F206192" w14:textId="77777777" w:rsidTr="12E4582A">
        <w:trPr>
          <w:jc w:val="center"/>
        </w:trPr>
        <w:tc>
          <w:tcPr>
            <w:tcW w:w="2160" w:type="dxa"/>
            <w:vAlign w:val="center"/>
          </w:tcPr>
          <w:p w14:paraId="50FC0E75" w14:textId="77777777" w:rsidR="000757FB" w:rsidRDefault="00755270">
            <w:r>
              <w:t xml:space="preserve">Embedded PSHE </w:t>
            </w:r>
            <w:r>
              <w:t>sessions</w:t>
            </w:r>
          </w:p>
        </w:tc>
        <w:tc>
          <w:tcPr>
            <w:tcW w:w="2160" w:type="dxa"/>
            <w:vAlign w:val="center"/>
          </w:tcPr>
          <w:p w14:paraId="2B2B324B" w14:textId="77777777" w:rsidR="000757FB" w:rsidRDefault="00755270">
            <w:r>
              <w:t>Living in the wider world</w:t>
            </w:r>
          </w:p>
        </w:tc>
        <w:tc>
          <w:tcPr>
            <w:tcW w:w="2160" w:type="dxa"/>
            <w:vAlign w:val="center"/>
          </w:tcPr>
          <w:p w14:paraId="7E29E795" w14:textId="77777777" w:rsidR="000757FB" w:rsidRDefault="00755270">
            <w:r>
              <w:t>Developing skills and aspirations. Teamwork and enterprise skills and raising aspirations.</w:t>
            </w:r>
          </w:p>
        </w:tc>
        <w:tc>
          <w:tcPr>
            <w:tcW w:w="2160" w:type="dxa"/>
            <w:vAlign w:val="center"/>
          </w:tcPr>
          <w:p w14:paraId="2D5D2AEA" w14:textId="77777777" w:rsidR="000757FB" w:rsidRDefault="00755270">
            <w:r>
              <w:t>Gatsby 4</w:t>
            </w:r>
          </w:p>
        </w:tc>
      </w:tr>
      <w:tr w:rsidR="000757FB" w14:paraId="7F1D1C09" w14:textId="77777777" w:rsidTr="12E4582A">
        <w:trPr>
          <w:jc w:val="center"/>
        </w:trPr>
        <w:tc>
          <w:tcPr>
            <w:tcW w:w="8640" w:type="dxa"/>
            <w:gridSpan w:val="4"/>
            <w:shd w:val="clear" w:color="auto" w:fill="EFD5D8"/>
            <w:vAlign w:val="center"/>
          </w:tcPr>
          <w:p w14:paraId="0E0353A3" w14:textId="77777777" w:rsidR="000757FB" w:rsidRDefault="00755270">
            <w:r>
              <w:t>Spring Term</w:t>
            </w:r>
          </w:p>
        </w:tc>
      </w:tr>
      <w:tr w:rsidR="000757FB" w14:paraId="4B5D963E" w14:textId="77777777" w:rsidTr="12E4582A">
        <w:trPr>
          <w:jc w:val="center"/>
        </w:trPr>
        <w:tc>
          <w:tcPr>
            <w:tcW w:w="2160" w:type="dxa"/>
            <w:vAlign w:val="center"/>
          </w:tcPr>
          <w:p w14:paraId="7D4178CC" w14:textId="6C2A1E5D" w:rsidR="000757FB" w:rsidRDefault="45A4D36A" w:rsidP="12E4582A">
            <w:pPr>
              <w:rPr>
                <w:rFonts w:ascii="Cambria" w:eastAsia="Cambria" w:hAnsi="Cambria" w:cs="Cambria"/>
              </w:rPr>
            </w:pPr>
            <w:r w:rsidRPr="12E4582A">
              <w:rPr>
                <w:rFonts w:ascii="Cambria" w:eastAsia="Cambria" w:hAnsi="Cambria" w:cs="Cambria"/>
                <w:color w:val="000000" w:themeColor="text1"/>
              </w:rPr>
              <w:t>Academic Review Day</w:t>
            </w:r>
          </w:p>
          <w:p w14:paraId="592B3E02" w14:textId="130F6546" w:rsidR="000757FB" w:rsidRDefault="000757FB"/>
        </w:tc>
        <w:tc>
          <w:tcPr>
            <w:tcW w:w="2160" w:type="dxa"/>
            <w:vAlign w:val="center"/>
          </w:tcPr>
          <w:p w14:paraId="1BC40152" w14:textId="77777777" w:rsidR="000757FB" w:rsidRDefault="00755270">
            <w:r>
              <w:t>Personalised careers guidance</w:t>
            </w:r>
          </w:p>
        </w:tc>
        <w:tc>
          <w:tcPr>
            <w:tcW w:w="2160" w:type="dxa"/>
            <w:vAlign w:val="center"/>
          </w:tcPr>
          <w:p w14:paraId="1CACF5A1" w14:textId="0DDF42F9" w:rsidR="000757FB" w:rsidRDefault="12E4582A">
            <w:r>
              <w:t xml:space="preserve">Parents/carers and pupils will be able to speak to the school careers </w:t>
            </w:r>
            <w:r w:rsidR="37A285E4">
              <w:t>specialist</w:t>
            </w:r>
            <w:r>
              <w:t xml:space="preserve"> at </w:t>
            </w:r>
            <w:r w:rsidR="2152DB40">
              <w:t>Academic Review Day.</w:t>
            </w:r>
          </w:p>
        </w:tc>
        <w:tc>
          <w:tcPr>
            <w:tcW w:w="2160" w:type="dxa"/>
            <w:vAlign w:val="center"/>
          </w:tcPr>
          <w:p w14:paraId="05B6E1B0" w14:textId="77777777" w:rsidR="000757FB" w:rsidRDefault="00755270">
            <w:r>
              <w:t>Gatsby 3</w:t>
            </w:r>
          </w:p>
        </w:tc>
      </w:tr>
      <w:tr w:rsidR="000757FB" w14:paraId="07431357" w14:textId="77777777" w:rsidTr="12E4582A">
        <w:trPr>
          <w:jc w:val="center"/>
        </w:trPr>
        <w:tc>
          <w:tcPr>
            <w:tcW w:w="2160" w:type="dxa"/>
            <w:vAlign w:val="center"/>
          </w:tcPr>
          <w:p w14:paraId="3524FC20" w14:textId="77777777" w:rsidR="000757FB" w:rsidRPr="00755270" w:rsidRDefault="12E4582A" w:rsidP="12E4582A">
            <w:r w:rsidRPr="00755270">
              <w:t>Careers Advisor meetings</w:t>
            </w:r>
          </w:p>
        </w:tc>
        <w:tc>
          <w:tcPr>
            <w:tcW w:w="2160" w:type="dxa"/>
            <w:vAlign w:val="center"/>
          </w:tcPr>
          <w:p w14:paraId="5F521142" w14:textId="77777777" w:rsidR="000757FB" w:rsidRPr="00755270" w:rsidRDefault="12E4582A" w:rsidP="12E4582A">
            <w:r w:rsidRPr="00755270">
              <w:t>Careers Guidance</w:t>
            </w:r>
          </w:p>
        </w:tc>
        <w:tc>
          <w:tcPr>
            <w:tcW w:w="2160" w:type="dxa"/>
            <w:vAlign w:val="center"/>
          </w:tcPr>
          <w:p w14:paraId="346F8006" w14:textId="4EA24C3B" w:rsidR="000757FB" w:rsidRPr="00755270" w:rsidRDefault="12E4582A" w:rsidP="12E4582A">
            <w:r w:rsidRPr="00755270">
              <w:t xml:space="preserve">All year 7 pupils will meet with the school careers </w:t>
            </w:r>
            <w:r w:rsidR="7A46AEA8" w:rsidRPr="00755270">
              <w:t xml:space="preserve">specialist </w:t>
            </w:r>
            <w:r w:rsidRPr="00755270">
              <w:t>before their annual review and create an action plan for careers.</w:t>
            </w:r>
          </w:p>
        </w:tc>
        <w:tc>
          <w:tcPr>
            <w:tcW w:w="2160" w:type="dxa"/>
            <w:vAlign w:val="center"/>
          </w:tcPr>
          <w:p w14:paraId="7D5909A5" w14:textId="77777777" w:rsidR="000757FB" w:rsidRPr="00755270" w:rsidRDefault="12E4582A" w:rsidP="12E4582A">
            <w:r w:rsidRPr="00755270">
              <w:t>Gatsby 8</w:t>
            </w:r>
          </w:p>
        </w:tc>
      </w:tr>
      <w:tr w:rsidR="000757FB" w14:paraId="7AB21412" w14:textId="77777777" w:rsidTr="12E4582A">
        <w:trPr>
          <w:jc w:val="center"/>
        </w:trPr>
        <w:tc>
          <w:tcPr>
            <w:tcW w:w="2160" w:type="dxa"/>
            <w:vAlign w:val="center"/>
          </w:tcPr>
          <w:p w14:paraId="7807CB4E" w14:textId="77777777" w:rsidR="000757FB" w:rsidRDefault="00755270">
            <w:r>
              <w:t>Introduction to new careers</w:t>
            </w:r>
          </w:p>
        </w:tc>
        <w:tc>
          <w:tcPr>
            <w:tcW w:w="2160" w:type="dxa"/>
            <w:vAlign w:val="center"/>
          </w:tcPr>
          <w:p w14:paraId="1E7397EE" w14:textId="6A7F1DCF" w:rsidR="000757FB" w:rsidRDefault="12E4582A">
            <w:r>
              <w:t>Alumni</w:t>
            </w:r>
            <w:r w:rsidR="69210C7B">
              <w:t>/</w:t>
            </w:r>
            <w:r w:rsidR="509C7111">
              <w:t>Employee</w:t>
            </w:r>
            <w:r>
              <w:t xml:space="preserve"> visit</w:t>
            </w:r>
          </w:p>
        </w:tc>
        <w:tc>
          <w:tcPr>
            <w:tcW w:w="2160" w:type="dxa"/>
            <w:vAlign w:val="center"/>
          </w:tcPr>
          <w:p w14:paraId="78632A57" w14:textId="0CE49C8B" w:rsidR="000757FB" w:rsidRDefault="12E4582A">
            <w:r>
              <w:t xml:space="preserve">Pupils meet a range of employers and employees through the </w:t>
            </w:r>
            <w:r w:rsidR="779A6D2A">
              <w:t>assembly/PSHE programme</w:t>
            </w:r>
            <w:r>
              <w:t>.</w:t>
            </w:r>
          </w:p>
        </w:tc>
        <w:tc>
          <w:tcPr>
            <w:tcW w:w="2160" w:type="dxa"/>
            <w:vAlign w:val="center"/>
          </w:tcPr>
          <w:p w14:paraId="3C7CEB06" w14:textId="77777777" w:rsidR="000757FB" w:rsidRDefault="00755270">
            <w:r>
              <w:t>Gatsby 5</w:t>
            </w:r>
          </w:p>
        </w:tc>
      </w:tr>
      <w:tr w:rsidR="000757FB" w14:paraId="6B7ABA61" w14:textId="77777777" w:rsidTr="12E4582A">
        <w:trPr>
          <w:jc w:val="center"/>
        </w:trPr>
        <w:tc>
          <w:tcPr>
            <w:tcW w:w="8640" w:type="dxa"/>
            <w:gridSpan w:val="4"/>
            <w:shd w:val="clear" w:color="auto" w:fill="EFD5D8"/>
            <w:vAlign w:val="center"/>
          </w:tcPr>
          <w:p w14:paraId="640EFE68" w14:textId="77777777" w:rsidR="000757FB" w:rsidRDefault="00755270">
            <w:r>
              <w:t>Summer Term</w:t>
            </w:r>
          </w:p>
        </w:tc>
      </w:tr>
      <w:tr w:rsidR="000757FB" w14:paraId="2B7C2917" w14:textId="77777777" w:rsidTr="12E4582A">
        <w:trPr>
          <w:jc w:val="center"/>
        </w:trPr>
        <w:tc>
          <w:tcPr>
            <w:tcW w:w="2160" w:type="dxa"/>
            <w:vAlign w:val="center"/>
          </w:tcPr>
          <w:p w14:paraId="0C87084E" w14:textId="77777777" w:rsidR="000757FB" w:rsidRDefault="00755270">
            <w:r>
              <w:t>STEM encounter</w:t>
            </w:r>
          </w:p>
        </w:tc>
        <w:tc>
          <w:tcPr>
            <w:tcW w:w="2160" w:type="dxa"/>
            <w:vAlign w:val="center"/>
          </w:tcPr>
          <w:p w14:paraId="7F1608CB" w14:textId="77777777" w:rsidR="000757FB" w:rsidRDefault="00755270">
            <w:r>
              <w:t>STEM careers</w:t>
            </w:r>
          </w:p>
        </w:tc>
        <w:tc>
          <w:tcPr>
            <w:tcW w:w="2160" w:type="dxa"/>
            <w:vAlign w:val="center"/>
          </w:tcPr>
          <w:p w14:paraId="4405849A" w14:textId="137FC25C" w:rsidR="000757FB" w:rsidRDefault="12E4582A" w:rsidP="12E4582A">
            <w:r>
              <w:t xml:space="preserve">Pupils are visited by </w:t>
            </w:r>
            <w:r w:rsidR="2A33586B">
              <w:t xml:space="preserve">a variety of companies with planned interventions and tasks </w:t>
            </w:r>
            <w:r>
              <w:t>to bring science to life.</w:t>
            </w:r>
          </w:p>
        </w:tc>
        <w:tc>
          <w:tcPr>
            <w:tcW w:w="2160" w:type="dxa"/>
            <w:vAlign w:val="center"/>
          </w:tcPr>
          <w:p w14:paraId="2ED36B4E" w14:textId="77777777" w:rsidR="000757FB" w:rsidRDefault="00755270">
            <w:r>
              <w:t>Gatsby 4 and 5</w:t>
            </w:r>
          </w:p>
        </w:tc>
      </w:tr>
      <w:tr w:rsidR="000757FB" w14:paraId="3BDB3EB7" w14:textId="77777777" w:rsidTr="12E4582A">
        <w:trPr>
          <w:jc w:val="center"/>
        </w:trPr>
        <w:tc>
          <w:tcPr>
            <w:tcW w:w="2160" w:type="dxa"/>
            <w:vAlign w:val="center"/>
          </w:tcPr>
          <w:p w14:paraId="39E9F486" w14:textId="77777777" w:rsidR="000757FB" w:rsidRDefault="00755270">
            <w:r>
              <w:t>Drop down day</w:t>
            </w:r>
          </w:p>
        </w:tc>
        <w:tc>
          <w:tcPr>
            <w:tcW w:w="2160" w:type="dxa"/>
            <w:vAlign w:val="center"/>
          </w:tcPr>
          <w:p w14:paraId="310CDEDB" w14:textId="77777777" w:rsidR="000757FB" w:rsidRDefault="00755270">
            <w:r>
              <w:t>Year 7 Careers and Enterprise Day</w:t>
            </w:r>
          </w:p>
        </w:tc>
        <w:tc>
          <w:tcPr>
            <w:tcW w:w="2160" w:type="dxa"/>
            <w:vAlign w:val="center"/>
          </w:tcPr>
          <w:p w14:paraId="7963082F" w14:textId="01C311FC" w:rsidR="000757FB" w:rsidRDefault="12E4582A">
            <w:r>
              <w:t xml:space="preserve">Pupils work in teams to develop business and enterprise skills. </w:t>
            </w:r>
            <w:r>
              <w:lastRenderedPageBreak/>
              <w:t xml:space="preserve">Pupils are coached and mentored by local </w:t>
            </w:r>
            <w:r w:rsidR="0EF6EE7D">
              <w:t>employers</w:t>
            </w:r>
            <w:r>
              <w:t xml:space="preserve"> to develop new skills. Creative careers are a focus for the day.</w:t>
            </w:r>
          </w:p>
        </w:tc>
        <w:tc>
          <w:tcPr>
            <w:tcW w:w="2160" w:type="dxa"/>
            <w:vAlign w:val="center"/>
          </w:tcPr>
          <w:p w14:paraId="1025AE1A" w14:textId="77777777" w:rsidR="000757FB" w:rsidRDefault="00755270">
            <w:r>
              <w:lastRenderedPageBreak/>
              <w:t>Gatsby 2 and 5</w:t>
            </w:r>
          </w:p>
        </w:tc>
      </w:tr>
    </w:tbl>
    <w:p w14:paraId="6865B54B" w14:textId="77777777" w:rsidR="00000000" w:rsidRDefault="00755270"/>
    <w:sectPr w:rsidR="0000000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7FB"/>
    <w:rsid w:val="0015074B"/>
    <w:rsid w:val="0029639D"/>
    <w:rsid w:val="00326F90"/>
    <w:rsid w:val="00755270"/>
    <w:rsid w:val="00AA1D8D"/>
    <w:rsid w:val="00B47730"/>
    <w:rsid w:val="00CB0664"/>
    <w:rsid w:val="00FC693F"/>
    <w:rsid w:val="08FED4D8"/>
    <w:rsid w:val="0EF6EE7D"/>
    <w:rsid w:val="12E4582A"/>
    <w:rsid w:val="2152DB40"/>
    <w:rsid w:val="2A33586B"/>
    <w:rsid w:val="37A285E4"/>
    <w:rsid w:val="3DFDBCDF"/>
    <w:rsid w:val="45A4D36A"/>
    <w:rsid w:val="47E92E1C"/>
    <w:rsid w:val="509C7111"/>
    <w:rsid w:val="567F88C9"/>
    <w:rsid w:val="58EEA19B"/>
    <w:rsid w:val="69210C7B"/>
    <w:rsid w:val="6AB1E648"/>
    <w:rsid w:val="70DE34FB"/>
    <w:rsid w:val="71C3CEBF"/>
    <w:rsid w:val="779A6D2A"/>
    <w:rsid w:val="7A46AEA8"/>
    <w:rsid w:val="7FF6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0079B93-22D5-4B77-9E44-979EF287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1107</Characters>
  <Application>Microsoft Office Word</Application>
  <DocSecurity>0</DocSecurity>
  <Lines>9</Lines>
  <Paragraphs>2</Paragraphs>
  <ScaleCrop>false</ScaleCrop>
  <Manager/>
  <Company/>
  <LinksUpToDate>false</LinksUpToDate>
  <CharactersWithSpaces>1299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Callum Littlejohns</dc:creator>
  <cp:keywords/>
  <dc:description>generated by python-docx</dc:description>
  <cp:lastModifiedBy>Callum Littlejohns</cp:lastModifiedBy>
  <cp:revision>3</cp:revision>
  <dcterms:created xsi:type="dcterms:W3CDTF">2026-09-10T16:19:00Z</dcterms:created>
  <dcterms:modified xsi:type="dcterms:W3CDTF">2026-09-11T11:48:00Z</dcterms:modified>
  <cp:category/>
</cp:coreProperties>
</file>