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tbl>
      <w:tblPr>
        <w:tblW w:w="0" w:type="auto"/>
        <w:jc w:val="center"/>
        <w:tblBorders>
          <w:top w:val="single" w:color="FFFFFF" w:sz="0" w:space="0"/>
          <w:left w:val="single" w:color="FFFFFF" w:sz="0" w:space="0"/>
          <w:bottom w:val="single" w:color="FFFFFF" w:sz="0" w:space="0"/>
          <w:right w:val="single" w:color="FFFFFF" w:sz="0" w:space="0"/>
          <w:insideH w:val="single" w:color="FFFFFF" w:sz="0" w:space="0"/>
          <w:insideV w:val="single" w:color="FFFFFF" w:sz="0" w:space="0"/>
        </w:tblBorders>
        <w:tblLayout w:type="fixed"/>
        <w:tblLook w:val="04A0" w:firstRow="1" w:lastRow="0" w:firstColumn="1" w:lastColumn="0" w:noHBand="0" w:noVBand="1"/>
      </w:tblPr>
      <w:tblGrid>
        <w:gridCol w:w="1814"/>
        <w:gridCol w:w="9071"/>
      </w:tblGrid>
      <w:tr w:rsidR="00671F69" w14:paraId="1AF76636" w14:textId="77777777">
        <w:trPr>
          <w:cantSplit/>
          <w:jc w:val="center"/>
        </w:trPr>
        <w:tc>
          <w:tcPr>
            <w:tcW w:w="1814" w:type="dxa"/>
            <w:vAlign w:val="center"/>
          </w:tcPr>
          <w:p w:rsidR="00671F69" w:rsidRDefault="001D12A3" w14:paraId="0BF313C3" w14:textId="7777777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397481C" wp14:editId="1DB622A1">
                  <wp:extent cx="954000" cy="94994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" cy="94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1" w:type="dxa"/>
            <w:shd w:val="clear" w:color="auto" w:fill="176A87"/>
            <w:tcMar>
              <w:top w:w="80" w:type="dxa"/>
              <w:left w:w="220" w:type="dxa"/>
              <w:bottom w:w="80" w:type="dxa"/>
              <w:right w:w="220" w:type="dxa"/>
            </w:tcMar>
          </w:tcPr>
          <w:p w:rsidRPr="002D3C97" w:rsidR="00671F69" w:rsidRDefault="001D12A3" w14:paraId="0749D63E" w14:textId="77777777">
            <w:pPr>
              <w:jc w:val="center"/>
              <w:rPr>
                <w:sz w:val="56"/>
                <w:szCs w:val="56"/>
              </w:rPr>
            </w:pPr>
            <w:r w:rsidRPr="002D3C97">
              <w:rPr>
                <w:b/>
                <w:color w:val="FFFFFF"/>
                <w:sz w:val="56"/>
                <w:szCs w:val="56"/>
              </w:rPr>
              <w:t>CLUBS &amp; ENRICHMENT</w:t>
            </w:r>
          </w:p>
          <w:p w:rsidRPr="002D3C97" w:rsidR="00671F69" w:rsidRDefault="001D12A3" w14:paraId="36ACB70E" w14:textId="77777777">
            <w:pPr>
              <w:jc w:val="center"/>
              <w:rPr>
                <w:sz w:val="32"/>
                <w:szCs w:val="32"/>
              </w:rPr>
            </w:pPr>
            <w:r w:rsidRPr="002D3C97">
              <w:rPr>
                <w:b/>
                <w:color w:val="DAF1F7"/>
                <w:sz w:val="32"/>
                <w:szCs w:val="32"/>
              </w:rPr>
              <w:t xml:space="preserve">TERM </w:t>
            </w:r>
            <w:proofErr w:type="gramStart"/>
            <w:r w:rsidRPr="002D3C97">
              <w:rPr>
                <w:b/>
                <w:color w:val="DAF1F7"/>
                <w:sz w:val="32"/>
                <w:szCs w:val="32"/>
              </w:rPr>
              <w:t>1  •</w:t>
            </w:r>
            <w:proofErr w:type="gramEnd"/>
            <w:r w:rsidRPr="002D3C97">
              <w:rPr>
                <w:b/>
                <w:color w:val="DAF1F7"/>
                <w:sz w:val="32"/>
                <w:szCs w:val="32"/>
              </w:rPr>
              <w:t xml:space="preserve">  2026–2027</w:t>
            </w:r>
          </w:p>
        </w:tc>
      </w:tr>
    </w:tbl>
    <w:p w:rsidRPr="002D3C97" w:rsidR="00671F69" w:rsidRDefault="001D12A3" w14:paraId="2018DC18" w14:textId="77777777">
      <w:pPr>
        <w:spacing w:before="80" w:after="80"/>
        <w:jc w:val="center"/>
        <w:rPr>
          <w:sz w:val="24"/>
          <w:szCs w:val="24"/>
        </w:rPr>
      </w:pPr>
      <w:r w:rsidRPr="002D3C97">
        <w:rPr>
          <w:b/>
          <w:color w:val="4A4D53"/>
          <w:sz w:val="24"/>
          <w:szCs w:val="24"/>
        </w:rPr>
        <w:t>Choose something you enjoy. Try something new. Build skills for life.</w:t>
      </w:r>
    </w:p>
    <w:tbl>
      <w:tblPr>
        <w:tblW w:w="0" w:type="auto"/>
        <w:jc w:val="center"/>
        <w:tblBorders>
          <w:top w:val="single" w:color="D7DCE3" w:sz="5" w:space="0"/>
          <w:left w:val="single" w:color="D7DCE3" w:sz="5" w:space="0"/>
          <w:bottom w:val="single" w:color="D7DCE3" w:sz="5" w:space="0"/>
          <w:right w:val="single" w:color="D7DCE3" w:sz="5" w:space="0"/>
          <w:insideH w:val="single" w:color="D7DCE3" w:sz="5" w:space="0"/>
          <w:insideV w:val="single" w:color="D7DCE3" w:sz="5" w:space="0"/>
        </w:tblBorders>
        <w:tblLayout w:type="fixed"/>
        <w:tblLook w:val="04A0" w:firstRow="1" w:lastRow="0" w:firstColumn="1" w:lastColumn="0" w:noHBand="0" w:noVBand="1"/>
      </w:tblPr>
      <w:tblGrid>
        <w:gridCol w:w="1332"/>
        <w:gridCol w:w="4762"/>
        <w:gridCol w:w="4762"/>
      </w:tblGrid>
      <w:tr w:rsidRPr="002D3C97" w:rsidR="00671F69" w:rsidTr="5541A728" w14:paraId="0DE9A89F" w14:textId="77777777">
        <w:trPr>
          <w:cantSplit/>
          <w:jc w:val="center"/>
        </w:trPr>
        <w:tc>
          <w:tcPr>
            <w:tcW w:w="1332" w:type="dxa"/>
            <w:shd w:val="clear" w:color="auto" w:fill="6C63B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Pr="002D3C97" w:rsidR="00671F69" w:rsidRDefault="001D12A3" w14:paraId="74C03A37" w14:textId="4CD7604C">
            <w:pPr>
              <w:jc w:val="center"/>
              <w:rPr>
                <w:sz w:val="24"/>
                <w:szCs w:val="24"/>
              </w:rPr>
            </w:pPr>
            <w:r w:rsidRPr="002D3C97">
              <w:rPr>
                <w:b/>
                <w:color w:val="FFFFFF"/>
                <w:sz w:val="24"/>
                <w:szCs w:val="24"/>
              </w:rPr>
              <w:t>MON</w:t>
            </w:r>
          </w:p>
        </w:tc>
        <w:tc>
          <w:tcPr>
            <w:tcW w:w="476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:rsidRPr="002D3C97" w:rsidR="00671F69" w:rsidRDefault="001D12A3" w14:paraId="0D864459" w14:textId="77777777">
            <w:pPr>
              <w:spacing w:after="40"/>
              <w:rPr>
                <w:sz w:val="24"/>
                <w:szCs w:val="24"/>
              </w:rPr>
            </w:pPr>
            <w:proofErr w:type="gramStart"/>
            <w:r w:rsidRPr="002D3C97">
              <w:rPr>
                <w:b/>
                <w:color w:val="6C63B8"/>
                <w:sz w:val="24"/>
                <w:szCs w:val="24"/>
              </w:rPr>
              <w:t>LUNCH  •</w:t>
            </w:r>
            <w:proofErr w:type="gramEnd"/>
            <w:r w:rsidRPr="002D3C97">
              <w:rPr>
                <w:b/>
                <w:color w:val="6C63B8"/>
                <w:sz w:val="24"/>
                <w:szCs w:val="24"/>
              </w:rPr>
              <w:t xml:space="preserve">  1.30–2.00pm</w:t>
            </w:r>
          </w:p>
          <w:p w:rsidRPr="002D3C97" w:rsidR="00671F69" w:rsidRDefault="001D12A3" w14:paraId="72F8C140" w14:textId="77777777">
            <w:pPr>
              <w:spacing w:after="6" w:line="216" w:lineRule="auto"/>
              <w:rPr>
                <w:sz w:val="24"/>
                <w:szCs w:val="24"/>
              </w:rPr>
            </w:pPr>
            <w:r w:rsidRPr="002D3C97">
              <w:rPr>
                <w:b/>
                <w:sz w:val="24"/>
                <w:szCs w:val="24"/>
              </w:rPr>
              <w:t>Learning BSL – Communicating using British Sign Language</w:t>
            </w:r>
            <w:r w:rsidRPr="002D3C97">
              <w:rPr>
                <w:color w:val="696E76"/>
                <w:sz w:val="24"/>
                <w:szCs w:val="24"/>
              </w:rPr>
              <w:t xml:space="preserve">   M4</w:t>
            </w:r>
          </w:p>
          <w:p w:rsidRPr="002D3C97" w:rsidR="00671F69" w:rsidRDefault="001D12A3" w14:paraId="4C1AB9EC" w14:textId="77777777">
            <w:pPr>
              <w:spacing w:after="6" w:line="216" w:lineRule="auto"/>
              <w:rPr>
                <w:sz w:val="24"/>
                <w:szCs w:val="24"/>
              </w:rPr>
            </w:pPr>
            <w:r w:rsidRPr="002D3C97">
              <w:rPr>
                <w:b/>
                <w:sz w:val="24"/>
                <w:szCs w:val="24"/>
              </w:rPr>
              <w:t>Lunchtime Astro Footy</w:t>
            </w:r>
            <w:r w:rsidRPr="002D3C97">
              <w:rPr>
                <w:color w:val="696E76"/>
                <w:sz w:val="24"/>
                <w:szCs w:val="24"/>
              </w:rPr>
              <w:t xml:space="preserve">   Astro</w:t>
            </w:r>
          </w:p>
          <w:p w:rsidRPr="002D3C97" w:rsidR="00671F69" w:rsidRDefault="001D12A3" w14:paraId="385B6E5F" w14:textId="77777777">
            <w:pPr>
              <w:spacing w:after="6" w:line="216" w:lineRule="auto"/>
              <w:rPr>
                <w:sz w:val="24"/>
                <w:szCs w:val="24"/>
              </w:rPr>
            </w:pPr>
            <w:r w:rsidRPr="002D3C97">
              <w:rPr>
                <w:b/>
                <w:sz w:val="24"/>
                <w:szCs w:val="24"/>
              </w:rPr>
              <w:t>Junk journaling / Art club</w:t>
            </w:r>
            <w:r w:rsidRPr="002D3C97">
              <w:rPr>
                <w:color w:val="696E76"/>
                <w:sz w:val="24"/>
                <w:szCs w:val="24"/>
              </w:rPr>
              <w:t xml:space="preserve">   A1</w:t>
            </w:r>
          </w:p>
          <w:p w:rsidRPr="002D3C97" w:rsidR="00671F69" w:rsidRDefault="001D12A3" w14:paraId="26A611F9" w14:textId="77777777">
            <w:pPr>
              <w:spacing w:after="6" w:line="216" w:lineRule="auto"/>
              <w:rPr>
                <w:sz w:val="24"/>
                <w:szCs w:val="24"/>
              </w:rPr>
            </w:pPr>
            <w:r w:rsidRPr="002D3C97">
              <w:rPr>
                <w:b/>
                <w:sz w:val="24"/>
                <w:szCs w:val="24"/>
              </w:rPr>
              <w:t>Basketball</w:t>
            </w:r>
            <w:r w:rsidRPr="002D3C97">
              <w:rPr>
                <w:color w:val="696E76"/>
                <w:sz w:val="24"/>
                <w:szCs w:val="24"/>
              </w:rPr>
              <w:t xml:space="preserve">   Sportshall</w:t>
            </w:r>
          </w:p>
          <w:p w:rsidRPr="002D3C97" w:rsidR="00671F69" w:rsidRDefault="001D12A3" w14:paraId="4C0C40AB" w14:textId="77777777">
            <w:pPr>
              <w:spacing w:after="6" w:line="216" w:lineRule="auto"/>
              <w:rPr>
                <w:sz w:val="24"/>
                <w:szCs w:val="24"/>
              </w:rPr>
            </w:pPr>
            <w:r w:rsidRPr="002D3C97">
              <w:rPr>
                <w:b/>
                <w:sz w:val="24"/>
                <w:szCs w:val="24"/>
              </w:rPr>
              <w:t>LRC Reading / homework</w:t>
            </w:r>
            <w:r w:rsidRPr="002D3C97">
              <w:rPr>
                <w:color w:val="696E76"/>
                <w:sz w:val="24"/>
                <w:szCs w:val="24"/>
              </w:rPr>
              <w:t xml:space="preserve">   LRC</w:t>
            </w:r>
          </w:p>
          <w:p w:rsidRPr="002D3C97" w:rsidR="00671F69" w:rsidRDefault="001D12A3" w14:paraId="4665F246" w14:textId="1C55D163">
            <w:pPr>
              <w:spacing w:after="6" w:line="216" w:lineRule="auto"/>
            </w:pPr>
            <w:r w:rsidRPr="5541A728" w:rsidR="3C5BAA0D">
              <w:rPr>
                <w:b w:val="1"/>
                <w:bCs w:val="1"/>
                <w:sz w:val="24"/>
                <w:szCs w:val="24"/>
              </w:rPr>
              <w:t>Hub Club</w:t>
            </w:r>
            <w:r w:rsidRPr="5541A728" w:rsidR="3C5BAA0D">
              <w:rPr>
                <w:color w:val="696E76"/>
                <w:sz w:val="24"/>
                <w:szCs w:val="24"/>
              </w:rPr>
              <w:t xml:space="preserve">   Hub</w:t>
            </w:r>
          </w:p>
          <w:p w:rsidRPr="002D3C97" w:rsidR="00671F69" w:rsidRDefault="001D12A3" w14:paraId="0D19B757" w14:textId="47BEEEFB">
            <w:pPr>
              <w:spacing w:after="6" w:line="216" w:lineRule="auto"/>
            </w:pPr>
            <w:r w:rsidRPr="5541A728" w:rsidR="59BE318E">
              <w:rPr>
                <w:b w:val="1"/>
                <w:bCs w:val="1"/>
                <w:color w:val="auto"/>
                <w:sz w:val="24"/>
                <w:szCs w:val="24"/>
              </w:rPr>
              <w:t>ICT Club</w:t>
            </w:r>
            <w:r w:rsidRPr="5541A728" w:rsidR="59BE318E">
              <w:rPr>
                <w:color w:val="696E76"/>
                <w:sz w:val="24"/>
                <w:szCs w:val="24"/>
              </w:rPr>
              <w:t xml:space="preserve"> ICT2</w:t>
            </w:r>
          </w:p>
        </w:tc>
        <w:tc>
          <w:tcPr>
            <w:tcW w:w="476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:rsidRPr="002D3C97" w:rsidR="00671F69" w:rsidRDefault="001D12A3" w14:paraId="2E9B4891" w14:textId="77777777">
            <w:pPr>
              <w:spacing w:after="40"/>
              <w:rPr>
                <w:sz w:val="24"/>
                <w:szCs w:val="24"/>
              </w:rPr>
            </w:pPr>
            <w:r w:rsidRPr="002D3C97">
              <w:rPr>
                <w:b/>
                <w:color w:val="6C63B8"/>
                <w:sz w:val="24"/>
                <w:szCs w:val="24"/>
              </w:rPr>
              <w:t xml:space="preserve">AFTER </w:t>
            </w:r>
            <w:proofErr w:type="gramStart"/>
            <w:r w:rsidRPr="002D3C97">
              <w:rPr>
                <w:b/>
                <w:color w:val="6C63B8"/>
                <w:sz w:val="24"/>
                <w:szCs w:val="24"/>
              </w:rPr>
              <w:t>SCHOOL  •</w:t>
            </w:r>
            <w:proofErr w:type="gramEnd"/>
            <w:r w:rsidRPr="002D3C97">
              <w:rPr>
                <w:b/>
                <w:color w:val="6C63B8"/>
                <w:sz w:val="24"/>
                <w:szCs w:val="24"/>
              </w:rPr>
              <w:t xml:space="preserve">  3.00–4.00pm</w:t>
            </w:r>
          </w:p>
          <w:p w:rsidRPr="002D3C97" w:rsidR="00671F69" w:rsidRDefault="001D12A3" w14:paraId="163BB2DA" w14:textId="77777777">
            <w:pPr>
              <w:spacing w:after="6" w:line="216" w:lineRule="auto"/>
              <w:rPr>
                <w:sz w:val="24"/>
                <w:szCs w:val="24"/>
              </w:rPr>
            </w:pPr>
            <w:r w:rsidRPr="002D3C97">
              <w:rPr>
                <w:b/>
                <w:sz w:val="24"/>
                <w:szCs w:val="24"/>
              </w:rPr>
              <w:t>Football</w:t>
            </w:r>
            <w:r w:rsidRPr="002D3C97">
              <w:rPr>
                <w:color w:val="696E76"/>
                <w:sz w:val="24"/>
                <w:szCs w:val="24"/>
              </w:rPr>
              <w:t xml:space="preserve">   Astro</w:t>
            </w:r>
          </w:p>
          <w:p w:rsidRPr="002D3C97" w:rsidR="00671F69" w:rsidRDefault="001D12A3" w14:paraId="0B491650" w14:textId="77777777">
            <w:pPr>
              <w:spacing w:after="6" w:line="216" w:lineRule="auto"/>
              <w:rPr>
                <w:sz w:val="24"/>
                <w:szCs w:val="24"/>
              </w:rPr>
            </w:pPr>
            <w:r w:rsidRPr="002D3C97">
              <w:rPr>
                <w:b/>
                <w:sz w:val="24"/>
                <w:szCs w:val="24"/>
              </w:rPr>
              <w:t>Girls Football</w:t>
            </w:r>
            <w:r w:rsidRPr="002D3C97">
              <w:rPr>
                <w:color w:val="696E76"/>
                <w:sz w:val="24"/>
                <w:szCs w:val="24"/>
              </w:rPr>
              <w:t xml:space="preserve">   Astro</w:t>
            </w:r>
          </w:p>
        </w:tc>
      </w:tr>
    </w:tbl>
    <w:p w:rsidRPr="002D3C97" w:rsidR="00671F69" w:rsidRDefault="00671F69" w14:paraId="57F6A005" w14:textId="77777777">
      <w:pPr>
        <w:spacing w:after="24" w:line="48" w:lineRule="auto"/>
        <w:rPr>
          <w:sz w:val="24"/>
          <w:szCs w:val="24"/>
        </w:rPr>
      </w:pPr>
    </w:p>
    <w:tbl>
      <w:tblPr>
        <w:tblW w:w="0" w:type="auto"/>
        <w:jc w:val="center"/>
        <w:tblBorders>
          <w:top w:val="single" w:color="D7DCE3" w:sz="5" w:space="0"/>
          <w:left w:val="single" w:color="D7DCE3" w:sz="5" w:space="0"/>
          <w:bottom w:val="single" w:color="D7DCE3" w:sz="5" w:space="0"/>
          <w:right w:val="single" w:color="D7DCE3" w:sz="5" w:space="0"/>
          <w:insideH w:val="single" w:color="D7DCE3" w:sz="5" w:space="0"/>
          <w:insideV w:val="single" w:color="D7DCE3" w:sz="5" w:space="0"/>
        </w:tblBorders>
        <w:tblLayout w:type="fixed"/>
        <w:tblLook w:val="04A0" w:firstRow="1" w:lastRow="0" w:firstColumn="1" w:lastColumn="0" w:noHBand="0" w:noVBand="1"/>
      </w:tblPr>
      <w:tblGrid>
        <w:gridCol w:w="1332"/>
        <w:gridCol w:w="4762"/>
        <w:gridCol w:w="4762"/>
      </w:tblGrid>
      <w:tr w:rsidRPr="002D3C97" w:rsidR="00671F69" w:rsidTr="5541A728" w14:paraId="37471624" w14:textId="77777777">
        <w:trPr>
          <w:cantSplit/>
          <w:jc w:val="center"/>
        </w:trPr>
        <w:tc>
          <w:tcPr>
            <w:tcW w:w="1332" w:type="dxa"/>
            <w:shd w:val="clear" w:color="auto" w:fill="E07A3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Pr="002D3C97" w:rsidR="00671F69" w:rsidRDefault="001D12A3" w14:paraId="2B65CBDD" w14:textId="274B4FA5">
            <w:pPr>
              <w:jc w:val="center"/>
              <w:rPr>
                <w:sz w:val="24"/>
                <w:szCs w:val="24"/>
              </w:rPr>
            </w:pPr>
            <w:r w:rsidRPr="002D3C97">
              <w:rPr>
                <w:b/>
                <w:color w:val="FFFFFF"/>
                <w:sz w:val="24"/>
                <w:szCs w:val="24"/>
              </w:rPr>
              <w:t>TUES</w:t>
            </w:r>
          </w:p>
        </w:tc>
        <w:tc>
          <w:tcPr>
            <w:tcW w:w="476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:rsidRPr="002D3C97" w:rsidR="00671F69" w:rsidRDefault="001D12A3" w14:paraId="7B4AB446" w14:textId="77777777">
            <w:pPr>
              <w:spacing w:after="40"/>
              <w:rPr>
                <w:sz w:val="24"/>
                <w:szCs w:val="24"/>
              </w:rPr>
            </w:pPr>
            <w:proofErr w:type="gramStart"/>
            <w:r w:rsidRPr="002D3C97">
              <w:rPr>
                <w:b/>
                <w:color w:val="E07A3F"/>
                <w:sz w:val="24"/>
                <w:szCs w:val="24"/>
              </w:rPr>
              <w:t>LUNCH  •</w:t>
            </w:r>
            <w:proofErr w:type="gramEnd"/>
            <w:r w:rsidRPr="002D3C97">
              <w:rPr>
                <w:b/>
                <w:color w:val="E07A3F"/>
                <w:sz w:val="24"/>
                <w:szCs w:val="24"/>
              </w:rPr>
              <w:t xml:space="preserve">  1.30–2.00pm</w:t>
            </w:r>
          </w:p>
          <w:p w:rsidRPr="002D3C97" w:rsidR="00671F69" w:rsidRDefault="001D12A3" w14:paraId="7BF2DD35" w14:textId="77777777">
            <w:pPr>
              <w:spacing w:after="6" w:line="216" w:lineRule="auto"/>
              <w:rPr>
                <w:sz w:val="24"/>
                <w:szCs w:val="24"/>
              </w:rPr>
            </w:pPr>
            <w:r w:rsidRPr="002D3C97">
              <w:rPr>
                <w:b/>
                <w:sz w:val="24"/>
                <w:szCs w:val="24"/>
              </w:rPr>
              <w:t>Lunchtime Astro Footy</w:t>
            </w:r>
            <w:r w:rsidRPr="002D3C97">
              <w:rPr>
                <w:color w:val="696E76"/>
                <w:sz w:val="24"/>
                <w:szCs w:val="24"/>
              </w:rPr>
              <w:t xml:space="preserve">   Astro</w:t>
            </w:r>
          </w:p>
          <w:p w:rsidRPr="002D3C97" w:rsidR="00671F69" w:rsidRDefault="001D12A3" w14:paraId="2F1D3D28" w14:textId="77777777">
            <w:pPr>
              <w:spacing w:after="6" w:line="216" w:lineRule="auto"/>
              <w:rPr>
                <w:sz w:val="24"/>
                <w:szCs w:val="24"/>
              </w:rPr>
            </w:pPr>
            <w:r w:rsidRPr="002D3C97">
              <w:rPr>
                <w:b/>
                <w:sz w:val="24"/>
                <w:szCs w:val="24"/>
              </w:rPr>
              <w:t>Basketball</w:t>
            </w:r>
            <w:r w:rsidRPr="002D3C97">
              <w:rPr>
                <w:color w:val="696E76"/>
                <w:sz w:val="24"/>
                <w:szCs w:val="24"/>
              </w:rPr>
              <w:t xml:space="preserve">   Sportshall</w:t>
            </w:r>
          </w:p>
          <w:p w:rsidRPr="002D3C97" w:rsidR="00671F69" w:rsidRDefault="001D12A3" w14:paraId="0FBFE799" w14:textId="77777777">
            <w:pPr>
              <w:spacing w:after="6" w:line="216" w:lineRule="auto"/>
              <w:rPr>
                <w:sz w:val="24"/>
                <w:szCs w:val="24"/>
              </w:rPr>
            </w:pPr>
            <w:r w:rsidRPr="002D3C97">
              <w:rPr>
                <w:b/>
                <w:sz w:val="24"/>
                <w:szCs w:val="24"/>
              </w:rPr>
              <w:t>LRC Reading / homework</w:t>
            </w:r>
            <w:r w:rsidRPr="002D3C97">
              <w:rPr>
                <w:color w:val="696E76"/>
                <w:sz w:val="24"/>
                <w:szCs w:val="24"/>
              </w:rPr>
              <w:t xml:space="preserve">   LRC</w:t>
            </w:r>
          </w:p>
          <w:p w:rsidRPr="002D3C97" w:rsidR="00671F69" w:rsidRDefault="001D12A3" w14:paraId="354B6EB7" w14:textId="0AD0F04D">
            <w:pPr>
              <w:spacing w:after="6" w:line="216" w:lineRule="auto"/>
            </w:pPr>
            <w:r w:rsidRPr="5541A728" w:rsidR="3C5BAA0D">
              <w:rPr>
                <w:b w:val="1"/>
                <w:bCs w:val="1"/>
                <w:sz w:val="24"/>
                <w:szCs w:val="24"/>
              </w:rPr>
              <w:t>Hub Club</w:t>
            </w:r>
            <w:r w:rsidRPr="5541A728" w:rsidR="3C5BAA0D">
              <w:rPr>
                <w:color w:val="696E76"/>
                <w:sz w:val="24"/>
                <w:szCs w:val="24"/>
              </w:rPr>
              <w:t xml:space="preserve">   Hub</w:t>
            </w:r>
          </w:p>
          <w:p w:rsidRPr="002D3C97" w:rsidR="00671F69" w:rsidRDefault="001D12A3" w14:paraId="502497AC" w14:textId="4A2DEC23">
            <w:pPr>
              <w:spacing w:after="6" w:line="216" w:lineRule="auto"/>
            </w:pPr>
            <w:r w:rsidRPr="5541A728" w:rsidR="1AD6F932">
              <w:rPr>
                <w:b w:val="1"/>
                <w:bCs w:val="1"/>
                <w:color w:val="auto"/>
                <w:sz w:val="24"/>
                <w:szCs w:val="24"/>
              </w:rPr>
              <w:t>Homework club</w:t>
            </w:r>
            <w:r w:rsidRPr="5541A728" w:rsidR="1AD6F932">
              <w:rPr>
                <w:color w:val="696E76"/>
                <w:sz w:val="24"/>
                <w:szCs w:val="24"/>
              </w:rPr>
              <w:t xml:space="preserve"> ICT1</w:t>
            </w:r>
          </w:p>
        </w:tc>
        <w:tc>
          <w:tcPr>
            <w:tcW w:w="476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:rsidRPr="002D3C97" w:rsidR="00671F69" w:rsidRDefault="001D12A3" w14:paraId="26DB7914" w14:textId="77777777">
            <w:pPr>
              <w:spacing w:after="40"/>
              <w:rPr>
                <w:sz w:val="24"/>
                <w:szCs w:val="24"/>
              </w:rPr>
            </w:pPr>
            <w:r w:rsidRPr="002D3C97">
              <w:rPr>
                <w:b/>
                <w:color w:val="E07A3F"/>
                <w:sz w:val="24"/>
                <w:szCs w:val="24"/>
              </w:rPr>
              <w:t xml:space="preserve">AFTER </w:t>
            </w:r>
            <w:proofErr w:type="gramStart"/>
            <w:r w:rsidRPr="002D3C97">
              <w:rPr>
                <w:b/>
                <w:color w:val="E07A3F"/>
                <w:sz w:val="24"/>
                <w:szCs w:val="24"/>
              </w:rPr>
              <w:t>SCHOOL  •</w:t>
            </w:r>
            <w:proofErr w:type="gramEnd"/>
            <w:r w:rsidRPr="002D3C97">
              <w:rPr>
                <w:b/>
                <w:color w:val="E07A3F"/>
                <w:sz w:val="24"/>
                <w:szCs w:val="24"/>
              </w:rPr>
              <w:t xml:space="preserve">  3.00–4.00pm</w:t>
            </w:r>
          </w:p>
          <w:p w:rsidRPr="002D3C97" w:rsidR="00671F69" w:rsidRDefault="001D12A3" w14:paraId="4CC0B4B4" w14:textId="77777777">
            <w:pPr>
              <w:spacing w:after="6" w:line="216" w:lineRule="auto"/>
              <w:rPr>
                <w:sz w:val="24"/>
                <w:szCs w:val="24"/>
              </w:rPr>
            </w:pPr>
            <w:r w:rsidRPr="002D3C97">
              <w:rPr>
                <w:b/>
                <w:sz w:val="24"/>
                <w:szCs w:val="24"/>
              </w:rPr>
              <w:t>Netball</w:t>
            </w:r>
            <w:r w:rsidRPr="002D3C97">
              <w:rPr>
                <w:color w:val="696E76"/>
                <w:sz w:val="24"/>
                <w:szCs w:val="24"/>
              </w:rPr>
              <w:t xml:space="preserve">   Sportshall</w:t>
            </w:r>
          </w:p>
          <w:p w:rsidRPr="002D3C97" w:rsidR="00671F69" w:rsidRDefault="001D12A3" w14:paraId="017202C7" w14:textId="59243A6D">
            <w:pPr>
              <w:spacing w:after="6" w:line="216" w:lineRule="auto"/>
            </w:pPr>
            <w:r w:rsidRPr="5541A728" w:rsidR="3C5BAA0D">
              <w:rPr>
                <w:b w:val="1"/>
                <w:bCs w:val="1"/>
                <w:sz w:val="24"/>
                <w:szCs w:val="24"/>
              </w:rPr>
              <w:t>Gardening</w:t>
            </w:r>
            <w:r w:rsidRPr="5541A728" w:rsidR="3C5BAA0D">
              <w:rPr>
                <w:color w:val="696E76"/>
                <w:sz w:val="24"/>
                <w:szCs w:val="24"/>
              </w:rPr>
              <w:t xml:space="preserve">   S6 &amp; Garden</w:t>
            </w:r>
          </w:p>
          <w:p w:rsidRPr="002D3C97" w:rsidR="00671F69" w:rsidP="5541A728" w:rsidRDefault="001D12A3" w14:paraId="6C8CC570" w14:textId="42BAF258">
            <w:pPr>
              <w:spacing w:after="6" w:line="216" w:lineRule="auto"/>
              <w:rPr>
                <w:b w:val="1"/>
                <w:bCs w:val="1"/>
                <w:color w:val="auto"/>
                <w:sz w:val="24"/>
                <w:szCs w:val="24"/>
              </w:rPr>
            </w:pPr>
            <w:r w:rsidRPr="5541A728" w:rsidR="548D8327">
              <w:rPr>
                <w:b w:val="1"/>
                <w:bCs w:val="1"/>
                <w:color w:val="auto"/>
                <w:sz w:val="24"/>
                <w:szCs w:val="24"/>
              </w:rPr>
              <w:t xml:space="preserve">Cooking Club </w:t>
            </w:r>
            <w:r w:rsidRPr="5541A728" w:rsidR="548D8327">
              <w:rPr>
                <w:b w:val="0"/>
                <w:bCs w:val="0"/>
                <w:color w:val="808080" w:themeColor="background1" w:themeTint="FF" w:themeShade="80"/>
                <w:sz w:val="24"/>
                <w:szCs w:val="24"/>
              </w:rPr>
              <w:t>F1 (starting 3.11.26)</w:t>
            </w:r>
          </w:p>
          <w:p w:rsidRPr="002D3C97" w:rsidR="00671F69" w:rsidP="5541A728" w:rsidRDefault="001D12A3" w14:paraId="17E13F53" w14:textId="523AAAB3">
            <w:pPr>
              <w:spacing w:after="6" w:line="216" w:lineRule="auto"/>
              <w:rPr>
                <w:color w:val="696E76"/>
                <w:sz w:val="24"/>
                <w:szCs w:val="24"/>
              </w:rPr>
            </w:pPr>
          </w:p>
        </w:tc>
      </w:tr>
    </w:tbl>
    <w:p w:rsidRPr="002D3C97" w:rsidR="00671F69" w:rsidRDefault="00671F69" w14:paraId="3D292564" w14:textId="77777777">
      <w:pPr>
        <w:spacing w:after="24" w:line="48" w:lineRule="auto"/>
        <w:rPr>
          <w:sz w:val="24"/>
          <w:szCs w:val="24"/>
        </w:rPr>
      </w:pPr>
    </w:p>
    <w:tbl>
      <w:tblPr>
        <w:tblW w:w="0" w:type="auto"/>
        <w:jc w:val="center"/>
        <w:tblBorders>
          <w:top w:val="single" w:color="D7DCE3" w:sz="5" w:space="0"/>
          <w:left w:val="single" w:color="D7DCE3" w:sz="5" w:space="0"/>
          <w:bottom w:val="single" w:color="D7DCE3" w:sz="5" w:space="0"/>
          <w:right w:val="single" w:color="D7DCE3" w:sz="5" w:space="0"/>
          <w:insideH w:val="single" w:color="D7DCE3" w:sz="5" w:space="0"/>
          <w:insideV w:val="single" w:color="D7DCE3" w:sz="5" w:space="0"/>
        </w:tblBorders>
        <w:tblLayout w:type="fixed"/>
        <w:tblLook w:val="04A0" w:firstRow="1" w:lastRow="0" w:firstColumn="1" w:lastColumn="0" w:noHBand="0" w:noVBand="1"/>
      </w:tblPr>
      <w:tblGrid>
        <w:gridCol w:w="1332"/>
        <w:gridCol w:w="4762"/>
        <w:gridCol w:w="4762"/>
      </w:tblGrid>
      <w:tr w:rsidRPr="002D3C97" w:rsidR="00671F69" w:rsidTr="5541A728" w14:paraId="0703B1D7" w14:textId="77777777">
        <w:trPr>
          <w:cantSplit/>
          <w:jc w:val="center"/>
        </w:trPr>
        <w:tc>
          <w:tcPr>
            <w:tcW w:w="1332" w:type="dxa"/>
            <w:shd w:val="clear" w:color="auto" w:fill="C29A2E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Pr="002D3C97" w:rsidR="00671F69" w:rsidRDefault="001D12A3" w14:paraId="6E8C3DA6" w14:textId="3FCEC90A">
            <w:pPr>
              <w:jc w:val="center"/>
              <w:rPr>
                <w:sz w:val="24"/>
                <w:szCs w:val="24"/>
              </w:rPr>
            </w:pPr>
            <w:r w:rsidRPr="002D3C97">
              <w:rPr>
                <w:b/>
                <w:color w:val="FFFFFF"/>
                <w:sz w:val="24"/>
                <w:szCs w:val="24"/>
              </w:rPr>
              <w:t>WED</w:t>
            </w:r>
          </w:p>
        </w:tc>
        <w:tc>
          <w:tcPr>
            <w:tcW w:w="476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:rsidRPr="002D3C97" w:rsidR="00671F69" w:rsidRDefault="001D12A3" w14:paraId="1525FEB8" w14:textId="77777777">
            <w:pPr>
              <w:spacing w:after="40"/>
              <w:rPr>
                <w:sz w:val="24"/>
                <w:szCs w:val="24"/>
              </w:rPr>
            </w:pPr>
            <w:proofErr w:type="gramStart"/>
            <w:r w:rsidRPr="002D3C97">
              <w:rPr>
                <w:b/>
                <w:color w:val="C29A2E"/>
                <w:sz w:val="24"/>
                <w:szCs w:val="24"/>
              </w:rPr>
              <w:t>LUNCH  •</w:t>
            </w:r>
            <w:proofErr w:type="gramEnd"/>
            <w:r w:rsidRPr="002D3C97">
              <w:rPr>
                <w:b/>
                <w:color w:val="C29A2E"/>
                <w:sz w:val="24"/>
                <w:szCs w:val="24"/>
              </w:rPr>
              <w:t xml:space="preserve">  1.30–2.00pm</w:t>
            </w:r>
          </w:p>
          <w:p w:rsidRPr="002D3C97" w:rsidR="00671F69" w:rsidRDefault="001D12A3" w14:paraId="6DA9A498" w14:textId="77777777">
            <w:pPr>
              <w:spacing w:after="6" w:line="216" w:lineRule="auto"/>
              <w:rPr>
                <w:sz w:val="24"/>
                <w:szCs w:val="24"/>
              </w:rPr>
            </w:pPr>
            <w:r w:rsidRPr="002D3C97">
              <w:rPr>
                <w:b/>
                <w:sz w:val="24"/>
                <w:szCs w:val="24"/>
              </w:rPr>
              <w:t>Lunchtime Astro Footy</w:t>
            </w:r>
            <w:r w:rsidRPr="002D3C97">
              <w:rPr>
                <w:color w:val="696E76"/>
                <w:sz w:val="24"/>
                <w:szCs w:val="24"/>
              </w:rPr>
              <w:t xml:space="preserve">   Astro</w:t>
            </w:r>
          </w:p>
          <w:p w:rsidRPr="002D3C97" w:rsidR="00671F69" w:rsidRDefault="001D12A3" w14:paraId="201C4D90" w14:textId="77777777">
            <w:pPr>
              <w:spacing w:after="6" w:line="216" w:lineRule="auto"/>
              <w:rPr>
                <w:sz w:val="24"/>
                <w:szCs w:val="24"/>
              </w:rPr>
            </w:pPr>
            <w:r w:rsidRPr="002D3C97">
              <w:rPr>
                <w:b/>
                <w:sz w:val="24"/>
                <w:szCs w:val="24"/>
              </w:rPr>
              <w:t>GCSE Revision club – Yr 11</w:t>
            </w:r>
            <w:r w:rsidRPr="002D3C97">
              <w:rPr>
                <w:color w:val="696E76"/>
                <w:sz w:val="24"/>
                <w:szCs w:val="24"/>
              </w:rPr>
              <w:t xml:space="preserve">   F1</w:t>
            </w:r>
          </w:p>
          <w:p w:rsidRPr="002D3C97" w:rsidR="00671F69" w:rsidRDefault="001D12A3" w14:paraId="78D847FA" w14:textId="77777777">
            <w:pPr>
              <w:spacing w:after="6" w:line="216" w:lineRule="auto"/>
              <w:rPr>
                <w:sz w:val="24"/>
                <w:szCs w:val="24"/>
              </w:rPr>
            </w:pPr>
            <w:r w:rsidRPr="002D3C97">
              <w:rPr>
                <w:b/>
                <w:sz w:val="24"/>
                <w:szCs w:val="24"/>
              </w:rPr>
              <w:t>Choir</w:t>
            </w:r>
            <w:r w:rsidRPr="002D3C97">
              <w:rPr>
                <w:color w:val="696E76"/>
                <w:sz w:val="24"/>
                <w:szCs w:val="24"/>
              </w:rPr>
              <w:t xml:space="preserve">   Mu1</w:t>
            </w:r>
          </w:p>
          <w:p w:rsidRPr="002D3C97" w:rsidR="00671F69" w:rsidRDefault="001D12A3" w14:paraId="1C4E4AA4" w14:textId="77777777">
            <w:pPr>
              <w:spacing w:after="6" w:line="216" w:lineRule="auto"/>
              <w:rPr>
                <w:sz w:val="24"/>
                <w:szCs w:val="24"/>
              </w:rPr>
            </w:pPr>
            <w:r w:rsidRPr="002D3C97">
              <w:rPr>
                <w:b/>
                <w:sz w:val="24"/>
                <w:szCs w:val="24"/>
              </w:rPr>
              <w:t>Basketball</w:t>
            </w:r>
            <w:r w:rsidRPr="002D3C97">
              <w:rPr>
                <w:color w:val="696E76"/>
                <w:sz w:val="24"/>
                <w:szCs w:val="24"/>
              </w:rPr>
              <w:t xml:space="preserve">   Sportshall</w:t>
            </w:r>
          </w:p>
          <w:p w:rsidRPr="002D3C97" w:rsidR="00671F69" w:rsidRDefault="001D12A3" w14:paraId="02924322" w14:textId="77777777">
            <w:pPr>
              <w:spacing w:after="6" w:line="216" w:lineRule="auto"/>
              <w:rPr>
                <w:sz w:val="24"/>
                <w:szCs w:val="24"/>
              </w:rPr>
            </w:pPr>
            <w:r w:rsidRPr="002D3C97">
              <w:rPr>
                <w:b/>
                <w:sz w:val="24"/>
                <w:szCs w:val="24"/>
              </w:rPr>
              <w:t>LRC Reading / homework</w:t>
            </w:r>
            <w:r w:rsidRPr="002D3C97">
              <w:rPr>
                <w:color w:val="696E76"/>
                <w:sz w:val="24"/>
                <w:szCs w:val="24"/>
              </w:rPr>
              <w:t xml:space="preserve">   LRC</w:t>
            </w:r>
          </w:p>
          <w:p w:rsidRPr="002D3C97" w:rsidR="00671F69" w:rsidRDefault="001D12A3" w14:paraId="26343845" w14:textId="38541C84">
            <w:pPr>
              <w:spacing w:after="6" w:line="216" w:lineRule="auto"/>
            </w:pPr>
            <w:r w:rsidRPr="5541A728" w:rsidR="3C5BAA0D">
              <w:rPr>
                <w:b w:val="1"/>
                <w:bCs w:val="1"/>
                <w:sz w:val="24"/>
                <w:szCs w:val="24"/>
              </w:rPr>
              <w:t>Hub Club</w:t>
            </w:r>
            <w:r w:rsidRPr="5541A728" w:rsidR="3C5BAA0D">
              <w:rPr>
                <w:color w:val="696E76"/>
                <w:sz w:val="24"/>
                <w:szCs w:val="24"/>
              </w:rPr>
              <w:t xml:space="preserve">   Hub</w:t>
            </w:r>
          </w:p>
          <w:p w:rsidRPr="002D3C97" w:rsidR="00671F69" w:rsidRDefault="001D12A3" w14:paraId="402622C1" w14:textId="041A8F7B">
            <w:pPr>
              <w:spacing w:after="6" w:line="216" w:lineRule="auto"/>
            </w:pPr>
            <w:r w:rsidRPr="5541A728" w:rsidR="1F8C8924">
              <w:rPr>
                <w:b w:val="1"/>
                <w:bCs w:val="1"/>
                <w:color w:val="auto"/>
                <w:sz w:val="24"/>
                <w:szCs w:val="24"/>
              </w:rPr>
              <w:t>Homework club</w:t>
            </w:r>
            <w:r w:rsidRPr="5541A728" w:rsidR="1F8C8924">
              <w:rPr>
                <w:color w:val="696E76"/>
                <w:sz w:val="24"/>
                <w:szCs w:val="24"/>
              </w:rPr>
              <w:t xml:space="preserve"> ICT1</w:t>
            </w:r>
          </w:p>
        </w:tc>
        <w:tc>
          <w:tcPr>
            <w:tcW w:w="476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:rsidRPr="002D3C97" w:rsidR="00671F69" w:rsidRDefault="001D12A3" w14:paraId="121010D2" w14:textId="77777777">
            <w:pPr>
              <w:spacing w:after="40"/>
              <w:rPr>
                <w:sz w:val="24"/>
                <w:szCs w:val="24"/>
              </w:rPr>
            </w:pPr>
            <w:r w:rsidRPr="002D3C97">
              <w:rPr>
                <w:b/>
                <w:color w:val="C29A2E"/>
                <w:sz w:val="24"/>
                <w:szCs w:val="24"/>
              </w:rPr>
              <w:t xml:space="preserve">AFTER </w:t>
            </w:r>
            <w:proofErr w:type="gramStart"/>
            <w:r w:rsidRPr="002D3C97">
              <w:rPr>
                <w:b/>
                <w:color w:val="C29A2E"/>
                <w:sz w:val="24"/>
                <w:szCs w:val="24"/>
              </w:rPr>
              <w:t>SCHOOL  •</w:t>
            </w:r>
            <w:proofErr w:type="gramEnd"/>
            <w:r w:rsidRPr="002D3C97">
              <w:rPr>
                <w:b/>
                <w:color w:val="C29A2E"/>
                <w:sz w:val="24"/>
                <w:szCs w:val="24"/>
              </w:rPr>
              <w:t xml:space="preserve">  3.00–4.00pm</w:t>
            </w:r>
          </w:p>
          <w:p w:rsidRPr="002D3C97" w:rsidR="00671F69" w:rsidRDefault="001D12A3" w14:paraId="0D621671" w14:textId="77777777">
            <w:pPr>
              <w:rPr>
                <w:sz w:val="24"/>
                <w:szCs w:val="24"/>
              </w:rPr>
            </w:pPr>
            <w:r w:rsidRPr="002D3C97">
              <w:rPr>
                <w:i/>
                <w:color w:val="919191"/>
                <w:sz w:val="24"/>
                <w:szCs w:val="24"/>
              </w:rPr>
              <w:t>No club listed</w:t>
            </w:r>
          </w:p>
        </w:tc>
      </w:tr>
    </w:tbl>
    <w:p w:rsidRPr="002D3C97" w:rsidR="00671F69" w:rsidRDefault="00671F69" w14:paraId="33CA2ED7" w14:textId="77777777">
      <w:pPr>
        <w:spacing w:after="24" w:line="48" w:lineRule="auto"/>
        <w:rPr>
          <w:sz w:val="24"/>
          <w:szCs w:val="24"/>
        </w:rPr>
      </w:pPr>
    </w:p>
    <w:tbl>
      <w:tblPr>
        <w:tblW w:w="0" w:type="auto"/>
        <w:jc w:val="center"/>
        <w:tblBorders>
          <w:top w:val="single" w:color="D7DCE3" w:sz="5" w:space="0"/>
          <w:left w:val="single" w:color="D7DCE3" w:sz="5" w:space="0"/>
          <w:bottom w:val="single" w:color="D7DCE3" w:sz="5" w:space="0"/>
          <w:right w:val="single" w:color="D7DCE3" w:sz="5" w:space="0"/>
          <w:insideH w:val="single" w:color="D7DCE3" w:sz="5" w:space="0"/>
          <w:insideV w:val="single" w:color="D7DCE3" w:sz="5" w:space="0"/>
        </w:tblBorders>
        <w:tblLayout w:type="fixed"/>
        <w:tblLook w:val="04A0" w:firstRow="1" w:lastRow="0" w:firstColumn="1" w:lastColumn="0" w:noHBand="0" w:noVBand="1"/>
      </w:tblPr>
      <w:tblGrid>
        <w:gridCol w:w="1332"/>
        <w:gridCol w:w="4762"/>
        <w:gridCol w:w="4762"/>
      </w:tblGrid>
      <w:tr w:rsidRPr="002D3C97" w:rsidR="00671F69" w:rsidTr="5541A728" w14:paraId="4912C6D6" w14:textId="77777777">
        <w:trPr>
          <w:cantSplit/>
          <w:jc w:val="center"/>
        </w:trPr>
        <w:tc>
          <w:tcPr>
            <w:tcW w:w="1332" w:type="dxa"/>
            <w:shd w:val="clear" w:color="auto" w:fill="2F8B70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Pr="002D3C97" w:rsidR="00671F69" w:rsidRDefault="001D12A3" w14:paraId="6E73CE9C" w14:textId="4703E93C">
            <w:pPr>
              <w:jc w:val="center"/>
              <w:rPr>
                <w:sz w:val="24"/>
                <w:szCs w:val="24"/>
              </w:rPr>
            </w:pPr>
            <w:r w:rsidRPr="002D3C97">
              <w:rPr>
                <w:b/>
                <w:color w:val="FFFFFF"/>
                <w:sz w:val="24"/>
                <w:szCs w:val="24"/>
              </w:rPr>
              <w:t>THUR</w:t>
            </w:r>
          </w:p>
        </w:tc>
        <w:tc>
          <w:tcPr>
            <w:tcW w:w="476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:rsidRPr="002D3C97" w:rsidR="00671F69" w:rsidRDefault="001D12A3" w14:paraId="6BCA3513" w14:textId="77777777">
            <w:pPr>
              <w:spacing w:after="40"/>
              <w:rPr>
                <w:sz w:val="24"/>
                <w:szCs w:val="24"/>
              </w:rPr>
            </w:pPr>
            <w:proofErr w:type="gramStart"/>
            <w:r w:rsidRPr="002D3C97">
              <w:rPr>
                <w:b/>
                <w:color w:val="2F8B70"/>
                <w:sz w:val="24"/>
                <w:szCs w:val="24"/>
              </w:rPr>
              <w:t>LUNCH  •</w:t>
            </w:r>
            <w:proofErr w:type="gramEnd"/>
            <w:r w:rsidRPr="002D3C97">
              <w:rPr>
                <w:b/>
                <w:color w:val="2F8B70"/>
                <w:sz w:val="24"/>
                <w:szCs w:val="24"/>
              </w:rPr>
              <w:t xml:space="preserve">  1.30–2.00pm</w:t>
            </w:r>
          </w:p>
          <w:p w:rsidRPr="002D3C97" w:rsidR="00671F69" w:rsidRDefault="001D12A3" w14:paraId="4763043A" w14:textId="77777777">
            <w:pPr>
              <w:spacing w:after="6" w:line="216" w:lineRule="auto"/>
              <w:rPr>
                <w:sz w:val="24"/>
                <w:szCs w:val="24"/>
              </w:rPr>
            </w:pPr>
            <w:r w:rsidRPr="002D3C97">
              <w:rPr>
                <w:b/>
                <w:sz w:val="24"/>
                <w:szCs w:val="24"/>
              </w:rPr>
              <w:t>Lunchtime Astro Footy</w:t>
            </w:r>
            <w:r w:rsidRPr="002D3C97">
              <w:rPr>
                <w:color w:val="696E76"/>
                <w:sz w:val="24"/>
                <w:szCs w:val="24"/>
              </w:rPr>
              <w:t xml:space="preserve">   Astro</w:t>
            </w:r>
          </w:p>
          <w:p w:rsidRPr="002D3C97" w:rsidR="00671F69" w:rsidRDefault="001D12A3" w14:paraId="3CA5F552" w14:textId="77777777">
            <w:pPr>
              <w:spacing w:after="6" w:line="216" w:lineRule="auto"/>
              <w:rPr>
                <w:sz w:val="24"/>
                <w:szCs w:val="24"/>
              </w:rPr>
            </w:pPr>
            <w:r w:rsidRPr="002D3C97">
              <w:rPr>
                <w:b/>
                <w:sz w:val="24"/>
                <w:szCs w:val="24"/>
              </w:rPr>
              <w:t>Basketball</w:t>
            </w:r>
            <w:r w:rsidRPr="002D3C97">
              <w:rPr>
                <w:color w:val="696E76"/>
                <w:sz w:val="24"/>
                <w:szCs w:val="24"/>
              </w:rPr>
              <w:t xml:space="preserve">   Sportshall</w:t>
            </w:r>
          </w:p>
          <w:p w:rsidRPr="002D3C97" w:rsidR="00671F69" w:rsidRDefault="001D12A3" w14:paraId="45C112DF" w14:textId="77777777">
            <w:pPr>
              <w:spacing w:after="6" w:line="216" w:lineRule="auto"/>
              <w:rPr>
                <w:sz w:val="24"/>
                <w:szCs w:val="24"/>
              </w:rPr>
            </w:pPr>
            <w:r w:rsidRPr="002D3C97">
              <w:rPr>
                <w:b/>
                <w:sz w:val="24"/>
                <w:szCs w:val="24"/>
              </w:rPr>
              <w:t>STEM</w:t>
            </w:r>
            <w:r w:rsidRPr="002D3C97">
              <w:rPr>
                <w:color w:val="696E76"/>
                <w:sz w:val="24"/>
                <w:szCs w:val="24"/>
              </w:rPr>
              <w:t xml:space="preserve">   S6</w:t>
            </w:r>
          </w:p>
          <w:p w:rsidRPr="002D3C97" w:rsidR="00671F69" w:rsidRDefault="001D12A3" w14:paraId="1AFDC4D0" w14:textId="77777777">
            <w:pPr>
              <w:spacing w:after="6" w:line="216" w:lineRule="auto"/>
              <w:rPr>
                <w:sz w:val="24"/>
                <w:szCs w:val="24"/>
              </w:rPr>
            </w:pPr>
            <w:r w:rsidRPr="002D3C97">
              <w:rPr>
                <w:b/>
                <w:sz w:val="24"/>
                <w:szCs w:val="24"/>
              </w:rPr>
              <w:t>Polish</w:t>
            </w:r>
            <w:r w:rsidRPr="002D3C97">
              <w:rPr>
                <w:color w:val="696E76"/>
                <w:sz w:val="24"/>
                <w:szCs w:val="24"/>
              </w:rPr>
              <w:t xml:space="preserve">   SP3</w:t>
            </w:r>
          </w:p>
          <w:p w:rsidRPr="002D3C97" w:rsidR="00671F69" w:rsidRDefault="001D12A3" w14:paraId="14742433" w14:textId="77777777">
            <w:pPr>
              <w:spacing w:after="6" w:line="216" w:lineRule="auto"/>
              <w:rPr>
                <w:sz w:val="24"/>
                <w:szCs w:val="24"/>
              </w:rPr>
            </w:pPr>
            <w:r w:rsidRPr="002D3C97">
              <w:rPr>
                <w:b/>
                <w:sz w:val="24"/>
                <w:szCs w:val="24"/>
              </w:rPr>
              <w:t>LRC Reading / homework</w:t>
            </w:r>
            <w:r w:rsidRPr="002D3C97">
              <w:rPr>
                <w:color w:val="696E76"/>
                <w:sz w:val="24"/>
                <w:szCs w:val="24"/>
              </w:rPr>
              <w:t xml:space="preserve">   LRC</w:t>
            </w:r>
          </w:p>
          <w:p w:rsidRPr="002D3C97" w:rsidR="00671F69" w:rsidRDefault="001D12A3" w14:paraId="6AB7BC2C" w14:textId="3CF3D9C1">
            <w:pPr>
              <w:spacing w:after="6" w:line="216" w:lineRule="auto"/>
            </w:pPr>
            <w:r w:rsidRPr="5541A728" w:rsidR="3C5BAA0D">
              <w:rPr>
                <w:b w:val="1"/>
                <w:bCs w:val="1"/>
                <w:sz w:val="24"/>
                <w:szCs w:val="24"/>
              </w:rPr>
              <w:t>Hub Club</w:t>
            </w:r>
            <w:r w:rsidRPr="5541A728" w:rsidR="3C5BAA0D">
              <w:rPr>
                <w:color w:val="696E76"/>
                <w:sz w:val="24"/>
                <w:szCs w:val="24"/>
              </w:rPr>
              <w:t xml:space="preserve">   Hub</w:t>
            </w:r>
          </w:p>
          <w:p w:rsidRPr="002D3C97" w:rsidR="00671F69" w:rsidRDefault="001D12A3" w14:paraId="469D7AB0" w14:textId="5262F336">
            <w:pPr>
              <w:spacing w:after="6" w:line="216" w:lineRule="auto"/>
            </w:pPr>
            <w:r w:rsidRPr="5541A728" w:rsidR="013AC8EF">
              <w:rPr>
                <w:b w:val="1"/>
                <w:bCs w:val="1"/>
                <w:color w:val="auto"/>
                <w:sz w:val="24"/>
                <w:szCs w:val="24"/>
              </w:rPr>
              <w:t>Homework club</w:t>
            </w:r>
            <w:r w:rsidRPr="5541A728" w:rsidR="013AC8EF">
              <w:rPr>
                <w:color w:val="696E76"/>
                <w:sz w:val="24"/>
                <w:szCs w:val="24"/>
              </w:rPr>
              <w:t xml:space="preserve"> ICT1</w:t>
            </w:r>
          </w:p>
        </w:tc>
        <w:tc>
          <w:tcPr>
            <w:tcW w:w="476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:rsidRPr="002D3C97" w:rsidR="00671F69" w:rsidRDefault="001D12A3" w14:paraId="22789AB0" w14:textId="77777777">
            <w:pPr>
              <w:spacing w:after="40"/>
              <w:rPr>
                <w:sz w:val="24"/>
                <w:szCs w:val="24"/>
              </w:rPr>
            </w:pPr>
            <w:r w:rsidRPr="002D3C97">
              <w:rPr>
                <w:b/>
                <w:color w:val="2F8B70"/>
                <w:sz w:val="24"/>
                <w:szCs w:val="24"/>
              </w:rPr>
              <w:t xml:space="preserve">AFTER </w:t>
            </w:r>
            <w:proofErr w:type="gramStart"/>
            <w:r w:rsidRPr="002D3C97">
              <w:rPr>
                <w:b/>
                <w:color w:val="2F8B70"/>
                <w:sz w:val="24"/>
                <w:szCs w:val="24"/>
              </w:rPr>
              <w:t>SCHOOL  •</w:t>
            </w:r>
            <w:proofErr w:type="gramEnd"/>
            <w:r w:rsidRPr="002D3C97">
              <w:rPr>
                <w:b/>
                <w:color w:val="2F8B70"/>
                <w:sz w:val="24"/>
                <w:szCs w:val="24"/>
              </w:rPr>
              <w:t xml:space="preserve">  3.00–4.00pm</w:t>
            </w:r>
          </w:p>
          <w:p w:rsidRPr="002D3C97" w:rsidR="00671F69" w:rsidRDefault="001D12A3" w14:paraId="07D3293C" w14:textId="77777777">
            <w:pPr>
              <w:spacing w:after="6" w:line="216" w:lineRule="auto"/>
              <w:rPr>
                <w:sz w:val="24"/>
                <w:szCs w:val="24"/>
              </w:rPr>
            </w:pPr>
            <w:r w:rsidRPr="002D3C97">
              <w:rPr>
                <w:b/>
                <w:sz w:val="24"/>
                <w:szCs w:val="24"/>
              </w:rPr>
              <w:t>Crewe Alex Football</w:t>
            </w:r>
            <w:r w:rsidRPr="002D3C97">
              <w:rPr>
                <w:color w:val="696E76"/>
                <w:sz w:val="24"/>
                <w:szCs w:val="24"/>
              </w:rPr>
              <w:t xml:space="preserve">   Astro</w:t>
            </w:r>
          </w:p>
          <w:p w:rsidRPr="002D3C97" w:rsidR="00671F69" w:rsidRDefault="001D12A3" w14:paraId="4AE1875D" w14:textId="77777777">
            <w:pPr>
              <w:spacing w:after="6" w:line="216" w:lineRule="auto"/>
              <w:rPr>
                <w:sz w:val="24"/>
                <w:szCs w:val="24"/>
              </w:rPr>
            </w:pPr>
            <w:r w:rsidRPr="002D3C97">
              <w:rPr>
                <w:b/>
                <w:sz w:val="24"/>
                <w:szCs w:val="24"/>
              </w:rPr>
              <w:t>Year 10 Sports Studies &amp; Dance</w:t>
            </w:r>
            <w:r w:rsidRPr="002D3C97">
              <w:rPr>
                <w:color w:val="696E76"/>
                <w:sz w:val="24"/>
                <w:szCs w:val="24"/>
              </w:rPr>
              <w:t xml:space="preserve">   PT</w:t>
            </w:r>
          </w:p>
        </w:tc>
      </w:tr>
    </w:tbl>
    <w:p w:rsidRPr="002D3C97" w:rsidR="00671F69" w:rsidRDefault="00671F69" w14:paraId="7062E797" w14:textId="77777777">
      <w:pPr>
        <w:spacing w:after="24" w:line="48" w:lineRule="auto"/>
        <w:rPr>
          <w:sz w:val="24"/>
          <w:szCs w:val="24"/>
        </w:rPr>
      </w:pPr>
    </w:p>
    <w:tbl>
      <w:tblPr>
        <w:tblW w:w="0" w:type="auto"/>
        <w:jc w:val="center"/>
        <w:tblBorders>
          <w:top w:val="single" w:color="D7DCE3" w:sz="5" w:space="0"/>
          <w:left w:val="single" w:color="D7DCE3" w:sz="5" w:space="0"/>
          <w:bottom w:val="single" w:color="D7DCE3" w:sz="5" w:space="0"/>
          <w:right w:val="single" w:color="D7DCE3" w:sz="5" w:space="0"/>
          <w:insideH w:val="single" w:color="D7DCE3" w:sz="5" w:space="0"/>
          <w:insideV w:val="single" w:color="D7DCE3" w:sz="5" w:space="0"/>
        </w:tblBorders>
        <w:tblLayout w:type="fixed"/>
        <w:tblLook w:val="04A0" w:firstRow="1" w:lastRow="0" w:firstColumn="1" w:lastColumn="0" w:noHBand="0" w:noVBand="1"/>
      </w:tblPr>
      <w:tblGrid>
        <w:gridCol w:w="1332"/>
        <w:gridCol w:w="4762"/>
        <w:gridCol w:w="4762"/>
      </w:tblGrid>
      <w:tr w:rsidRPr="002D3C97" w:rsidR="00671F69" w:rsidTr="5541A728" w14:paraId="02B797CB" w14:textId="77777777">
        <w:trPr>
          <w:cantSplit/>
          <w:jc w:val="center"/>
        </w:trPr>
        <w:tc>
          <w:tcPr>
            <w:tcW w:w="1332" w:type="dxa"/>
            <w:shd w:val="clear" w:color="auto" w:fill="3488A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Pr="002D3C97" w:rsidR="00671F69" w:rsidRDefault="001D12A3" w14:paraId="1D5B829F" w14:textId="2A283FD4">
            <w:pPr>
              <w:jc w:val="center"/>
              <w:rPr>
                <w:sz w:val="24"/>
                <w:szCs w:val="24"/>
              </w:rPr>
            </w:pPr>
            <w:r w:rsidRPr="002D3C97">
              <w:rPr>
                <w:b/>
                <w:color w:val="FFFFFF"/>
                <w:sz w:val="24"/>
                <w:szCs w:val="24"/>
              </w:rPr>
              <w:t>FRI</w:t>
            </w:r>
          </w:p>
        </w:tc>
        <w:tc>
          <w:tcPr>
            <w:tcW w:w="476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:rsidRPr="002D3C97" w:rsidR="00671F69" w:rsidRDefault="001D12A3" w14:paraId="5AAEBD7D" w14:textId="77777777">
            <w:pPr>
              <w:spacing w:after="40"/>
              <w:rPr>
                <w:sz w:val="24"/>
                <w:szCs w:val="24"/>
              </w:rPr>
            </w:pPr>
            <w:proofErr w:type="gramStart"/>
            <w:r w:rsidRPr="002D3C97">
              <w:rPr>
                <w:b/>
                <w:color w:val="3488A8"/>
                <w:sz w:val="24"/>
                <w:szCs w:val="24"/>
              </w:rPr>
              <w:t>LUNCH  •</w:t>
            </w:r>
            <w:proofErr w:type="gramEnd"/>
            <w:r w:rsidRPr="002D3C97">
              <w:rPr>
                <w:b/>
                <w:color w:val="3488A8"/>
                <w:sz w:val="24"/>
                <w:szCs w:val="24"/>
              </w:rPr>
              <w:t xml:space="preserve">  1.30–2.00pm</w:t>
            </w:r>
          </w:p>
          <w:p w:rsidRPr="002D3C97" w:rsidR="00671F69" w:rsidRDefault="001D12A3" w14:paraId="7CA8594B" w14:textId="77777777">
            <w:pPr>
              <w:spacing w:after="6" w:line="216" w:lineRule="auto"/>
              <w:rPr>
                <w:sz w:val="24"/>
                <w:szCs w:val="24"/>
              </w:rPr>
            </w:pPr>
            <w:r w:rsidRPr="002D3C97">
              <w:rPr>
                <w:b/>
                <w:sz w:val="24"/>
                <w:szCs w:val="24"/>
              </w:rPr>
              <w:t>Muffin Club</w:t>
            </w:r>
            <w:r w:rsidRPr="002D3C97">
              <w:rPr>
                <w:color w:val="696E76"/>
                <w:sz w:val="24"/>
                <w:szCs w:val="24"/>
              </w:rPr>
              <w:t xml:space="preserve">   F1</w:t>
            </w:r>
          </w:p>
          <w:p w:rsidRPr="002D3C97" w:rsidR="00671F69" w:rsidRDefault="001D12A3" w14:paraId="6176A03C" w14:textId="77777777">
            <w:pPr>
              <w:spacing w:after="6" w:line="216" w:lineRule="auto"/>
              <w:rPr>
                <w:sz w:val="24"/>
                <w:szCs w:val="24"/>
              </w:rPr>
            </w:pPr>
            <w:r w:rsidRPr="002D3C97">
              <w:rPr>
                <w:b/>
                <w:sz w:val="24"/>
                <w:szCs w:val="24"/>
              </w:rPr>
              <w:t>Lunchtime Astro Footy</w:t>
            </w:r>
            <w:r w:rsidRPr="002D3C97">
              <w:rPr>
                <w:color w:val="696E76"/>
                <w:sz w:val="24"/>
                <w:szCs w:val="24"/>
              </w:rPr>
              <w:t xml:space="preserve">   Astro</w:t>
            </w:r>
          </w:p>
          <w:p w:rsidRPr="002D3C97" w:rsidR="00671F69" w:rsidRDefault="001D12A3" w14:paraId="1EEDFFBB" w14:textId="77777777">
            <w:pPr>
              <w:spacing w:after="6" w:line="216" w:lineRule="auto"/>
              <w:rPr>
                <w:sz w:val="24"/>
                <w:szCs w:val="24"/>
              </w:rPr>
            </w:pPr>
            <w:r w:rsidRPr="002D3C97">
              <w:rPr>
                <w:b/>
                <w:sz w:val="24"/>
                <w:szCs w:val="24"/>
              </w:rPr>
              <w:t>Basketball</w:t>
            </w:r>
            <w:r w:rsidRPr="002D3C97">
              <w:rPr>
                <w:color w:val="696E76"/>
                <w:sz w:val="24"/>
                <w:szCs w:val="24"/>
              </w:rPr>
              <w:t xml:space="preserve">   Sportshall</w:t>
            </w:r>
          </w:p>
          <w:p w:rsidRPr="002D3C97" w:rsidR="00671F69" w:rsidRDefault="001D12A3" w14:paraId="2B786BEC" w14:textId="093A1ADA">
            <w:pPr>
              <w:spacing w:after="6" w:line="216" w:lineRule="auto"/>
              <w:rPr>
                <w:sz w:val="24"/>
                <w:szCs w:val="24"/>
              </w:rPr>
            </w:pPr>
            <w:r w:rsidRPr="5541A728" w:rsidR="360503EC">
              <w:rPr>
                <w:b w:val="1"/>
                <w:bCs w:val="1"/>
                <w:sz w:val="24"/>
                <w:szCs w:val="24"/>
              </w:rPr>
              <w:t xml:space="preserve">Year 7 only </w:t>
            </w:r>
            <w:r w:rsidRPr="5541A728" w:rsidR="3C5BAA0D">
              <w:rPr>
                <w:b w:val="1"/>
                <w:bCs w:val="1"/>
                <w:sz w:val="24"/>
                <w:szCs w:val="24"/>
              </w:rPr>
              <w:t>LRC Reading / homework</w:t>
            </w:r>
            <w:r w:rsidRPr="5541A728" w:rsidR="3C5BAA0D">
              <w:rPr>
                <w:color w:val="696E76"/>
                <w:sz w:val="24"/>
                <w:szCs w:val="24"/>
              </w:rPr>
              <w:t xml:space="preserve">   LRC</w:t>
            </w:r>
          </w:p>
          <w:p w:rsidRPr="002D3C97" w:rsidR="00671F69" w:rsidRDefault="001D12A3" w14:paraId="45D0FF0C" w14:textId="77777777">
            <w:pPr>
              <w:spacing w:after="6" w:line="216" w:lineRule="auto"/>
              <w:rPr>
                <w:sz w:val="24"/>
                <w:szCs w:val="24"/>
              </w:rPr>
            </w:pPr>
            <w:r w:rsidRPr="002D3C97">
              <w:rPr>
                <w:b/>
                <w:sz w:val="24"/>
                <w:szCs w:val="24"/>
              </w:rPr>
              <w:t>Hub Club</w:t>
            </w:r>
            <w:r w:rsidRPr="002D3C97">
              <w:rPr>
                <w:color w:val="696E76"/>
                <w:sz w:val="24"/>
                <w:szCs w:val="24"/>
              </w:rPr>
              <w:t xml:space="preserve">   Hub</w:t>
            </w:r>
          </w:p>
        </w:tc>
        <w:tc>
          <w:tcPr>
            <w:tcW w:w="476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:rsidRPr="002D3C97" w:rsidR="00671F69" w:rsidRDefault="001D12A3" w14:paraId="7DD53FAE" w14:textId="77777777">
            <w:pPr>
              <w:spacing w:after="40"/>
              <w:rPr>
                <w:sz w:val="24"/>
                <w:szCs w:val="24"/>
              </w:rPr>
            </w:pPr>
            <w:r w:rsidRPr="002D3C97">
              <w:rPr>
                <w:b/>
                <w:color w:val="3488A8"/>
                <w:sz w:val="24"/>
                <w:szCs w:val="24"/>
              </w:rPr>
              <w:t xml:space="preserve">AFTER </w:t>
            </w:r>
            <w:proofErr w:type="gramStart"/>
            <w:r w:rsidRPr="002D3C97">
              <w:rPr>
                <w:b/>
                <w:color w:val="3488A8"/>
                <w:sz w:val="24"/>
                <w:szCs w:val="24"/>
              </w:rPr>
              <w:t>SCHOOL  •</w:t>
            </w:r>
            <w:proofErr w:type="gramEnd"/>
            <w:r w:rsidRPr="002D3C97">
              <w:rPr>
                <w:b/>
                <w:color w:val="3488A8"/>
                <w:sz w:val="24"/>
                <w:szCs w:val="24"/>
              </w:rPr>
              <w:t xml:space="preserve">  3.00–4.00pm</w:t>
            </w:r>
          </w:p>
          <w:p w:rsidRPr="002D3C97" w:rsidR="00671F69" w:rsidRDefault="001D12A3" w14:paraId="78F8EB9F" w14:textId="77777777">
            <w:pPr>
              <w:spacing w:after="6" w:line="216" w:lineRule="auto"/>
              <w:rPr>
                <w:sz w:val="24"/>
                <w:szCs w:val="24"/>
              </w:rPr>
            </w:pPr>
            <w:r w:rsidRPr="002D3C97">
              <w:rPr>
                <w:b/>
                <w:sz w:val="24"/>
                <w:szCs w:val="24"/>
              </w:rPr>
              <w:t>KS4 Art Portfolio support</w:t>
            </w:r>
            <w:r w:rsidRPr="002D3C97">
              <w:rPr>
                <w:color w:val="696E76"/>
                <w:sz w:val="24"/>
                <w:szCs w:val="24"/>
              </w:rPr>
              <w:t xml:space="preserve">   A1 &amp; A2</w:t>
            </w:r>
          </w:p>
          <w:p w:rsidRPr="002D3C97" w:rsidR="00671F69" w:rsidRDefault="001D12A3" w14:paraId="007424E2" w14:textId="77777777">
            <w:pPr>
              <w:spacing w:after="6" w:line="216" w:lineRule="auto"/>
              <w:rPr>
                <w:sz w:val="24"/>
                <w:szCs w:val="24"/>
              </w:rPr>
            </w:pPr>
            <w:r w:rsidRPr="002D3C97">
              <w:rPr>
                <w:b/>
                <w:sz w:val="24"/>
                <w:szCs w:val="24"/>
              </w:rPr>
              <w:t>KS4 Photography Coursework Support</w:t>
            </w:r>
            <w:r w:rsidRPr="002D3C97">
              <w:rPr>
                <w:color w:val="696E76"/>
                <w:sz w:val="24"/>
                <w:szCs w:val="24"/>
              </w:rPr>
              <w:t xml:space="preserve">   Mu1</w:t>
            </w:r>
          </w:p>
        </w:tc>
      </w:tr>
    </w:tbl>
    <w:p w:rsidRPr="002D3C97" w:rsidR="00671F69" w:rsidRDefault="00671F69" w14:paraId="5847083C" w14:textId="77777777">
      <w:pPr>
        <w:spacing w:after="24" w:line="48" w:lineRule="auto"/>
        <w:rPr>
          <w:sz w:val="24"/>
          <w:szCs w:val="24"/>
        </w:rPr>
      </w:pPr>
    </w:p>
    <w:tbl>
      <w:tblPr>
        <w:tblW w:w="0" w:type="auto"/>
        <w:jc w:val="center"/>
        <w:tblBorders>
          <w:top w:val="single" w:color="D8C9E1" w:sz="5" w:space="0"/>
          <w:left w:val="single" w:color="D8C9E1" w:sz="5" w:space="0"/>
          <w:bottom w:val="single" w:color="D8C9E1" w:sz="5" w:space="0"/>
          <w:right w:val="single" w:color="D8C9E1" w:sz="5" w:space="0"/>
          <w:insideH w:val="single" w:color="D8C9E1" w:sz="5" w:space="0"/>
          <w:insideV w:val="single" w:color="D8C9E1" w:sz="5" w:space="0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7909"/>
      </w:tblGrid>
      <w:tr w:rsidRPr="002D3C97" w:rsidR="00671F69" w14:paraId="708DB27C" w14:textId="77777777">
        <w:trPr>
          <w:cantSplit/>
          <w:jc w:val="center"/>
        </w:trPr>
        <w:tc>
          <w:tcPr>
            <w:tcW w:w="2948" w:type="dxa"/>
            <w:shd w:val="clear" w:color="auto" w:fill="5A2A75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:rsidRPr="002D3C97" w:rsidR="00671F69" w:rsidRDefault="001D12A3" w14:paraId="3813C1B2" w14:textId="77777777">
            <w:pPr>
              <w:jc w:val="center"/>
              <w:rPr>
                <w:sz w:val="24"/>
                <w:szCs w:val="24"/>
              </w:rPr>
            </w:pPr>
            <w:r w:rsidRPr="002D3C97">
              <w:rPr>
                <w:b/>
                <w:color w:val="FFFFFF"/>
                <w:sz w:val="24"/>
                <w:szCs w:val="24"/>
              </w:rPr>
              <w:t>CLUBS → SKILLS</w:t>
            </w:r>
          </w:p>
        </w:tc>
        <w:tc>
          <w:tcPr>
            <w:tcW w:w="7909" w:type="dxa"/>
            <w:shd w:val="clear" w:color="auto" w:fill="F3EEF7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:rsidRPr="002D3C97" w:rsidR="00671F69" w:rsidRDefault="001D12A3" w14:paraId="68FA975D" w14:textId="77777777">
            <w:pPr>
              <w:rPr>
                <w:sz w:val="24"/>
                <w:szCs w:val="24"/>
              </w:rPr>
            </w:pPr>
            <w:r w:rsidRPr="002D3C97">
              <w:rPr>
                <w:b/>
                <w:sz w:val="24"/>
                <w:szCs w:val="24"/>
              </w:rPr>
              <w:t xml:space="preserve">Every club is a chance to practise your essential skills. </w:t>
            </w:r>
            <w:r w:rsidRPr="002D3C97">
              <w:rPr>
                <w:color w:val="505050"/>
                <w:sz w:val="24"/>
                <w:szCs w:val="24"/>
              </w:rPr>
              <w:t>Notice which skills you use, and which ones you want to strengthen.</w:t>
            </w:r>
          </w:p>
        </w:tc>
      </w:tr>
    </w:tbl>
    <w:p w:rsidR="00671F69" w:rsidRDefault="001D12A3" w14:paraId="070527E0" w14:textId="77777777">
      <w:pPr>
        <w:spacing w:before="60" w:after="40"/>
        <w:jc w:val="center"/>
      </w:pPr>
      <w:r>
        <w:rPr>
          <w:noProof/>
        </w:rPr>
        <w:drawing>
          <wp:inline distT="0" distB="0" distL="0" distR="0" wp14:anchorId="6F5B46C3" wp14:editId="1BB6A399">
            <wp:extent cx="6768000" cy="7696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68000" cy="76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2D3C97" w:rsidR="00671F69" w:rsidRDefault="001D12A3" w14:paraId="6BD77458" w14:textId="77777777">
      <w:pPr>
        <w:jc w:val="center"/>
        <w:rPr>
          <w:sz w:val="28"/>
          <w:szCs w:val="28"/>
        </w:rPr>
      </w:pPr>
      <w:r w:rsidRPr="002D3C97">
        <w:rPr>
          <w:b/>
          <w:color w:val="4A4D53"/>
          <w:sz w:val="28"/>
          <w:szCs w:val="28"/>
        </w:rPr>
        <w:t xml:space="preserve">Explore the Skills Builder framework: </w:t>
      </w:r>
      <w:hyperlink r:id="rId8">
        <w:r w:rsidRPr="002D3C97">
          <w:rPr>
            <w:color w:val="176A87"/>
            <w:sz w:val="28"/>
            <w:szCs w:val="28"/>
            <w:u w:val="single"/>
          </w:rPr>
          <w:t>skillsbuilder.org</w:t>
        </w:r>
      </w:hyperlink>
      <w:r w:rsidRPr="002D3C97">
        <w:rPr>
          <w:b/>
          <w:color w:val="176A87"/>
          <w:sz w:val="28"/>
          <w:szCs w:val="28"/>
        </w:rPr>
        <w:t xml:space="preserve">   •   Be the best version of you!</w:t>
      </w:r>
    </w:p>
    <w:sectPr w:rsidRPr="002D3C97" w:rsidR="00671F69" w:rsidSect="00034616">
      <w:pgSz w:w="11906" w:h="16838" w:orient="portrait"/>
      <w:pgMar w:top="369" w:right="425" w:bottom="340" w:left="425" w:header="113" w:footer="11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673218061">
    <w:abstractNumId w:val="8"/>
  </w:num>
  <w:num w:numId="2" w16cid:durableId="955065106">
    <w:abstractNumId w:val="6"/>
  </w:num>
  <w:num w:numId="3" w16cid:durableId="841434466">
    <w:abstractNumId w:val="5"/>
  </w:num>
  <w:num w:numId="4" w16cid:durableId="157114907">
    <w:abstractNumId w:val="4"/>
  </w:num>
  <w:num w:numId="5" w16cid:durableId="1503469104">
    <w:abstractNumId w:val="7"/>
  </w:num>
  <w:num w:numId="6" w16cid:durableId="2145347259">
    <w:abstractNumId w:val="3"/>
  </w:num>
  <w:num w:numId="7" w16cid:durableId="1550652040">
    <w:abstractNumId w:val="2"/>
  </w:num>
  <w:num w:numId="8" w16cid:durableId="1095133173">
    <w:abstractNumId w:val="1"/>
  </w:num>
  <w:num w:numId="9" w16cid:durableId="987828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12A3"/>
    <w:rsid w:val="0029639D"/>
    <w:rsid w:val="002D3C97"/>
    <w:rsid w:val="00326F90"/>
    <w:rsid w:val="00671F69"/>
    <w:rsid w:val="007C6E6F"/>
    <w:rsid w:val="00AA1D8D"/>
    <w:rsid w:val="00B47730"/>
    <w:rsid w:val="00CB0664"/>
    <w:rsid w:val="00FC693F"/>
    <w:rsid w:val="013AC8EF"/>
    <w:rsid w:val="090827D4"/>
    <w:rsid w:val="14059C19"/>
    <w:rsid w:val="1AD6F932"/>
    <w:rsid w:val="1F8C8924"/>
    <w:rsid w:val="244B74E8"/>
    <w:rsid w:val="360503EC"/>
    <w:rsid w:val="3C5BAA0D"/>
    <w:rsid w:val="49F7F75D"/>
    <w:rsid w:val="548D8327"/>
    <w:rsid w:val="5541A728"/>
    <w:rsid w:val="59BE318E"/>
    <w:rsid w:val="5FBCCA4E"/>
    <w:rsid w:val="73BAF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EDB8FB"/>
  <w14:defaultImageDpi w14:val="300"/>
  <w15:docId w15:val="{779CD135-96CF-4A3E-9AAF-DC004F1A0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spacing w:after="0"/>
    </w:pPr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skillsbuilder.org/" TargetMode="External" Id="rId8" /><Relationship Type="http://schemas.openxmlformats.org/officeDocument/2006/relationships/styles" Target="styles.xml" Id="rId3" /><Relationship Type="http://schemas.openxmlformats.org/officeDocument/2006/relationships/image" Target="media/image2.png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image" Target="media/image1.png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Emily Abberley</lastModifiedBy>
  <revision>3</revision>
  <dcterms:created xsi:type="dcterms:W3CDTF">2026-09-13T11:06:00.0000000Z</dcterms:created>
  <dcterms:modified xsi:type="dcterms:W3CDTF">2026-09-14T15:14:01.8800537Z</dcterms:modified>
  <category/>
</coreProperties>
</file>