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5ABA7" w14:textId="260922EA" w:rsidR="004F7632" w:rsidRDefault="004F7632">
      <w:pPr>
        <w:spacing w:before="360" w:after="40"/>
        <w:rPr>
          <w:b/>
          <w:color w:val="17171D"/>
          <w:sz w:val="46"/>
        </w:rPr>
      </w:pPr>
      <w:r>
        <w:rPr>
          <w:noProof/>
        </w:rPr>
        <w:drawing>
          <wp:anchor distT="0" distB="0" distL="114300" distR="114300" simplePos="0" relativeHeight="251658240" behindDoc="1" locked="0" layoutInCell="1" allowOverlap="1" wp14:anchorId="478D4140" wp14:editId="0495A445">
            <wp:simplePos x="0" y="0"/>
            <wp:positionH relativeFrom="column">
              <wp:posOffset>282575</wp:posOffset>
            </wp:positionH>
            <wp:positionV relativeFrom="paragraph">
              <wp:posOffset>-83820</wp:posOffset>
            </wp:positionV>
            <wp:extent cx="5803900" cy="530225"/>
            <wp:effectExtent l="0" t="0" r="6350" b="3175"/>
            <wp:wrapNone/>
            <wp:docPr id="1576750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50392"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3900" cy="530225"/>
                    </a:xfrm>
                    <a:prstGeom prst="rect">
                      <a:avLst/>
                    </a:prstGeom>
                    <a:noFill/>
                  </pic:spPr>
                </pic:pic>
              </a:graphicData>
            </a:graphic>
          </wp:anchor>
        </w:drawing>
      </w:r>
    </w:p>
    <w:p w14:paraId="3E8AFF61" w14:textId="10E82EBC" w:rsidR="00D92B2D" w:rsidRDefault="000D7A00">
      <w:pPr>
        <w:spacing w:before="360" w:after="40"/>
      </w:pPr>
      <w:r>
        <w:rPr>
          <w:b/>
          <w:color w:val="17171D"/>
          <w:sz w:val="46"/>
        </w:rPr>
        <w:t>APPLICATION FOR EMPLOYMENT</w:t>
      </w:r>
    </w:p>
    <w:p w14:paraId="75740C25" w14:textId="77777777" w:rsidR="00D92B2D" w:rsidRDefault="000D7A00">
      <w:r>
        <w:rPr>
          <w:b/>
          <w:color w:val="F58220"/>
          <w:sz w:val="34"/>
        </w:rPr>
        <w:t>AND HR RECRUITMENT PACK</w:t>
      </w:r>
    </w:p>
    <w:p w14:paraId="0002D477" w14:textId="77777777" w:rsidR="00D92B2D" w:rsidRDefault="000D7A00">
      <w:pPr>
        <w:spacing w:after="80" w:line="252" w:lineRule="auto"/>
      </w:pPr>
      <w:r>
        <w:rPr>
          <w:sz w:val="20"/>
        </w:rPr>
        <w:t>Academic year 2026–27</w:t>
      </w:r>
    </w:p>
    <w:p w14:paraId="079D97CD" w14:textId="77777777" w:rsidR="00D92B2D" w:rsidRDefault="000D7A00">
      <w:pPr>
        <w:spacing w:after="80" w:line="252" w:lineRule="auto"/>
      </w:pPr>
      <w:r>
        <w:t>Blackpool Skills Academy</w:t>
      </w:r>
      <w:r>
        <w:br/>
        <w:t>Stanley House, Stanley Road, Blackpool, FY1 4QL</w:t>
      </w:r>
      <w:r>
        <w:br/>
        <w:t>01253 759854  |  info@blackpoolskillsacademy.co.uk  |  DfE URN 151774</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34"/>
        <w:gridCol w:w="6803"/>
      </w:tblGrid>
      <w:tr w:rsidR="00D92B2D" w14:paraId="718E7542" w14:textId="77777777">
        <w:trPr>
          <w:tblHeader/>
          <w:jc w:val="center"/>
        </w:trPr>
        <w:tc>
          <w:tcPr>
            <w:tcW w:w="2834" w:type="dxa"/>
            <w:shd w:val="clear" w:color="auto" w:fill="17171D"/>
            <w:tcMar>
              <w:top w:w="90" w:type="dxa"/>
              <w:left w:w="110" w:type="dxa"/>
              <w:bottom w:w="90" w:type="dxa"/>
              <w:right w:w="110" w:type="dxa"/>
            </w:tcMar>
            <w:vAlign w:val="center"/>
          </w:tcPr>
          <w:p w14:paraId="43D53A49" w14:textId="77777777" w:rsidR="00D92B2D" w:rsidRDefault="000D7A00">
            <w:pPr>
              <w:spacing w:after="0"/>
              <w:jc w:val="center"/>
            </w:pPr>
            <w:r>
              <w:rPr>
                <w:b/>
                <w:color w:val="FFFFFF"/>
                <w:sz w:val="16"/>
              </w:rPr>
              <w:t>Document</w:t>
            </w:r>
          </w:p>
        </w:tc>
        <w:tc>
          <w:tcPr>
            <w:tcW w:w="6803" w:type="dxa"/>
            <w:shd w:val="clear" w:color="auto" w:fill="17171D"/>
            <w:tcMar>
              <w:top w:w="90" w:type="dxa"/>
              <w:left w:w="110" w:type="dxa"/>
              <w:bottom w:w="90" w:type="dxa"/>
              <w:right w:w="110" w:type="dxa"/>
            </w:tcMar>
            <w:vAlign w:val="center"/>
          </w:tcPr>
          <w:p w14:paraId="6629EDA3" w14:textId="77777777" w:rsidR="00D92B2D" w:rsidRDefault="000D7A00">
            <w:pPr>
              <w:spacing w:after="0"/>
              <w:jc w:val="center"/>
            </w:pPr>
            <w:r>
              <w:rPr>
                <w:b/>
                <w:color w:val="FFFFFF"/>
                <w:sz w:val="16"/>
              </w:rPr>
              <w:t>Detail</w:t>
            </w:r>
          </w:p>
        </w:tc>
      </w:tr>
      <w:tr w:rsidR="00D92B2D" w14:paraId="41E99521" w14:textId="77777777">
        <w:trPr>
          <w:cantSplit/>
          <w:jc w:val="center"/>
        </w:trPr>
        <w:tc>
          <w:tcPr>
            <w:tcW w:w="2834" w:type="dxa"/>
            <w:tcMar>
              <w:top w:w="90" w:type="dxa"/>
              <w:left w:w="110" w:type="dxa"/>
              <w:bottom w:w="90" w:type="dxa"/>
              <w:right w:w="110" w:type="dxa"/>
            </w:tcMar>
            <w:vAlign w:val="center"/>
          </w:tcPr>
          <w:p w14:paraId="0135462A" w14:textId="77777777" w:rsidR="00D92B2D" w:rsidRDefault="000D7A00">
            <w:pPr>
              <w:spacing w:after="0"/>
            </w:pPr>
            <w:r>
              <w:rPr>
                <w:color w:val="000000"/>
                <w:sz w:val="16"/>
              </w:rPr>
              <w:t>Reference</w:t>
            </w:r>
          </w:p>
        </w:tc>
        <w:tc>
          <w:tcPr>
            <w:tcW w:w="6803" w:type="dxa"/>
            <w:tcMar>
              <w:top w:w="90" w:type="dxa"/>
              <w:left w:w="110" w:type="dxa"/>
              <w:bottom w:w="90" w:type="dxa"/>
              <w:right w:w="110" w:type="dxa"/>
            </w:tcMar>
            <w:vAlign w:val="center"/>
          </w:tcPr>
          <w:p w14:paraId="73D15CFF" w14:textId="77777777" w:rsidR="00D92B2D" w:rsidRDefault="000D7A00">
            <w:pPr>
              <w:spacing w:after="0"/>
            </w:pPr>
            <w:r>
              <w:rPr>
                <w:color w:val="000000"/>
                <w:sz w:val="16"/>
              </w:rPr>
              <w:t>BSA-HR-001</w:t>
            </w:r>
          </w:p>
        </w:tc>
      </w:tr>
      <w:tr w:rsidR="00D92B2D" w14:paraId="6CF8BFDA" w14:textId="77777777">
        <w:trPr>
          <w:cantSplit/>
          <w:jc w:val="center"/>
        </w:trPr>
        <w:tc>
          <w:tcPr>
            <w:tcW w:w="2834" w:type="dxa"/>
            <w:shd w:val="clear" w:color="auto" w:fill="FAFAFA"/>
            <w:tcMar>
              <w:top w:w="90" w:type="dxa"/>
              <w:left w:w="110" w:type="dxa"/>
              <w:bottom w:w="90" w:type="dxa"/>
              <w:right w:w="110" w:type="dxa"/>
            </w:tcMar>
            <w:vAlign w:val="center"/>
          </w:tcPr>
          <w:p w14:paraId="390AE6FC" w14:textId="77777777" w:rsidR="00D92B2D" w:rsidRDefault="000D7A00">
            <w:pPr>
              <w:spacing w:after="0"/>
            </w:pPr>
            <w:r>
              <w:rPr>
                <w:color w:val="000000"/>
                <w:sz w:val="16"/>
              </w:rPr>
              <w:t>Version</w:t>
            </w:r>
          </w:p>
        </w:tc>
        <w:tc>
          <w:tcPr>
            <w:tcW w:w="6803" w:type="dxa"/>
            <w:shd w:val="clear" w:color="auto" w:fill="FAFAFA"/>
            <w:tcMar>
              <w:top w:w="90" w:type="dxa"/>
              <w:left w:w="110" w:type="dxa"/>
              <w:bottom w:w="90" w:type="dxa"/>
              <w:right w:w="110" w:type="dxa"/>
            </w:tcMar>
            <w:vAlign w:val="center"/>
          </w:tcPr>
          <w:p w14:paraId="724C1CC6" w14:textId="77777777" w:rsidR="00D92B2D" w:rsidRDefault="000D7A00">
            <w:pPr>
              <w:spacing w:after="0"/>
            </w:pPr>
            <w:r>
              <w:rPr>
                <w:color w:val="000000"/>
                <w:sz w:val="16"/>
              </w:rPr>
              <w:t>3.0 – September 2026</w:t>
            </w:r>
          </w:p>
        </w:tc>
      </w:tr>
      <w:tr w:rsidR="00D92B2D" w14:paraId="5D9DCC54" w14:textId="77777777">
        <w:trPr>
          <w:cantSplit/>
          <w:jc w:val="center"/>
        </w:trPr>
        <w:tc>
          <w:tcPr>
            <w:tcW w:w="2834" w:type="dxa"/>
            <w:tcMar>
              <w:top w:w="90" w:type="dxa"/>
              <w:left w:w="110" w:type="dxa"/>
              <w:bottom w:w="90" w:type="dxa"/>
              <w:right w:w="110" w:type="dxa"/>
            </w:tcMar>
            <w:vAlign w:val="center"/>
          </w:tcPr>
          <w:p w14:paraId="1DE50C01" w14:textId="77777777" w:rsidR="00D92B2D" w:rsidRDefault="000D7A00">
            <w:pPr>
              <w:spacing w:after="0"/>
            </w:pPr>
            <w:r>
              <w:rPr>
                <w:color w:val="000000"/>
                <w:sz w:val="16"/>
              </w:rPr>
              <w:t>Owner</w:t>
            </w:r>
          </w:p>
        </w:tc>
        <w:tc>
          <w:tcPr>
            <w:tcW w:w="6803" w:type="dxa"/>
            <w:tcMar>
              <w:top w:w="90" w:type="dxa"/>
              <w:left w:w="110" w:type="dxa"/>
              <w:bottom w:w="90" w:type="dxa"/>
              <w:right w:w="110" w:type="dxa"/>
            </w:tcMar>
            <w:vAlign w:val="center"/>
          </w:tcPr>
          <w:p w14:paraId="770A34F0" w14:textId="77777777" w:rsidR="00D92B2D" w:rsidRDefault="000D7A00">
            <w:pPr>
              <w:spacing w:after="0"/>
            </w:pPr>
            <w:r>
              <w:rPr>
                <w:color w:val="000000"/>
                <w:sz w:val="16"/>
              </w:rPr>
              <w:t>Principal / HR Lead</w:t>
            </w:r>
          </w:p>
        </w:tc>
      </w:tr>
      <w:tr w:rsidR="00D92B2D" w14:paraId="46B67F94" w14:textId="77777777">
        <w:trPr>
          <w:cantSplit/>
          <w:jc w:val="center"/>
        </w:trPr>
        <w:tc>
          <w:tcPr>
            <w:tcW w:w="2834" w:type="dxa"/>
            <w:shd w:val="clear" w:color="auto" w:fill="FAFAFA"/>
            <w:tcMar>
              <w:top w:w="90" w:type="dxa"/>
              <w:left w:w="110" w:type="dxa"/>
              <w:bottom w:w="90" w:type="dxa"/>
              <w:right w:w="110" w:type="dxa"/>
            </w:tcMar>
            <w:vAlign w:val="center"/>
          </w:tcPr>
          <w:p w14:paraId="09B49726" w14:textId="77777777" w:rsidR="00D92B2D" w:rsidRDefault="000D7A00">
            <w:pPr>
              <w:spacing w:after="0"/>
            </w:pPr>
            <w:r>
              <w:rPr>
                <w:color w:val="000000"/>
                <w:sz w:val="16"/>
              </w:rPr>
              <w:t>Approved by</w:t>
            </w:r>
          </w:p>
        </w:tc>
        <w:tc>
          <w:tcPr>
            <w:tcW w:w="6803" w:type="dxa"/>
            <w:shd w:val="clear" w:color="auto" w:fill="FAFAFA"/>
            <w:tcMar>
              <w:top w:w="90" w:type="dxa"/>
              <w:left w:w="110" w:type="dxa"/>
              <w:bottom w:w="90" w:type="dxa"/>
              <w:right w:w="110" w:type="dxa"/>
            </w:tcMar>
            <w:vAlign w:val="center"/>
          </w:tcPr>
          <w:p w14:paraId="70173E1B" w14:textId="77777777" w:rsidR="00D92B2D" w:rsidRDefault="000D7A00">
            <w:pPr>
              <w:spacing w:after="0"/>
            </w:pPr>
            <w:r>
              <w:rPr>
                <w:color w:val="000000"/>
                <w:sz w:val="16"/>
              </w:rPr>
              <w:t>____________________________</w:t>
            </w:r>
          </w:p>
        </w:tc>
      </w:tr>
      <w:tr w:rsidR="00D92B2D" w14:paraId="193AC5AC" w14:textId="77777777">
        <w:trPr>
          <w:cantSplit/>
          <w:jc w:val="center"/>
        </w:trPr>
        <w:tc>
          <w:tcPr>
            <w:tcW w:w="2834" w:type="dxa"/>
            <w:tcMar>
              <w:top w:w="90" w:type="dxa"/>
              <w:left w:w="110" w:type="dxa"/>
              <w:bottom w:w="90" w:type="dxa"/>
              <w:right w:w="110" w:type="dxa"/>
            </w:tcMar>
            <w:vAlign w:val="center"/>
          </w:tcPr>
          <w:p w14:paraId="62492EA6" w14:textId="77777777" w:rsidR="00D92B2D" w:rsidRDefault="000D7A00">
            <w:pPr>
              <w:spacing w:after="0"/>
            </w:pPr>
            <w:r>
              <w:rPr>
                <w:color w:val="000000"/>
                <w:sz w:val="16"/>
              </w:rPr>
              <w:t>Approval date</w:t>
            </w:r>
          </w:p>
        </w:tc>
        <w:tc>
          <w:tcPr>
            <w:tcW w:w="6803" w:type="dxa"/>
            <w:tcMar>
              <w:top w:w="90" w:type="dxa"/>
              <w:left w:w="110" w:type="dxa"/>
              <w:bottom w:w="90" w:type="dxa"/>
              <w:right w:w="110" w:type="dxa"/>
            </w:tcMar>
            <w:vAlign w:val="center"/>
          </w:tcPr>
          <w:p w14:paraId="2C8F8700" w14:textId="77777777" w:rsidR="00D92B2D" w:rsidRDefault="000D7A00">
            <w:pPr>
              <w:spacing w:after="0"/>
            </w:pPr>
            <w:r>
              <w:rPr>
                <w:color w:val="000000"/>
                <w:sz w:val="16"/>
              </w:rPr>
              <w:t>____________________________</w:t>
            </w:r>
          </w:p>
        </w:tc>
      </w:tr>
      <w:tr w:rsidR="00D92B2D" w14:paraId="2C4E5786" w14:textId="77777777">
        <w:trPr>
          <w:cantSplit/>
          <w:jc w:val="center"/>
        </w:trPr>
        <w:tc>
          <w:tcPr>
            <w:tcW w:w="2834" w:type="dxa"/>
            <w:shd w:val="clear" w:color="auto" w:fill="FAFAFA"/>
            <w:tcMar>
              <w:top w:w="90" w:type="dxa"/>
              <w:left w:w="110" w:type="dxa"/>
              <w:bottom w:w="90" w:type="dxa"/>
              <w:right w:w="110" w:type="dxa"/>
            </w:tcMar>
            <w:vAlign w:val="center"/>
          </w:tcPr>
          <w:p w14:paraId="7EBE1393" w14:textId="77777777" w:rsidR="00D92B2D" w:rsidRDefault="000D7A00">
            <w:pPr>
              <w:spacing w:after="0"/>
            </w:pPr>
            <w:r>
              <w:rPr>
                <w:color w:val="000000"/>
                <w:sz w:val="16"/>
              </w:rPr>
              <w:t>Review date</w:t>
            </w:r>
          </w:p>
        </w:tc>
        <w:tc>
          <w:tcPr>
            <w:tcW w:w="6803" w:type="dxa"/>
            <w:shd w:val="clear" w:color="auto" w:fill="FAFAFA"/>
            <w:tcMar>
              <w:top w:w="90" w:type="dxa"/>
              <w:left w:w="110" w:type="dxa"/>
              <w:bottom w:w="90" w:type="dxa"/>
              <w:right w:w="110" w:type="dxa"/>
            </w:tcMar>
            <w:vAlign w:val="center"/>
          </w:tcPr>
          <w:p w14:paraId="5D01E22A" w14:textId="77777777" w:rsidR="00D92B2D" w:rsidRDefault="000D7A00">
            <w:pPr>
              <w:spacing w:after="0"/>
            </w:pPr>
            <w:r>
              <w:rPr>
                <w:color w:val="000000"/>
                <w:sz w:val="16"/>
              </w:rPr>
              <w:t>____________________________</w:t>
            </w:r>
          </w:p>
        </w:tc>
      </w:tr>
    </w:tbl>
    <w:p w14:paraId="54808998" w14:textId="77777777" w:rsidR="00D92B2D" w:rsidRDefault="000D7A00">
      <w:pPr>
        <w:pStyle w:val="Heading1"/>
        <w:spacing w:before="160" w:after="80"/>
      </w:pPr>
      <w:r>
        <w:rPr>
          <w:rFonts w:ascii="Arial" w:hAnsi="Arial"/>
          <w:color w:val="F58220"/>
          <w:sz w:val="30"/>
        </w:rPr>
        <w:t>How this pack is organised</w:t>
      </w:r>
    </w:p>
    <w:p w14:paraId="622B64DB" w14:textId="77777777" w:rsidR="00D92B2D" w:rsidRDefault="000D7A00">
      <w:pPr>
        <w:spacing w:after="80" w:line="252" w:lineRule="auto"/>
      </w:pPr>
      <w:r>
        <w:t>Section One is completed by every applicant. The confidential self-declaration is completed only if HR confirms that the applicant has been shortlisted; the voluntary equality monitoring form is detached before selection. Section Two is the restricted HR safer-recruitment record. Section Three is completed only by the successful candidate after a conditional offer, with restricted HR fields alongside it. Section Four is a divider for the role-specific job description and contract.</w:t>
      </w:r>
    </w:p>
    <w:p w14:paraId="35C92131" w14:textId="77777777" w:rsidR="00D92B2D" w:rsidRDefault="000D7A00">
      <w:pPr>
        <w:pStyle w:val="Heading1"/>
        <w:spacing w:before="160" w:after="80"/>
      </w:pPr>
      <w:r>
        <w:rPr>
          <w:rFonts w:ascii="Arial" w:hAnsi="Arial"/>
          <w:color w:val="F58220"/>
          <w:sz w:val="30"/>
        </w:rPr>
        <w:t>Completing and returning the form</w:t>
      </w:r>
    </w:p>
    <w:p w14:paraId="000B2368" w14:textId="77777777" w:rsidR="00D92B2D" w:rsidRDefault="000D7A00">
      <w:pPr>
        <w:pStyle w:val="ListBullet"/>
        <w:spacing w:after="30"/>
      </w:pPr>
      <w:r>
        <w:rPr>
          <w:sz w:val="17"/>
        </w:rPr>
        <w:t>Complete every relevant field. Write N/A where a question does not apply.</w:t>
      </w:r>
    </w:p>
    <w:p w14:paraId="4659EEA6" w14:textId="77777777" w:rsidR="00D92B2D" w:rsidRDefault="000D7A00">
      <w:pPr>
        <w:pStyle w:val="ListBullet"/>
        <w:spacing w:after="30"/>
      </w:pPr>
      <w:r>
        <w:rPr>
          <w:sz w:val="17"/>
        </w:rPr>
        <w:t>Provide a complete, continuous history from leaving full-time education to the present and explain every gap.</w:t>
      </w:r>
    </w:p>
    <w:p w14:paraId="0325340C" w14:textId="77777777" w:rsidR="00D92B2D" w:rsidRDefault="000D7A00">
      <w:pPr>
        <w:pStyle w:val="ListBullet"/>
        <w:spacing w:after="30"/>
      </w:pPr>
      <w:r>
        <w:rPr>
          <w:sz w:val="17"/>
        </w:rPr>
        <w:t>A CV may support the application but cannot replace this form.</w:t>
      </w:r>
    </w:p>
    <w:p w14:paraId="454A5406" w14:textId="77777777" w:rsidR="00D92B2D" w:rsidRDefault="000D7A00">
      <w:pPr>
        <w:pStyle w:val="ListBullet"/>
        <w:spacing w:after="30"/>
      </w:pPr>
      <w:r>
        <w:rPr>
          <w:sz w:val="17"/>
        </w:rPr>
        <w:t>Use additional pages if necessary, clearly labelled with the relevant section and question.</w:t>
      </w:r>
    </w:p>
    <w:p w14:paraId="4F8655B4" w14:textId="77777777" w:rsidR="00D92B2D" w:rsidRDefault="000D7A00">
      <w:pPr>
        <w:pStyle w:val="ListBullet"/>
        <w:spacing w:after="30"/>
      </w:pPr>
      <w:r>
        <w:rPr>
          <w:sz w:val="17"/>
        </w:rPr>
        <w:t>Return the completed applicant section to info@blackpoolskillsacademy.co.uk by the advertised deadline.</w:t>
      </w:r>
    </w:p>
    <w:p w14:paraId="6F92BDF8" w14:textId="77777777" w:rsidR="00D92B2D" w:rsidRDefault="000D7A00">
      <w:pPr>
        <w:pStyle w:val="ListBullet"/>
        <w:spacing w:after="30"/>
      </w:pPr>
      <w:r>
        <w:rPr>
          <w:sz w:val="17"/>
        </w:rPr>
        <w:t>Do not send DBS certificates, criminal-record details, National Insurance information or medical records with the initial application.</w:t>
      </w:r>
    </w:p>
    <w:p w14:paraId="6B8EBC4A" w14:textId="77777777" w:rsidR="00D92B2D" w:rsidRDefault="000D7A00">
      <w:pPr>
        <w:pStyle w:val="Heading1"/>
        <w:spacing w:before="160" w:after="80"/>
      </w:pPr>
      <w:r>
        <w:rPr>
          <w:rFonts w:ascii="Arial" w:hAnsi="Arial"/>
          <w:color w:val="F58220"/>
          <w:sz w:val="30"/>
        </w:rPr>
        <w:t>Safeguarding statement</w:t>
      </w:r>
    </w:p>
    <w:p w14:paraId="5DDA63FC" w14:textId="77777777" w:rsidR="00D92B2D" w:rsidRDefault="000D7A00">
      <w:pPr>
        <w:spacing w:after="80" w:line="252" w:lineRule="auto"/>
      </w:pPr>
      <w:r>
        <w:t>Blackpool Skills Academy is committed to safeguarding and promoting the welfare of children and young people. Appointments are subject to the checks appropriate to the role under Keeping Children Safe in Education 2026. It is a criminal offence for a barred person to apply for regulated activity with children.</w:t>
      </w:r>
    </w:p>
    <w:p w14:paraId="1E3A9330" w14:textId="77777777" w:rsidR="00D92B2D" w:rsidRDefault="000D7A00">
      <w:r>
        <w:br w:type="page"/>
      </w:r>
    </w:p>
    <w:p w14:paraId="482D6DB5" w14:textId="77777777" w:rsidR="00D92B2D" w:rsidRDefault="000D7A00">
      <w:pPr>
        <w:spacing w:before="800"/>
        <w:jc w:val="center"/>
      </w:pPr>
      <w:r>
        <w:rPr>
          <w:b/>
          <w:color w:val="F58220"/>
          <w:sz w:val="48"/>
        </w:rPr>
        <w:lastRenderedPageBreak/>
        <w:t>SECTION ONE</w:t>
      </w:r>
    </w:p>
    <w:p w14:paraId="11D6875B" w14:textId="77777777" w:rsidR="00D92B2D" w:rsidRDefault="000D7A00">
      <w:pPr>
        <w:jc w:val="center"/>
      </w:pPr>
      <w:r>
        <w:rPr>
          <w:b/>
          <w:color w:val="17171D"/>
          <w:sz w:val="36"/>
        </w:rPr>
        <w:t>Applicant to complete</w:t>
      </w:r>
    </w:p>
    <w:p w14:paraId="6E137649" w14:textId="77777777" w:rsidR="00D92B2D" w:rsidRDefault="000D7A00">
      <w:pPr>
        <w:spacing w:after="80" w:line="252" w:lineRule="auto"/>
      </w:pPr>
      <w:r>
        <w:rPr>
          <w:sz w:val="20"/>
        </w:rPr>
        <w:t>Complete Parts A to H. Complete Part I only if HR tells you that you have been shortlisted. Part J is voluntary and will be detached from the application before selection decisions are made.</w:t>
      </w:r>
    </w:p>
    <w:p w14:paraId="7BADD29D" w14:textId="77777777" w:rsidR="00D92B2D" w:rsidRDefault="000D7A00">
      <w:pPr>
        <w:pStyle w:val="Heading1"/>
        <w:spacing w:before="160" w:after="80"/>
      </w:pPr>
      <w:r>
        <w:rPr>
          <w:rFonts w:ascii="Arial" w:hAnsi="Arial"/>
          <w:color w:val="F58220"/>
          <w:sz w:val="30"/>
        </w:rPr>
        <w:t>Part A  Vacancy and personal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32576185" w14:textId="77777777">
        <w:trPr>
          <w:cantSplit/>
          <w:trHeight w:val="425"/>
          <w:jc w:val="center"/>
        </w:trPr>
        <w:tc>
          <w:tcPr>
            <w:tcW w:w="4818" w:type="dxa"/>
            <w:tcMar>
              <w:top w:w="90" w:type="dxa"/>
              <w:left w:w="110" w:type="dxa"/>
              <w:bottom w:w="90" w:type="dxa"/>
              <w:right w:w="110" w:type="dxa"/>
            </w:tcMar>
            <w:vAlign w:val="center"/>
          </w:tcPr>
          <w:p w14:paraId="5675DA3A" w14:textId="77777777" w:rsidR="00D92B2D" w:rsidRDefault="000D7A00">
            <w:r>
              <w:rPr>
                <w:color w:val="000000"/>
                <w:sz w:val="17"/>
              </w:rPr>
              <w:t>Post applied for</w:t>
            </w:r>
          </w:p>
        </w:tc>
        <w:tc>
          <w:tcPr>
            <w:tcW w:w="4818" w:type="dxa"/>
            <w:tcMar>
              <w:top w:w="90" w:type="dxa"/>
              <w:left w:w="110" w:type="dxa"/>
              <w:bottom w:w="90" w:type="dxa"/>
              <w:right w:w="110" w:type="dxa"/>
            </w:tcMar>
            <w:vAlign w:val="center"/>
          </w:tcPr>
          <w:p w14:paraId="0241D364" w14:textId="77777777" w:rsidR="00D92B2D" w:rsidRDefault="000D7A00">
            <w:r>
              <w:rPr>
                <w:color w:val="000000"/>
                <w:sz w:val="17"/>
              </w:rPr>
              <w:t>Vacancy reference</w:t>
            </w:r>
          </w:p>
        </w:tc>
      </w:tr>
      <w:tr w:rsidR="00D92B2D" w14:paraId="1C9022EB" w14:textId="77777777">
        <w:trPr>
          <w:cantSplit/>
          <w:trHeight w:val="425"/>
          <w:jc w:val="center"/>
        </w:trPr>
        <w:tc>
          <w:tcPr>
            <w:tcW w:w="4818" w:type="dxa"/>
            <w:tcMar>
              <w:top w:w="90" w:type="dxa"/>
              <w:left w:w="110" w:type="dxa"/>
              <w:bottom w:w="90" w:type="dxa"/>
              <w:right w:w="110" w:type="dxa"/>
            </w:tcMar>
            <w:vAlign w:val="center"/>
          </w:tcPr>
          <w:p w14:paraId="5D44FC04" w14:textId="77777777" w:rsidR="00D92B2D" w:rsidRDefault="000D7A00">
            <w:r>
              <w:rPr>
                <w:color w:val="000000"/>
                <w:sz w:val="17"/>
              </w:rPr>
              <w:t>Application date</w:t>
            </w:r>
          </w:p>
        </w:tc>
        <w:tc>
          <w:tcPr>
            <w:tcW w:w="4818" w:type="dxa"/>
            <w:tcMar>
              <w:top w:w="90" w:type="dxa"/>
              <w:left w:w="110" w:type="dxa"/>
              <w:bottom w:w="90" w:type="dxa"/>
              <w:right w:w="110" w:type="dxa"/>
            </w:tcMar>
            <w:vAlign w:val="center"/>
          </w:tcPr>
          <w:p w14:paraId="3A8507FC" w14:textId="77777777" w:rsidR="00D92B2D" w:rsidRDefault="000D7A00">
            <w:r>
              <w:rPr>
                <w:color w:val="000000"/>
                <w:sz w:val="17"/>
              </w:rPr>
              <w:t>Where vacancy seen</w:t>
            </w:r>
          </w:p>
        </w:tc>
      </w:tr>
    </w:tbl>
    <w:p w14:paraId="60985913" w14:textId="77777777" w:rsidR="00D92B2D" w:rsidRDefault="000D7A00">
      <w:pPr>
        <w:pStyle w:val="Heading2"/>
        <w:spacing w:before="100" w:after="80"/>
      </w:pPr>
      <w:r>
        <w:rPr>
          <w:rFonts w:ascii="Arial" w:hAnsi="Arial"/>
          <w:color w:val="17171D"/>
          <w:sz w:val="22"/>
        </w:rPr>
        <w:t>Personal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1447B297" w14:textId="77777777">
        <w:trPr>
          <w:cantSplit/>
          <w:trHeight w:val="425"/>
          <w:jc w:val="center"/>
        </w:trPr>
        <w:tc>
          <w:tcPr>
            <w:tcW w:w="4818" w:type="dxa"/>
            <w:tcMar>
              <w:top w:w="90" w:type="dxa"/>
              <w:left w:w="110" w:type="dxa"/>
              <w:bottom w:w="90" w:type="dxa"/>
              <w:right w:w="110" w:type="dxa"/>
            </w:tcMar>
            <w:vAlign w:val="center"/>
          </w:tcPr>
          <w:p w14:paraId="4F9E2796" w14:textId="77777777" w:rsidR="00D92B2D" w:rsidRDefault="000D7A00">
            <w:r>
              <w:rPr>
                <w:color w:val="000000"/>
                <w:sz w:val="17"/>
              </w:rPr>
              <w:t>Title</w:t>
            </w:r>
          </w:p>
        </w:tc>
        <w:tc>
          <w:tcPr>
            <w:tcW w:w="4818" w:type="dxa"/>
            <w:tcMar>
              <w:top w:w="90" w:type="dxa"/>
              <w:left w:w="110" w:type="dxa"/>
              <w:bottom w:w="90" w:type="dxa"/>
              <w:right w:w="110" w:type="dxa"/>
            </w:tcMar>
            <w:vAlign w:val="center"/>
          </w:tcPr>
          <w:p w14:paraId="01617EBC" w14:textId="77777777" w:rsidR="00D92B2D" w:rsidRDefault="000D7A00">
            <w:r>
              <w:rPr>
                <w:color w:val="000000"/>
                <w:sz w:val="17"/>
              </w:rPr>
              <w:t>Preferred name</w:t>
            </w:r>
          </w:p>
        </w:tc>
      </w:tr>
      <w:tr w:rsidR="00D92B2D" w14:paraId="54FAF74A" w14:textId="77777777">
        <w:trPr>
          <w:cantSplit/>
          <w:trHeight w:val="425"/>
          <w:jc w:val="center"/>
        </w:trPr>
        <w:tc>
          <w:tcPr>
            <w:tcW w:w="4818" w:type="dxa"/>
            <w:tcMar>
              <w:top w:w="90" w:type="dxa"/>
              <w:left w:w="110" w:type="dxa"/>
              <w:bottom w:w="90" w:type="dxa"/>
              <w:right w:w="110" w:type="dxa"/>
            </w:tcMar>
            <w:vAlign w:val="center"/>
          </w:tcPr>
          <w:p w14:paraId="1D9AF87E" w14:textId="77777777" w:rsidR="00D92B2D" w:rsidRDefault="000D7A00">
            <w:r>
              <w:rPr>
                <w:color w:val="000000"/>
                <w:sz w:val="17"/>
              </w:rPr>
              <w:t>First name(s)</w:t>
            </w:r>
          </w:p>
        </w:tc>
        <w:tc>
          <w:tcPr>
            <w:tcW w:w="4818" w:type="dxa"/>
            <w:tcMar>
              <w:top w:w="90" w:type="dxa"/>
              <w:left w:w="110" w:type="dxa"/>
              <w:bottom w:w="90" w:type="dxa"/>
              <w:right w:w="110" w:type="dxa"/>
            </w:tcMar>
            <w:vAlign w:val="center"/>
          </w:tcPr>
          <w:p w14:paraId="5D3BAA23" w14:textId="77777777" w:rsidR="00D92B2D" w:rsidRDefault="000D7A00">
            <w:r>
              <w:rPr>
                <w:color w:val="000000"/>
                <w:sz w:val="17"/>
              </w:rPr>
              <w:t>Surname</w:t>
            </w:r>
          </w:p>
        </w:tc>
      </w:tr>
      <w:tr w:rsidR="00D92B2D" w14:paraId="2CD1CB15" w14:textId="77777777">
        <w:trPr>
          <w:cantSplit/>
          <w:trHeight w:val="425"/>
          <w:jc w:val="center"/>
        </w:trPr>
        <w:tc>
          <w:tcPr>
            <w:tcW w:w="4818" w:type="dxa"/>
            <w:tcMar>
              <w:top w:w="90" w:type="dxa"/>
              <w:left w:w="110" w:type="dxa"/>
              <w:bottom w:w="90" w:type="dxa"/>
              <w:right w:w="110" w:type="dxa"/>
            </w:tcMar>
            <w:vAlign w:val="center"/>
          </w:tcPr>
          <w:p w14:paraId="3AEDA9B3" w14:textId="77777777" w:rsidR="00D92B2D" w:rsidRDefault="000D7A00">
            <w:r>
              <w:rPr>
                <w:color w:val="000000"/>
                <w:sz w:val="17"/>
              </w:rPr>
              <w:t>Previous name(s) and dates used</w:t>
            </w:r>
          </w:p>
        </w:tc>
        <w:tc>
          <w:tcPr>
            <w:tcW w:w="4818" w:type="dxa"/>
            <w:tcMar>
              <w:top w:w="90" w:type="dxa"/>
              <w:left w:w="110" w:type="dxa"/>
              <w:bottom w:w="90" w:type="dxa"/>
              <w:right w:w="110" w:type="dxa"/>
            </w:tcMar>
            <w:vAlign w:val="center"/>
          </w:tcPr>
          <w:p w14:paraId="4A940D5F" w14:textId="77777777" w:rsidR="00D92B2D" w:rsidRDefault="000D7A00">
            <w:r>
              <w:rPr>
                <w:color w:val="000000"/>
                <w:sz w:val="17"/>
              </w:rPr>
              <w:t>Current address</w:t>
            </w:r>
          </w:p>
        </w:tc>
      </w:tr>
      <w:tr w:rsidR="00D92B2D" w14:paraId="0374BCCE" w14:textId="77777777">
        <w:trPr>
          <w:cantSplit/>
          <w:trHeight w:val="425"/>
          <w:jc w:val="center"/>
        </w:trPr>
        <w:tc>
          <w:tcPr>
            <w:tcW w:w="4818" w:type="dxa"/>
            <w:tcMar>
              <w:top w:w="90" w:type="dxa"/>
              <w:left w:w="110" w:type="dxa"/>
              <w:bottom w:w="90" w:type="dxa"/>
              <w:right w:w="110" w:type="dxa"/>
            </w:tcMar>
            <w:vAlign w:val="center"/>
          </w:tcPr>
          <w:p w14:paraId="0768A8BE" w14:textId="77777777" w:rsidR="00D92B2D" w:rsidRDefault="000D7A00">
            <w:r>
              <w:rPr>
                <w:color w:val="000000"/>
                <w:sz w:val="17"/>
              </w:rPr>
              <w:t>Postcode</w:t>
            </w:r>
          </w:p>
        </w:tc>
        <w:tc>
          <w:tcPr>
            <w:tcW w:w="4818" w:type="dxa"/>
            <w:tcMar>
              <w:top w:w="90" w:type="dxa"/>
              <w:left w:w="110" w:type="dxa"/>
              <w:bottom w:w="90" w:type="dxa"/>
              <w:right w:w="110" w:type="dxa"/>
            </w:tcMar>
            <w:vAlign w:val="center"/>
          </w:tcPr>
          <w:p w14:paraId="551E38C5" w14:textId="77777777" w:rsidR="00D92B2D" w:rsidRDefault="000D7A00">
            <w:r>
              <w:rPr>
                <w:color w:val="000000"/>
                <w:sz w:val="17"/>
              </w:rPr>
              <w:t>Email address</w:t>
            </w:r>
          </w:p>
        </w:tc>
      </w:tr>
      <w:tr w:rsidR="00D92B2D" w14:paraId="0EEC9F3C" w14:textId="77777777">
        <w:trPr>
          <w:cantSplit/>
          <w:trHeight w:val="425"/>
          <w:jc w:val="center"/>
        </w:trPr>
        <w:tc>
          <w:tcPr>
            <w:tcW w:w="4818" w:type="dxa"/>
            <w:tcMar>
              <w:top w:w="90" w:type="dxa"/>
              <w:left w:w="110" w:type="dxa"/>
              <w:bottom w:w="90" w:type="dxa"/>
              <w:right w:w="110" w:type="dxa"/>
            </w:tcMar>
            <w:vAlign w:val="center"/>
          </w:tcPr>
          <w:p w14:paraId="307BD925" w14:textId="77777777" w:rsidR="00D92B2D" w:rsidRDefault="000D7A00">
            <w:r>
              <w:rPr>
                <w:color w:val="000000"/>
                <w:sz w:val="17"/>
              </w:rPr>
              <w:t>Mobile telephone</w:t>
            </w:r>
          </w:p>
        </w:tc>
        <w:tc>
          <w:tcPr>
            <w:tcW w:w="4818" w:type="dxa"/>
            <w:tcMar>
              <w:top w:w="90" w:type="dxa"/>
              <w:left w:w="110" w:type="dxa"/>
              <w:bottom w:w="90" w:type="dxa"/>
              <w:right w:w="110" w:type="dxa"/>
            </w:tcMar>
            <w:vAlign w:val="center"/>
          </w:tcPr>
          <w:p w14:paraId="1A461DA9" w14:textId="77777777" w:rsidR="00D92B2D" w:rsidRDefault="000D7A00">
            <w:r>
              <w:rPr>
                <w:color w:val="000000"/>
                <w:sz w:val="17"/>
              </w:rPr>
              <w:t>Alternative telephone</w:t>
            </w:r>
          </w:p>
        </w:tc>
      </w:tr>
    </w:tbl>
    <w:p w14:paraId="26A5752C" w14:textId="77777777" w:rsidR="00D92B2D" w:rsidRDefault="000D7A00">
      <w:pPr>
        <w:pStyle w:val="Heading2"/>
        <w:spacing w:before="100" w:after="80"/>
      </w:pPr>
      <w:r>
        <w:rPr>
          <w:rFonts w:ascii="Arial" w:hAnsi="Arial"/>
          <w:color w:val="17171D"/>
          <w:sz w:val="22"/>
        </w:rPr>
        <w:t>Eligibility and recruitment arrangements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1F84F367" w14:textId="77777777">
        <w:trPr>
          <w:cantSplit/>
          <w:trHeight w:val="425"/>
          <w:jc w:val="center"/>
        </w:trPr>
        <w:tc>
          <w:tcPr>
            <w:tcW w:w="4818" w:type="dxa"/>
            <w:tcMar>
              <w:top w:w="90" w:type="dxa"/>
              <w:left w:w="110" w:type="dxa"/>
              <w:bottom w:w="90" w:type="dxa"/>
              <w:right w:w="110" w:type="dxa"/>
            </w:tcMar>
            <w:vAlign w:val="center"/>
          </w:tcPr>
          <w:p w14:paraId="348CF18D" w14:textId="77777777" w:rsidR="00D92B2D" w:rsidRDefault="000D7A00">
            <w:r>
              <w:rPr>
                <w:color w:val="000000"/>
                <w:sz w:val="17"/>
              </w:rPr>
              <w:t>Do you currently have the right to work in the UK?  ☐ Yes  ☐ No</w:t>
            </w:r>
          </w:p>
        </w:tc>
        <w:tc>
          <w:tcPr>
            <w:tcW w:w="4818" w:type="dxa"/>
            <w:tcMar>
              <w:top w:w="90" w:type="dxa"/>
              <w:left w:w="110" w:type="dxa"/>
              <w:bottom w:w="90" w:type="dxa"/>
              <w:right w:w="110" w:type="dxa"/>
            </w:tcMar>
            <w:vAlign w:val="center"/>
          </w:tcPr>
          <w:p w14:paraId="1E1B7C86" w14:textId="77777777" w:rsidR="00D92B2D" w:rsidRDefault="000D7A00">
            <w:r>
              <w:rPr>
                <w:color w:val="000000"/>
                <w:sz w:val="17"/>
              </w:rPr>
              <w:t>Will you require sponsorship now or later?  ☐ Yes  ☐ No</w:t>
            </w:r>
          </w:p>
        </w:tc>
      </w:tr>
      <w:tr w:rsidR="00D92B2D" w14:paraId="55CB44EF" w14:textId="77777777">
        <w:trPr>
          <w:cantSplit/>
          <w:trHeight w:val="425"/>
          <w:jc w:val="center"/>
        </w:trPr>
        <w:tc>
          <w:tcPr>
            <w:tcW w:w="4818" w:type="dxa"/>
            <w:tcMar>
              <w:top w:w="90" w:type="dxa"/>
              <w:left w:w="110" w:type="dxa"/>
              <w:bottom w:w="90" w:type="dxa"/>
              <w:right w:w="110" w:type="dxa"/>
            </w:tcMar>
            <w:vAlign w:val="center"/>
          </w:tcPr>
          <w:p w14:paraId="4A7A7E46" w14:textId="77777777" w:rsidR="00D92B2D" w:rsidRDefault="000D7A00">
            <w:r>
              <w:rPr>
                <w:color w:val="000000"/>
                <w:sz w:val="17"/>
              </w:rPr>
              <w:t>Teacher Reference Number, if applicable</w:t>
            </w:r>
          </w:p>
        </w:tc>
        <w:tc>
          <w:tcPr>
            <w:tcW w:w="4818" w:type="dxa"/>
            <w:tcMar>
              <w:top w:w="90" w:type="dxa"/>
              <w:left w:w="110" w:type="dxa"/>
              <w:bottom w:w="90" w:type="dxa"/>
              <w:right w:w="110" w:type="dxa"/>
            </w:tcMar>
            <w:vAlign w:val="center"/>
          </w:tcPr>
          <w:p w14:paraId="584B24AF" w14:textId="77777777" w:rsidR="00D92B2D" w:rsidRDefault="000D7A00">
            <w:r>
              <w:rPr>
                <w:color w:val="000000"/>
                <w:sz w:val="17"/>
              </w:rPr>
              <w:t>QTS: ☐ Yes  ☐ No  ☐ N/A</w:t>
            </w:r>
          </w:p>
        </w:tc>
      </w:tr>
      <w:tr w:rsidR="00D92B2D" w14:paraId="41C140A3" w14:textId="77777777">
        <w:trPr>
          <w:cantSplit/>
          <w:trHeight w:val="425"/>
          <w:jc w:val="center"/>
        </w:trPr>
        <w:tc>
          <w:tcPr>
            <w:tcW w:w="4818" w:type="dxa"/>
            <w:tcMar>
              <w:top w:w="90" w:type="dxa"/>
              <w:left w:w="110" w:type="dxa"/>
              <w:bottom w:w="90" w:type="dxa"/>
              <w:right w:w="110" w:type="dxa"/>
            </w:tcMar>
            <w:vAlign w:val="center"/>
          </w:tcPr>
          <w:p w14:paraId="72206C39" w14:textId="77777777" w:rsidR="00D92B2D" w:rsidRDefault="000D7A00">
            <w:r>
              <w:rPr>
                <w:color w:val="000000"/>
                <w:sz w:val="17"/>
              </w:rPr>
              <w:t>Reasonable adjustment needed for recruitment?  ☐ Yes  ☐ No</w:t>
            </w:r>
          </w:p>
        </w:tc>
        <w:tc>
          <w:tcPr>
            <w:tcW w:w="4818" w:type="dxa"/>
            <w:tcMar>
              <w:top w:w="90" w:type="dxa"/>
              <w:left w:w="110" w:type="dxa"/>
              <w:bottom w:w="90" w:type="dxa"/>
              <w:right w:w="110" w:type="dxa"/>
            </w:tcMar>
            <w:vAlign w:val="center"/>
          </w:tcPr>
          <w:p w14:paraId="60E4BA05" w14:textId="77777777" w:rsidR="00D92B2D" w:rsidRDefault="000D7A00">
            <w:r>
              <w:rPr>
                <w:color w:val="000000"/>
                <w:sz w:val="17"/>
              </w:rPr>
              <w:t>If yes, preferred confidential contact method</w:t>
            </w:r>
          </w:p>
        </w:tc>
      </w:tr>
    </w:tbl>
    <w:p w14:paraId="2DD9797E" w14:textId="77777777" w:rsidR="00D92B2D" w:rsidRDefault="000D7A00">
      <w:pPr>
        <w:spacing w:after="40" w:line="252" w:lineRule="auto"/>
      </w:pPr>
      <w:r>
        <w:rPr>
          <w:sz w:val="17"/>
        </w:rPr>
        <w:t>Adjustment requested for the recruitment process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7FFE0EA7" w14:textId="77777777">
        <w:trPr>
          <w:cantSplit/>
          <w:trHeight w:val="408"/>
        </w:trPr>
        <w:tc>
          <w:tcPr>
            <w:tcW w:w="9637" w:type="dxa"/>
            <w:tcMar>
              <w:top w:w="90" w:type="dxa"/>
              <w:left w:w="110" w:type="dxa"/>
              <w:bottom w:w="90" w:type="dxa"/>
              <w:right w:w="110" w:type="dxa"/>
            </w:tcMar>
            <w:vAlign w:val="center"/>
          </w:tcPr>
          <w:p w14:paraId="0B16AD2B" w14:textId="77777777" w:rsidR="00D92B2D" w:rsidRDefault="00D92B2D">
            <w:pPr>
              <w:spacing w:after="0"/>
            </w:pPr>
          </w:p>
        </w:tc>
      </w:tr>
      <w:tr w:rsidR="00D92B2D" w14:paraId="1D49ED6B" w14:textId="77777777">
        <w:trPr>
          <w:cantSplit/>
          <w:trHeight w:val="408"/>
        </w:trPr>
        <w:tc>
          <w:tcPr>
            <w:tcW w:w="9637" w:type="dxa"/>
            <w:tcMar>
              <w:top w:w="90" w:type="dxa"/>
              <w:left w:w="110" w:type="dxa"/>
              <w:bottom w:w="90" w:type="dxa"/>
              <w:right w:w="110" w:type="dxa"/>
            </w:tcMar>
            <w:vAlign w:val="center"/>
          </w:tcPr>
          <w:p w14:paraId="50851A2C" w14:textId="77777777" w:rsidR="00D92B2D" w:rsidRDefault="00D92B2D">
            <w:pPr>
              <w:spacing w:after="0"/>
            </w:pPr>
          </w:p>
        </w:tc>
      </w:tr>
    </w:tbl>
    <w:p w14:paraId="3825D6C5" w14:textId="77777777" w:rsidR="00D92B2D" w:rsidRDefault="000D7A00">
      <w:r>
        <w:br w:type="page"/>
      </w:r>
    </w:p>
    <w:p w14:paraId="1EAD268D" w14:textId="77777777" w:rsidR="00D92B2D" w:rsidRDefault="000D7A00">
      <w:pPr>
        <w:pStyle w:val="Heading1"/>
        <w:spacing w:before="160" w:after="80"/>
      </w:pPr>
      <w:r>
        <w:rPr>
          <w:rFonts w:ascii="Arial" w:hAnsi="Arial"/>
          <w:color w:val="F58220"/>
          <w:sz w:val="30"/>
        </w:rPr>
        <w:lastRenderedPageBreak/>
        <w:t>Part B  Qualifications, registration and development</w:t>
      </w:r>
    </w:p>
    <w:p w14:paraId="73ACA0AC" w14:textId="77777777" w:rsidR="00D92B2D" w:rsidRDefault="000D7A00">
      <w:pPr>
        <w:spacing w:after="80" w:line="252" w:lineRule="auto"/>
      </w:pPr>
      <w:r>
        <w:t>List qualifications and professional registrations relevant to the role. Original evidence will be requested only where required.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81"/>
        <w:gridCol w:w="2267"/>
        <w:gridCol w:w="2267"/>
        <w:gridCol w:w="1247"/>
        <w:gridCol w:w="1474"/>
      </w:tblGrid>
      <w:tr w:rsidR="00D92B2D" w14:paraId="724FEEEC" w14:textId="77777777">
        <w:trPr>
          <w:tblHeader/>
          <w:jc w:val="center"/>
        </w:trPr>
        <w:tc>
          <w:tcPr>
            <w:tcW w:w="2381" w:type="dxa"/>
            <w:shd w:val="clear" w:color="auto" w:fill="17171D"/>
            <w:tcMar>
              <w:top w:w="90" w:type="dxa"/>
              <w:left w:w="110" w:type="dxa"/>
              <w:bottom w:w="90" w:type="dxa"/>
              <w:right w:w="110" w:type="dxa"/>
            </w:tcMar>
            <w:vAlign w:val="center"/>
          </w:tcPr>
          <w:p w14:paraId="409CE231" w14:textId="77777777" w:rsidR="00D92B2D" w:rsidRDefault="000D7A00">
            <w:pPr>
              <w:spacing w:after="0"/>
              <w:jc w:val="center"/>
            </w:pPr>
            <w:r>
              <w:rPr>
                <w:b/>
                <w:color w:val="FFFFFF"/>
                <w:sz w:val="16"/>
              </w:rPr>
              <w:t>Qualification / registration</w:t>
            </w:r>
          </w:p>
        </w:tc>
        <w:tc>
          <w:tcPr>
            <w:tcW w:w="2267" w:type="dxa"/>
            <w:shd w:val="clear" w:color="auto" w:fill="17171D"/>
            <w:tcMar>
              <w:top w:w="90" w:type="dxa"/>
              <w:left w:w="110" w:type="dxa"/>
              <w:bottom w:w="90" w:type="dxa"/>
              <w:right w:w="110" w:type="dxa"/>
            </w:tcMar>
            <w:vAlign w:val="center"/>
          </w:tcPr>
          <w:p w14:paraId="5D9E4771" w14:textId="77777777" w:rsidR="00D92B2D" w:rsidRDefault="000D7A00">
            <w:pPr>
              <w:spacing w:after="0"/>
              <w:jc w:val="center"/>
            </w:pPr>
            <w:r>
              <w:rPr>
                <w:b/>
                <w:color w:val="FFFFFF"/>
                <w:sz w:val="16"/>
              </w:rPr>
              <w:t>Subject / specialism</w:t>
            </w:r>
          </w:p>
        </w:tc>
        <w:tc>
          <w:tcPr>
            <w:tcW w:w="2267" w:type="dxa"/>
            <w:shd w:val="clear" w:color="auto" w:fill="17171D"/>
            <w:tcMar>
              <w:top w:w="90" w:type="dxa"/>
              <w:left w:w="110" w:type="dxa"/>
              <w:bottom w:w="90" w:type="dxa"/>
              <w:right w:w="110" w:type="dxa"/>
            </w:tcMar>
            <w:vAlign w:val="center"/>
          </w:tcPr>
          <w:p w14:paraId="1C27AB7F" w14:textId="77777777" w:rsidR="00D92B2D" w:rsidRDefault="000D7A00">
            <w:pPr>
              <w:spacing w:after="0"/>
              <w:jc w:val="center"/>
            </w:pPr>
            <w:r>
              <w:rPr>
                <w:b/>
                <w:color w:val="FFFFFF"/>
                <w:sz w:val="16"/>
              </w:rPr>
              <w:t>Awarding body</w:t>
            </w:r>
          </w:p>
        </w:tc>
        <w:tc>
          <w:tcPr>
            <w:tcW w:w="1247" w:type="dxa"/>
            <w:shd w:val="clear" w:color="auto" w:fill="17171D"/>
            <w:tcMar>
              <w:top w:w="90" w:type="dxa"/>
              <w:left w:w="110" w:type="dxa"/>
              <w:bottom w:w="90" w:type="dxa"/>
              <w:right w:w="110" w:type="dxa"/>
            </w:tcMar>
            <w:vAlign w:val="center"/>
          </w:tcPr>
          <w:p w14:paraId="38EADAC3" w14:textId="77777777" w:rsidR="00D92B2D" w:rsidRDefault="000D7A00">
            <w:pPr>
              <w:spacing w:after="0"/>
              <w:jc w:val="center"/>
            </w:pPr>
            <w:r>
              <w:rPr>
                <w:b/>
                <w:color w:val="FFFFFF"/>
                <w:sz w:val="16"/>
              </w:rPr>
              <w:t>Result</w:t>
            </w:r>
          </w:p>
        </w:tc>
        <w:tc>
          <w:tcPr>
            <w:tcW w:w="1474" w:type="dxa"/>
            <w:shd w:val="clear" w:color="auto" w:fill="17171D"/>
            <w:tcMar>
              <w:top w:w="90" w:type="dxa"/>
              <w:left w:w="110" w:type="dxa"/>
              <w:bottom w:w="90" w:type="dxa"/>
              <w:right w:w="110" w:type="dxa"/>
            </w:tcMar>
            <w:vAlign w:val="center"/>
          </w:tcPr>
          <w:p w14:paraId="24D74A73" w14:textId="77777777" w:rsidR="00D92B2D" w:rsidRDefault="000D7A00">
            <w:pPr>
              <w:spacing w:after="0"/>
              <w:jc w:val="center"/>
            </w:pPr>
            <w:r>
              <w:rPr>
                <w:b/>
                <w:color w:val="FFFFFF"/>
                <w:sz w:val="16"/>
              </w:rPr>
              <w:t>Date</w:t>
            </w:r>
          </w:p>
        </w:tc>
      </w:tr>
      <w:tr w:rsidR="00D92B2D" w14:paraId="1555ED98" w14:textId="77777777">
        <w:trPr>
          <w:cantSplit/>
          <w:jc w:val="center"/>
        </w:trPr>
        <w:tc>
          <w:tcPr>
            <w:tcW w:w="2381" w:type="dxa"/>
            <w:tcMar>
              <w:top w:w="90" w:type="dxa"/>
              <w:left w:w="110" w:type="dxa"/>
              <w:bottom w:w="90" w:type="dxa"/>
              <w:right w:w="110" w:type="dxa"/>
            </w:tcMar>
            <w:vAlign w:val="center"/>
          </w:tcPr>
          <w:p w14:paraId="7F8DC912" w14:textId="77777777" w:rsidR="00D92B2D" w:rsidRDefault="00D92B2D">
            <w:pPr>
              <w:spacing w:after="0"/>
            </w:pPr>
          </w:p>
        </w:tc>
        <w:tc>
          <w:tcPr>
            <w:tcW w:w="2267" w:type="dxa"/>
            <w:tcMar>
              <w:top w:w="90" w:type="dxa"/>
              <w:left w:w="110" w:type="dxa"/>
              <w:bottom w:w="90" w:type="dxa"/>
              <w:right w:w="110" w:type="dxa"/>
            </w:tcMar>
            <w:vAlign w:val="center"/>
          </w:tcPr>
          <w:p w14:paraId="7D67A2C2" w14:textId="77777777" w:rsidR="00D92B2D" w:rsidRDefault="00D92B2D">
            <w:pPr>
              <w:spacing w:after="0"/>
            </w:pPr>
          </w:p>
        </w:tc>
        <w:tc>
          <w:tcPr>
            <w:tcW w:w="2267" w:type="dxa"/>
            <w:tcMar>
              <w:top w:w="90" w:type="dxa"/>
              <w:left w:w="110" w:type="dxa"/>
              <w:bottom w:w="90" w:type="dxa"/>
              <w:right w:w="110" w:type="dxa"/>
            </w:tcMar>
            <w:vAlign w:val="center"/>
          </w:tcPr>
          <w:p w14:paraId="0BDBE9FC" w14:textId="77777777" w:rsidR="00D92B2D" w:rsidRDefault="00D92B2D">
            <w:pPr>
              <w:spacing w:after="0"/>
            </w:pPr>
          </w:p>
        </w:tc>
        <w:tc>
          <w:tcPr>
            <w:tcW w:w="1247" w:type="dxa"/>
            <w:tcMar>
              <w:top w:w="90" w:type="dxa"/>
              <w:left w:w="110" w:type="dxa"/>
              <w:bottom w:w="90" w:type="dxa"/>
              <w:right w:w="110" w:type="dxa"/>
            </w:tcMar>
            <w:vAlign w:val="center"/>
          </w:tcPr>
          <w:p w14:paraId="0EAC259E" w14:textId="77777777" w:rsidR="00D92B2D" w:rsidRDefault="00D92B2D">
            <w:pPr>
              <w:spacing w:after="0"/>
            </w:pPr>
          </w:p>
        </w:tc>
        <w:tc>
          <w:tcPr>
            <w:tcW w:w="1474" w:type="dxa"/>
            <w:tcMar>
              <w:top w:w="90" w:type="dxa"/>
              <w:left w:w="110" w:type="dxa"/>
              <w:bottom w:w="90" w:type="dxa"/>
              <w:right w:w="110" w:type="dxa"/>
            </w:tcMar>
            <w:vAlign w:val="center"/>
          </w:tcPr>
          <w:p w14:paraId="7D2BD34B" w14:textId="77777777" w:rsidR="00D92B2D" w:rsidRDefault="00D92B2D">
            <w:pPr>
              <w:spacing w:after="0"/>
            </w:pPr>
          </w:p>
        </w:tc>
      </w:tr>
      <w:tr w:rsidR="00D92B2D" w14:paraId="4EDC9D3A" w14:textId="77777777">
        <w:trPr>
          <w:cantSplit/>
          <w:jc w:val="center"/>
        </w:trPr>
        <w:tc>
          <w:tcPr>
            <w:tcW w:w="2381" w:type="dxa"/>
            <w:shd w:val="clear" w:color="auto" w:fill="FAFAFA"/>
            <w:tcMar>
              <w:top w:w="90" w:type="dxa"/>
              <w:left w:w="110" w:type="dxa"/>
              <w:bottom w:w="90" w:type="dxa"/>
              <w:right w:w="110" w:type="dxa"/>
            </w:tcMar>
            <w:vAlign w:val="center"/>
          </w:tcPr>
          <w:p w14:paraId="1C8891C0" w14:textId="77777777" w:rsidR="00D92B2D" w:rsidRDefault="00D92B2D">
            <w:pPr>
              <w:spacing w:after="0"/>
            </w:pPr>
          </w:p>
        </w:tc>
        <w:tc>
          <w:tcPr>
            <w:tcW w:w="2267" w:type="dxa"/>
            <w:shd w:val="clear" w:color="auto" w:fill="FAFAFA"/>
            <w:tcMar>
              <w:top w:w="90" w:type="dxa"/>
              <w:left w:w="110" w:type="dxa"/>
              <w:bottom w:w="90" w:type="dxa"/>
              <w:right w:w="110" w:type="dxa"/>
            </w:tcMar>
            <w:vAlign w:val="center"/>
          </w:tcPr>
          <w:p w14:paraId="3E4C28B3" w14:textId="77777777" w:rsidR="00D92B2D" w:rsidRDefault="00D92B2D">
            <w:pPr>
              <w:spacing w:after="0"/>
            </w:pPr>
          </w:p>
        </w:tc>
        <w:tc>
          <w:tcPr>
            <w:tcW w:w="2267" w:type="dxa"/>
            <w:shd w:val="clear" w:color="auto" w:fill="FAFAFA"/>
            <w:tcMar>
              <w:top w:w="90" w:type="dxa"/>
              <w:left w:w="110" w:type="dxa"/>
              <w:bottom w:w="90" w:type="dxa"/>
              <w:right w:w="110" w:type="dxa"/>
            </w:tcMar>
            <w:vAlign w:val="center"/>
          </w:tcPr>
          <w:p w14:paraId="0AC22C7A" w14:textId="77777777" w:rsidR="00D92B2D" w:rsidRDefault="00D92B2D">
            <w:pPr>
              <w:spacing w:after="0"/>
            </w:pPr>
          </w:p>
        </w:tc>
        <w:tc>
          <w:tcPr>
            <w:tcW w:w="1247" w:type="dxa"/>
            <w:shd w:val="clear" w:color="auto" w:fill="FAFAFA"/>
            <w:tcMar>
              <w:top w:w="90" w:type="dxa"/>
              <w:left w:w="110" w:type="dxa"/>
              <w:bottom w:w="90" w:type="dxa"/>
              <w:right w:w="110" w:type="dxa"/>
            </w:tcMar>
            <w:vAlign w:val="center"/>
          </w:tcPr>
          <w:p w14:paraId="563108CE" w14:textId="77777777" w:rsidR="00D92B2D" w:rsidRDefault="00D92B2D">
            <w:pPr>
              <w:spacing w:after="0"/>
            </w:pPr>
          </w:p>
        </w:tc>
        <w:tc>
          <w:tcPr>
            <w:tcW w:w="1474" w:type="dxa"/>
            <w:shd w:val="clear" w:color="auto" w:fill="FAFAFA"/>
            <w:tcMar>
              <w:top w:w="90" w:type="dxa"/>
              <w:left w:w="110" w:type="dxa"/>
              <w:bottom w:w="90" w:type="dxa"/>
              <w:right w:w="110" w:type="dxa"/>
            </w:tcMar>
            <w:vAlign w:val="center"/>
          </w:tcPr>
          <w:p w14:paraId="322BA16D" w14:textId="77777777" w:rsidR="00D92B2D" w:rsidRDefault="00D92B2D">
            <w:pPr>
              <w:spacing w:after="0"/>
            </w:pPr>
          </w:p>
        </w:tc>
      </w:tr>
      <w:tr w:rsidR="00D92B2D" w14:paraId="076EFE16" w14:textId="77777777">
        <w:trPr>
          <w:cantSplit/>
          <w:jc w:val="center"/>
        </w:trPr>
        <w:tc>
          <w:tcPr>
            <w:tcW w:w="2381" w:type="dxa"/>
            <w:tcMar>
              <w:top w:w="90" w:type="dxa"/>
              <w:left w:w="110" w:type="dxa"/>
              <w:bottom w:w="90" w:type="dxa"/>
              <w:right w:w="110" w:type="dxa"/>
            </w:tcMar>
            <w:vAlign w:val="center"/>
          </w:tcPr>
          <w:p w14:paraId="0088909E" w14:textId="77777777" w:rsidR="00D92B2D" w:rsidRDefault="00D92B2D">
            <w:pPr>
              <w:spacing w:after="0"/>
            </w:pPr>
          </w:p>
        </w:tc>
        <w:tc>
          <w:tcPr>
            <w:tcW w:w="2267" w:type="dxa"/>
            <w:tcMar>
              <w:top w:w="90" w:type="dxa"/>
              <w:left w:w="110" w:type="dxa"/>
              <w:bottom w:w="90" w:type="dxa"/>
              <w:right w:w="110" w:type="dxa"/>
            </w:tcMar>
            <w:vAlign w:val="center"/>
          </w:tcPr>
          <w:p w14:paraId="1220A903" w14:textId="77777777" w:rsidR="00D92B2D" w:rsidRDefault="00D92B2D">
            <w:pPr>
              <w:spacing w:after="0"/>
            </w:pPr>
          </w:p>
        </w:tc>
        <w:tc>
          <w:tcPr>
            <w:tcW w:w="2267" w:type="dxa"/>
            <w:tcMar>
              <w:top w:w="90" w:type="dxa"/>
              <w:left w:w="110" w:type="dxa"/>
              <w:bottom w:w="90" w:type="dxa"/>
              <w:right w:w="110" w:type="dxa"/>
            </w:tcMar>
            <w:vAlign w:val="center"/>
          </w:tcPr>
          <w:p w14:paraId="0A0080A1" w14:textId="77777777" w:rsidR="00D92B2D" w:rsidRDefault="00D92B2D">
            <w:pPr>
              <w:spacing w:after="0"/>
            </w:pPr>
          </w:p>
        </w:tc>
        <w:tc>
          <w:tcPr>
            <w:tcW w:w="1247" w:type="dxa"/>
            <w:tcMar>
              <w:top w:w="90" w:type="dxa"/>
              <w:left w:w="110" w:type="dxa"/>
              <w:bottom w:w="90" w:type="dxa"/>
              <w:right w:w="110" w:type="dxa"/>
            </w:tcMar>
            <w:vAlign w:val="center"/>
          </w:tcPr>
          <w:p w14:paraId="505369BB" w14:textId="77777777" w:rsidR="00D92B2D" w:rsidRDefault="00D92B2D">
            <w:pPr>
              <w:spacing w:after="0"/>
            </w:pPr>
          </w:p>
        </w:tc>
        <w:tc>
          <w:tcPr>
            <w:tcW w:w="1474" w:type="dxa"/>
            <w:tcMar>
              <w:top w:w="90" w:type="dxa"/>
              <w:left w:w="110" w:type="dxa"/>
              <w:bottom w:w="90" w:type="dxa"/>
              <w:right w:w="110" w:type="dxa"/>
            </w:tcMar>
            <w:vAlign w:val="center"/>
          </w:tcPr>
          <w:p w14:paraId="2B0C06D6" w14:textId="77777777" w:rsidR="00D92B2D" w:rsidRDefault="00D92B2D">
            <w:pPr>
              <w:spacing w:after="0"/>
            </w:pPr>
          </w:p>
        </w:tc>
      </w:tr>
      <w:tr w:rsidR="00D92B2D" w14:paraId="3E1F1F1C" w14:textId="77777777">
        <w:trPr>
          <w:cantSplit/>
          <w:jc w:val="center"/>
        </w:trPr>
        <w:tc>
          <w:tcPr>
            <w:tcW w:w="2381" w:type="dxa"/>
            <w:shd w:val="clear" w:color="auto" w:fill="FAFAFA"/>
            <w:tcMar>
              <w:top w:w="90" w:type="dxa"/>
              <w:left w:w="110" w:type="dxa"/>
              <w:bottom w:w="90" w:type="dxa"/>
              <w:right w:w="110" w:type="dxa"/>
            </w:tcMar>
            <w:vAlign w:val="center"/>
          </w:tcPr>
          <w:p w14:paraId="48164A43" w14:textId="77777777" w:rsidR="00D92B2D" w:rsidRDefault="00D92B2D">
            <w:pPr>
              <w:spacing w:after="0"/>
            </w:pPr>
          </w:p>
        </w:tc>
        <w:tc>
          <w:tcPr>
            <w:tcW w:w="2267" w:type="dxa"/>
            <w:shd w:val="clear" w:color="auto" w:fill="FAFAFA"/>
            <w:tcMar>
              <w:top w:w="90" w:type="dxa"/>
              <w:left w:w="110" w:type="dxa"/>
              <w:bottom w:w="90" w:type="dxa"/>
              <w:right w:w="110" w:type="dxa"/>
            </w:tcMar>
            <w:vAlign w:val="center"/>
          </w:tcPr>
          <w:p w14:paraId="1A2BD5FE" w14:textId="77777777" w:rsidR="00D92B2D" w:rsidRDefault="00D92B2D">
            <w:pPr>
              <w:spacing w:after="0"/>
            </w:pPr>
          </w:p>
        </w:tc>
        <w:tc>
          <w:tcPr>
            <w:tcW w:w="2267" w:type="dxa"/>
            <w:shd w:val="clear" w:color="auto" w:fill="FAFAFA"/>
            <w:tcMar>
              <w:top w:w="90" w:type="dxa"/>
              <w:left w:w="110" w:type="dxa"/>
              <w:bottom w:w="90" w:type="dxa"/>
              <w:right w:w="110" w:type="dxa"/>
            </w:tcMar>
            <w:vAlign w:val="center"/>
          </w:tcPr>
          <w:p w14:paraId="1EBD2919" w14:textId="77777777" w:rsidR="00D92B2D" w:rsidRDefault="00D92B2D">
            <w:pPr>
              <w:spacing w:after="0"/>
            </w:pPr>
          </w:p>
        </w:tc>
        <w:tc>
          <w:tcPr>
            <w:tcW w:w="1247" w:type="dxa"/>
            <w:shd w:val="clear" w:color="auto" w:fill="FAFAFA"/>
            <w:tcMar>
              <w:top w:w="90" w:type="dxa"/>
              <w:left w:w="110" w:type="dxa"/>
              <w:bottom w:w="90" w:type="dxa"/>
              <w:right w:w="110" w:type="dxa"/>
            </w:tcMar>
            <w:vAlign w:val="center"/>
          </w:tcPr>
          <w:p w14:paraId="59DE63EB" w14:textId="77777777" w:rsidR="00D92B2D" w:rsidRDefault="00D92B2D">
            <w:pPr>
              <w:spacing w:after="0"/>
            </w:pPr>
          </w:p>
        </w:tc>
        <w:tc>
          <w:tcPr>
            <w:tcW w:w="1474" w:type="dxa"/>
            <w:shd w:val="clear" w:color="auto" w:fill="FAFAFA"/>
            <w:tcMar>
              <w:top w:w="90" w:type="dxa"/>
              <w:left w:w="110" w:type="dxa"/>
              <w:bottom w:w="90" w:type="dxa"/>
              <w:right w:w="110" w:type="dxa"/>
            </w:tcMar>
            <w:vAlign w:val="center"/>
          </w:tcPr>
          <w:p w14:paraId="43AC2548" w14:textId="77777777" w:rsidR="00D92B2D" w:rsidRDefault="00D92B2D">
            <w:pPr>
              <w:spacing w:after="0"/>
            </w:pPr>
          </w:p>
        </w:tc>
      </w:tr>
      <w:tr w:rsidR="00D92B2D" w14:paraId="02579A01" w14:textId="77777777">
        <w:trPr>
          <w:cantSplit/>
          <w:jc w:val="center"/>
        </w:trPr>
        <w:tc>
          <w:tcPr>
            <w:tcW w:w="2381" w:type="dxa"/>
            <w:tcMar>
              <w:top w:w="90" w:type="dxa"/>
              <w:left w:w="110" w:type="dxa"/>
              <w:bottom w:w="90" w:type="dxa"/>
              <w:right w:w="110" w:type="dxa"/>
            </w:tcMar>
            <w:vAlign w:val="center"/>
          </w:tcPr>
          <w:p w14:paraId="4AF95AD9" w14:textId="77777777" w:rsidR="00D92B2D" w:rsidRDefault="00D92B2D">
            <w:pPr>
              <w:spacing w:after="0"/>
            </w:pPr>
          </w:p>
        </w:tc>
        <w:tc>
          <w:tcPr>
            <w:tcW w:w="2267" w:type="dxa"/>
            <w:tcMar>
              <w:top w:w="90" w:type="dxa"/>
              <w:left w:w="110" w:type="dxa"/>
              <w:bottom w:w="90" w:type="dxa"/>
              <w:right w:w="110" w:type="dxa"/>
            </w:tcMar>
            <w:vAlign w:val="center"/>
          </w:tcPr>
          <w:p w14:paraId="5B1F2354" w14:textId="77777777" w:rsidR="00D92B2D" w:rsidRDefault="00D92B2D">
            <w:pPr>
              <w:spacing w:after="0"/>
            </w:pPr>
          </w:p>
        </w:tc>
        <w:tc>
          <w:tcPr>
            <w:tcW w:w="2267" w:type="dxa"/>
            <w:tcMar>
              <w:top w:w="90" w:type="dxa"/>
              <w:left w:w="110" w:type="dxa"/>
              <w:bottom w:w="90" w:type="dxa"/>
              <w:right w:w="110" w:type="dxa"/>
            </w:tcMar>
            <w:vAlign w:val="center"/>
          </w:tcPr>
          <w:p w14:paraId="549B27F4" w14:textId="77777777" w:rsidR="00D92B2D" w:rsidRDefault="00D92B2D">
            <w:pPr>
              <w:spacing w:after="0"/>
            </w:pPr>
          </w:p>
        </w:tc>
        <w:tc>
          <w:tcPr>
            <w:tcW w:w="1247" w:type="dxa"/>
            <w:tcMar>
              <w:top w:w="90" w:type="dxa"/>
              <w:left w:w="110" w:type="dxa"/>
              <w:bottom w:w="90" w:type="dxa"/>
              <w:right w:w="110" w:type="dxa"/>
            </w:tcMar>
            <w:vAlign w:val="center"/>
          </w:tcPr>
          <w:p w14:paraId="5F589EB2" w14:textId="77777777" w:rsidR="00D92B2D" w:rsidRDefault="00D92B2D">
            <w:pPr>
              <w:spacing w:after="0"/>
            </w:pPr>
          </w:p>
        </w:tc>
        <w:tc>
          <w:tcPr>
            <w:tcW w:w="1474" w:type="dxa"/>
            <w:tcMar>
              <w:top w:w="90" w:type="dxa"/>
              <w:left w:w="110" w:type="dxa"/>
              <w:bottom w:w="90" w:type="dxa"/>
              <w:right w:w="110" w:type="dxa"/>
            </w:tcMar>
            <w:vAlign w:val="center"/>
          </w:tcPr>
          <w:p w14:paraId="65CCF172" w14:textId="77777777" w:rsidR="00D92B2D" w:rsidRDefault="00D92B2D">
            <w:pPr>
              <w:spacing w:after="0"/>
            </w:pPr>
          </w:p>
        </w:tc>
      </w:tr>
      <w:tr w:rsidR="00D92B2D" w14:paraId="2C16765E" w14:textId="77777777">
        <w:trPr>
          <w:cantSplit/>
          <w:jc w:val="center"/>
        </w:trPr>
        <w:tc>
          <w:tcPr>
            <w:tcW w:w="2381" w:type="dxa"/>
            <w:shd w:val="clear" w:color="auto" w:fill="FAFAFA"/>
            <w:tcMar>
              <w:top w:w="90" w:type="dxa"/>
              <w:left w:w="110" w:type="dxa"/>
              <w:bottom w:w="90" w:type="dxa"/>
              <w:right w:w="110" w:type="dxa"/>
            </w:tcMar>
            <w:vAlign w:val="center"/>
          </w:tcPr>
          <w:p w14:paraId="75BBC7F1" w14:textId="77777777" w:rsidR="00D92B2D" w:rsidRDefault="00D92B2D">
            <w:pPr>
              <w:spacing w:after="0"/>
            </w:pPr>
          </w:p>
        </w:tc>
        <w:tc>
          <w:tcPr>
            <w:tcW w:w="2267" w:type="dxa"/>
            <w:shd w:val="clear" w:color="auto" w:fill="FAFAFA"/>
            <w:tcMar>
              <w:top w:w="90" w:type="dxa"/>
              <w:left w:w="110" w:type="dxa"/>
              <w:bottom w:w="90" w:type="dxa"/>
              <w:right w:w="110" w:type="dxa"/>
            </w:tcMar>
            <w:vAlign w:val="center"/>
          </w:tcPr>
          <w:p w14:paraId="3FF24F81" w14:textId="77777777" w:rsidR="00D92B2D" w:rsidRDefault="00D92B2D">
            <w:pPr>
              <w:spacing w:after="0"/>
            </w:pPr>
          </w:p>
        </w:tc>
        <w:tc>
          <w:tcPr>
            <w:tcW w:w="2267" w:type="dxa"/>
            <w:shd w:val="clear" w:color="auto" w:fill="FAFAFA"/>
            <w:tcMar>
              <w:top w:w="90" w:type="dxa"/>
              <w:left w:w="110" w:type="dxa"/>
              <w:bottom w:w="90" w:type="dxa"/>
              <w:right w:w="110" w:type="dxa"/>
            </w:tcMar>
            <w:vAlign w:val="center"/>
          </w:tcPr>
          <w:p w14:paraId="4DE0E872" w14:textId="77777777" w:rsidR="00D92B2D" w:rsidRDefault="00D92B2D">
            <w:pPr>
              <w:spacing w:after="0"/>
            </w:pPr>
          </w:p>
        </w:tc>
        <w:tc>
          <w:tcPr>
            <w:tcW w:w="1247" w:type="dxa"/>
            <w:shd w:val="clear" w:color="auto" w:fill="FAFAFA"/>
            <w:tcMar>
              <w:top w:w="90" w:type="dxa"/>
              <w:left w:w="110" w:type="dxa"/>
              <w:bottom w:w="90" w:type="dxa"/>
              <w:right w:w="110" w:type="dxa"/>
            </w:tcMar>
            <w:vAlign w:val="center"/>
          </w:tcPr>
          <w:p w14:paraId="48423C6C" w14:textId="77777777" w:rsidR="00D92B2D" w:rsidRDefault="00D92B2D">
            <w:pPr>
              <w:spacing w:after="0"/>
            </w:pPr>
          </w:p>
        </w:tc>
        <w:tc>
          <w:tcPr>
            <w:tcW w:w="1474" w:type="dxa"/>
            <w:shd w:val="clear" w:color="auto" w:fill="FAFAFA"/>
            <w:tcMar>
              <w:top w:w="90" w:type="dxa"/>
              <w:left w:w="110" w:type="dxa"/>
              <w:bottom w:w="90" w:type="dxa"/>
              <w:right w:w="110" w:type="dxa"/>
            </w:tcMar>
            <w:vAlign w:val="center"/>
          </w:tcPr>
          <w:p w14:paraId="3014E15D" w14:textId="77777777" w:rsidR="00D92B2D" w:rsidRDefault="00D92B2D">
            <w:pPr>
              <w:spacing w:after="0"/>
            </w:pPr>
          </w:p>
        </w:tc>
      </w:tr>
      <w:tr w:rsidR="00D92B2D" w14:paraId="63F70C18" w14:textId="77777777">
        <w:trPr>
          <w:cantSplit/>
          <w:jc w:val="center"/>
        </w:trPr>
        <w:tc>
          <w:tcPr>
            <w:tcW w:w="2381" w:type="dxa"/>
            <w:tcMar>
              <w:top w:w="90" w:type="dxa"/>
              <w:left w:w="110" w:type="dxa"/>
              <w:bottom w:w="90" w:type="dxa"/>
              <w:right w:w="110" w:type="dxa"/>
            </w:tcMar>
            <w:vAlign w:val="center"/>
          </w:tcPr>
          <w:p w14:paraId="74C7B5DC" w14:textId="77777777" w:rsidR="00D92B2D" w:rsidRDefault="00D92B2D">
            <w:pPr>
              <w:spacing w:after="0"/>
            </w:pPr>
          </w:p>
        </w:tc>
        <w:tc>
          <w:tcPr>
            <w:tcW w:w="2267" w:type="dxa"/>
            <w:tcMar>
              <w:top w:w="90" w:type="dxa"/>
              <w:left w:w="110" w:type="dxa"/>
              <w:bottom w:w="90" w:type="dxa"/>
              <w:right w:w="110" w:type="dxa"/>
            </w:tcMar>
            <w:vAlign w:val="center"/>
          </w:tcPr>
          <w:p w14:paraId="2C989E3A" w14:textId="77777777" w:rsidR="00D92B2D" w:rsidRDefault="00D92B2D">
            <w:pPr>
              <w:spacing w:after="0"/>
            </w:pPr>
          </w:p>
        </w:tc>
        <w:tc>
          <w:tcPr>
            <w:tcW w:w="2267" w:type="dxa"/>
            <w:tcMar>
              <w:top w:w="90" w:type="dxa"/>
              <w:left w:w="110" w:type="dxa"/>
              <w:bottom w:w="90" w:type="dxa"/>
              <w:right w:w="110" w:type="dxa"/>
            </w:tcMar>
            <w:vAlign w:val="center"/>
          </w:tcPr>
          <w:p w14:paraId="75FAE0B9" w14:textId="77777777" w:rsidR="00D92B2D" w:rsidRDefault="00D92B2D">
            <w:pPr>
              <w:spacing w:after="0"/>
            </w:pPr>
          </w:p>
        </w:tc>
        <w:tc>
          <w:tcPr>
            <w:tcW w:w="1247" w:type="dxa"/>
            <w:tcMar>
              <w:top w:w="90" w:type="dxa"/>
              <w:left w:w="110" w:type="dxa"/>
              <w:bottom w:w="90" w:type="dxa"/>
              <w:right w:w="110" w:type="dxa"/>
            </w:tcMar>
            <w:vAlign w:val="center"/>
          </w:tcPr>
          <w:p w14:paraId="348C0840" w14:textId="77777777" w:rsidR="00D92B2D" w:rsidRDefault="00D92B2D">
            <w:pPr>
              <w:spacing w:after="0"/>
            </w:pPr>
          </w:p>
        </w:tc>
        <w:tc>
          <w:tcPr>
            <w:tcW w:w="1474" w:type="dxa"/>
            <w:tcMar>
              <w:top w:w="90" w:type="dxa"/>
              <w:left w:w="110" w:type="dxa"/>
              <w:bottom w:w="90" w:type="dxa"/>
              <w:right w:w="110" w:type="dxa"/>
            </w:tcMar>
            <w:vAlign w:val="center"/>
          </w:tcPr>
          <w:p w14:paraId="7B256094" w14:textId="77777777" w:rsidR="00D92B2D" w:rsidRDefault="00D92B2D">
            <w:pPr>
              <w:spacing w:after="0"/>
            </w:pPr>
          </w:p>
        </w:tc>
      </w:tr>
    </w:tbl>
    <w:p w14:paraId="1797D827" w14:textId="77777777" w:rsidR="00D92B2D" w:rsidRDefault="000D7A00">
      <w:pPr>
        <w:pStyle w:val="Heading2"/>
        <w:spacing w:before="100" w:after="80"/>
      </w:pPr>
      <w:r>
        <w:rPr>
          <w:rFonts w:ascii="Arial" w:hAnsi="Arial"/>
          <w:color w:val="17171D"/>
          <w:sz w:val="22"/>
        </w:rPr>
        <w:t>Relevant training and CPD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31"/>
        <w:gridCol w:w="2551"/>
        <w:gridCol w:w="1757"/>
        <w:gridCol w:w="2097"/>
      </w:tblGrid>
      <w:tr w:rsidR="00D92B2D" w14:paraId="17EAA77E" w14:textId="77777777">
        <w:trPr>
          <w:tblHeader/>
          <w:jc w:val="center"/>
        </w:trPr>
        <w:tc>
          <w:tcPr>
            <w:tcW w:w="3231" w:type="dxa"/>
            <w:shd w:val="clear" w:color="auto" w:fill="17171D"/>
            <w:tcMar>
              <w:top w:w="90" w:type="dxa"/>
              <w:left w:w="110" w:type="dxa"/>
              <w:bottom w:w="90" w:type="dxa"/>
              <w:right w:w="110" w:type="dxa"/>
            </w:tcMar>
            <w:vAlign w:val="center"/>
          </w:tcPr>
          <w:p w14:paraId="374C0511" w14:textId="77777777" w:rsidR="00D92B2D" w:rsidRDefault="000D7A00">
            <w:pPr>
              <w:spacing w:after="0"/>
              <w:jc w:val="center"/>
            </w:pPr>
            <w:r>
              <w:rPr>
                <w:b/>
                <w:color w:val="FFFFFF"/>
                <w:sz w:val="16"/>
              </w:rPr>
              <w:t>Course / training</w:t>
            </w:r>
          </w:p>
        </w:tc>
        <w:tc>
          <w:tcPr>
            <w:tcW w:w="2551" w:type="dxa"/>
            <w:shd w:val="clear" w:color="auto" w:fill="17171D"/>
            <w:tcMar>
              <w:top w:w="90" w:type="dxa"/>
              <w:left w:w="110" w:type="dxa"/>
              <w:bottom w:w="90" w:type="dxa"/>
              <w:right w:w="110" w:type="dxa"/>
            </w:tcMar>
            <w:vAlign w:val="center"/>
          </w:tcPr>
          <w:p w14:paraId="7A6B4027" w14:textId="77777777" w:rsidR="00D92B2D" w:rsidRDefault="000D7A00">
            <w:pPr>
              <w:spacing w:after="0"/>
              <w:jc w:val="center"/>
            </w:pPr>
            <w:r>
              <w:rPr>
                <w:b/>
                <w:color w:val="FFFFFF"/>
                <w:sz w:val="16"/>
              </w:rPr>
              <w:t>Provider</w:t>
            </w:r>
          </w:p>
        </w:tc>
        <w:tc>
          <w:tcPr>
            <w:tcW w:w="1757" w:type="dxa"/>
            <w:shd w:val="clear" w:color="auto" w:fill="17171D"/>
            <w:tcMar>
              <w:top w:w="90" w:type="dxa"/>
              <w:left w:w="110" w:type="dxa"/>
              <w:bottom w:w="90" w:type="dxa"/>
              <w:right w:w="110" w:type="dxa"/>
            </w:tcMar>
            <w:vAlign w:val="center"/>
          </w:tcPr>
          <w:p w14:paraId="7F891658" w14:textId="77777777" w:rsidR="00D92B2D" w:rsidRDefault="000D7A00">
            <w:pPr>
              <w:spacing w:after="0"/>
              <w:jc w:val="center"/>
            </w:pPr>
            <w:r>
              <w:rPr>
                <w:b/>
                <w:color w:val="FFFFFF"/>
                <w:sz w:val="16"/>
              </w:rPr>
              <w:t>Completion date</w:t>
            </w:r>
          </w:p>
        </w:tc>
        <w:tc>
          <w:tcPr>
            <w:tcW w:w="2097" w:type="dxa"/>
            <w:shd w:val="clear" w:color="auto" w:fill="17171D"/>
            <w:tcMar>
              <w:top w:w="90" w:type="dxa"/>
              <w:left w:w="110" w:type="dxa"/>
              <w:bottom w:w="90" w:type="dxa"/>
              <w:right w:w="110" w:type="dxa"/>
            </w:tcMar>
            <w:vAlign w:val="center"/>
          </w:tcPr>
          <w:p w14:paraId="492B29AD" w14:textId="77777777" w:rsidR="00D92B2D" w:rsidRDefault="000D7A00">
            <w:pPr>
              <w:spacing w:after="0"/>
              <w:jc w:val="center"/>
            </w:pPr>
            <w:r>
              <w:rPr>
                <w:b/>
                <w:color w:val="FFFFFF"/>
                <w:sz w:val="16"/>
              </w:rPr>
              <w:t>Renewal / expiry, if applicable</w:t>
            </w:r>
          </w:p>
        </w:tc>
      </w:tr>
      <w:tr w:rsidR="00D92B2D" w14:paraId="62F3842E" w14:textId="77777777">
        <w:trPr>
          <w:cantSplit/>
          <w:jc w:val="center"/>
        </w:trPr>
        <w:tc>
          <w:tcPr>
            <w:tcW w:w="3231" w:type="dxa"/>
            <w:tcMar>
              <w:top w:w="90" w:type="dxa"/>
              <w:left w:w="110" w:type="dxa"/>
              <w:bottom w:w="90" w:type="dxa"/>
              <w:right w:w="110" w:type="dxa"/>
            </w:tcMar>
            <w:vAlign w:val="center"/>
          </w:tcPr>
          <w:p w14:paraId="202857DB" w14:textId="77777777" w:rsidR="00D92B2D" w:rsidRDefault="00D92B2D">
            <w:pPr>
              <w:spacing w:after="0"/>
            </w:pPr>
          </w:p>
        </w:tc>
        <w:tc>
          <w:tcPr>
            <w:tcW w:w="2551" w:type="dxa"/>
            <w:tcMar>
              <w:top w:w="90" w:type="dxa"/>
              <w:left w:w="110" w:type="dxa"/>
              <w:bottom w:w="90" w:type="dxa"/>
              <w:right w:w="110" w:type="dxa"/>
            </w:tcMar>
            <w:vAlign w:val="center"/>
          </w:tcPr>
          <w:p w14:paraId="46BF202F" w14:textId="77777777" w:rsidR="00D92B2D" w:rsidRDefault="00D92B2D">
            <w:pPr>
              <w:spacing w:after="0"/>
            </w:pPr>
          </w:p>
        </w:tc>
        <w:tc>
          <w:tcPr>
            <w:tcW w:w="1757" w:type="dxa"/>
            <w:tcMar>
              <w:top w:w="90" w:type="dxa"/>
              <w:left w:w="110" w:type="dxa"/>
              <w:bottom w:w="90" w:type="dxa"/>
              <w:right w:w="110" w:type="dxa"/>
            </w:tcMar>
            <w:vAlign w:val="center"/>
          </w:tcPr>
          <w:p w14:paraId="2D428AAF" w14:textId="77777777" w:rsidR="00D92B2D" w:rsidRDefault="00D92B2D">
            <w:pPr>
              <w:spacing w:after="0"/>
            </w:pPr>
          </w:p>
        </w:tc>
        <w:tc>
          <w:tcPr>
            <w:tcW w:w="2097" w:type="dxa"/>
            <w:tcMar>
              <w:top w:w="90" w:type="dxa"/>
              <w:left w:w="110" w:type="dxa"/>
              <w:bottom w:w="90" w:type="dxa"/>
              <w:right w:w="110" w:type="dxa"/>
            </w:tcMar>
            <w:vAlign w:val="center"/>
          </w:tcPr>
          <w:p w14:paraId="6CCF2CB8" w14:textId="77777777" w:rsidR="00D92B2D" w:rsidRDefault="00D92B2D">
            <w:pPr>
              <w:spacing w:after="0"/>
            </w:pPr>
          </w:p>
        </w:tc>
      </w:tr>
      <w:tr w:rsidR="00D92B2D" w14:paraId="2761FC6C" w14:textId="77777777">
        <w:trPr>
          <w:cantSplit/>
          <w:jc w:val="center"/>
        </w:trPr>
        <w:tc>
          <w:tcPr>
            <w:tcW w:w="3231" w:type="dxa"/>
            <w:shd w:val="clear" w:color="auto" w:fill="FAFAFA"/>
            <w:tcMar>
              <w:top w:w="90" w:type="dxa"/>
              <w:left w:w="110" w:type="dxa"/>
              <w:bottom w:w="90" w:type="dxa"/>
              <w:right w:w="110" w:type="dxa"/>
            </w:tcMar>
            <w:vAlign w:val="center"/>
          </w:tcPr>
          <w:p w14:paraId="3322C3EF" w14:textId="77777777" w:rsidR="00D92B2D" w:rsidRDefault="00D92B2D">
            <w:pPr>
              <w:spacing w:after="0"/>
            </w:pPr>
          </w:p>
        </w:tc>
        <w:tc>
          <w:tcPr>
            <w:tcW w:w="2551" w:type="dxa"/>
            <w:shd w:val="clear" w:color="auto" w:fill="FAFAFA"/>
            <w:tcMar>
              <w:top w:w="90" w:type="dxa"/>
              <w:left w:w="110" w:type="dxa"/>
              <w:bottom w:w="90" w:type="dxa"/>
              <w:right w:w="110" w:type="dxa"/>
            </w:tcMar>
            <w:vAlign w:val="center"/>
          </w:tcPr>
          <w:p w14:paraId="57C37EE4" w14:textId="77777777" w:rsidR="00D92B2D" w:rsidRDefault="00D92B2D">
            <w:pPr>
              <w:spacing w:after="0"/>
            </w:pPr>
          </w:p>
        </w:tc>
        <w:tc>
          <w:tcPr>
            <w:tcW w:w="1757" w:type="dxa"/>
            <w:shd w:val="clear" w:color="auto" w:fill="FAFAFA"/>
            <w:tcMar>
              <w:top w:w="90" w:type="dxa"/>
              <w:left w:w="110" w:type="dxa"/>
              <w:bottom w:w="90" w:type="dxa"/>
              <w:right w:w="110" w:type="dxa"/>
            </w:tcMar>
            <w:vAlign w:val="center"/>
          </w:tcPr>
          <w:p w14:paraId="01E7CD38" w14:textId="77777777" w:rsidR="00D92B2D" w:rsidRDefault="00D92B2D">
            <w:pPr>
              <w:spacing w:after="0"/>
            </w:pPr>
          </w:p>
        </w:tc>
        <w:tc>
          <w:tcPr>
            <w:tcW w:w="2097" w:type="dxa"/>
            <w:shd w:val="clear" w:color="auto" w:fill="FAFAFA"/>
            <w:tcMar>
              <w:top w:w="90" w:type="dxa"/>
              <w:left w:w="110" w:type="dxa"/>
              <w:bottom w:w="90" w:type="dxa"/>
              <w:right w:w="110" w:type="dxa"/>
            </w:tcMar>
            <w:vAlign w:val="center"/>
          </w:tcPr>
          <w:p w14:paraId="34B88F66" w14:textId="77777777" w:rsidR="00D92B2D" w:rsidRDefault="00D92B2D">
            <w:pPr>
              <w:spacing w:after="0"/>
            </w:pPr>
          </w:p>
        </w:tc>
      </w:tr>
      <w:tr w:rsidR="00D92B2D" w14:paraId="2CF5D01A" w14:textId="77777777">
        <w:trPr>
          <w:cantSplit/>
          <w:jc w:val="center"/>
        </w:trPr>
        <w:tc>
          <w:tcPr>
            <w:tcW w:w="3231" w:type="dxa"/>
            <w:tcMar>
              <w:top w:w="90" w:type="dxa"/>
              <w:left w:w="110" w:type="dxa"/>
              <w:bottom w:w="90" w:type="dxa"/>
              <w:right w:w="110" w:type="dxa"/>
            </w:tcMar>
            <w:vAlign w:val="center"/>
          </w:tcPr>
          <w:p w14:paraId="751D86D6" w14:textId="77777777" w:rsidR="00D92B2D" w:rsidRDefault="00D92B2D">
            <w:pPr>
              <w:spacing w:after="0"/>
            </w:pPr>
          </w:p>
        </w:tc>
        <w:tc>
          <w:tcPr>
            <w:tcW w:w="2551" w:type="dxa"/>
            <w:tcMar>
              <w:top w:w="90" w:type="dxa"/>
              <w:left w:w="110" w:type="dxa"/>
              <w:bottom w:w="90" w:type="dxa"/>
              <w:right w:w="110" w:type="dxa"/>
            </w:tcMar>
            <w:vAlign w:val="center"/>
          </w:tcPr>
          <w:p w14:paraId="08CAA426" w14:textId="77777777" w:rsidR="00D92B2D" w:rsidRDefault="00D92B2D">
            <w:pPr>
              <w:spacing w:after="0"/>
            </w:pPr>
          </w:p>
        </w:tc>
        <w:tc>
          <w:tcPr>
            <w:tcW w:w="1757" w:type="dxa"/>
            <w:tcMar>
              <w:top w:w="90" w:type="dxa"/>
              <w:left w:w="110" w:type="dxa"/>
              <w:bottom w:w="90" w:type="dxa"/>
              <w:right w:w="110" w:type="dxa"/>
            </w:tcMar>
            <w:vAlign w:val="center"/>
          </w:tcPr>
          <w:p w14:paraId="61080890" w14:textId="77777777" w:rsidR="00D92B2D" w:rsidRDefault="00D92B2D">
            <w:pPr>
              <w:spacing w:after="0"/>
            </w:pPr>
          </w:p>
        </w:tc>
        <w:tc>
          <w:tcPr>
            <w:tcW w:w="2097" w:type="dxa"/>
            <w:tcMar>
              <w:top w:w="90" w:type="dxa"/>
              <w:left w:w="110" w:type="dxa"/>
              <w:bottom w:w="90" w:type="dxa"/>
              <w:right w:w="110" w:type="dxa"/>
            </w:tcMar>
            <w:vAlign w:val="center"/>
          </w:tcPr>
          <w:p w14:paraId="0C3D7673" w14:textId="77777777" w:rsidR="00D92B2D" w:rsidRDefault="00D92B2D">
            <w:pPr>
              <w:spacing w:after="0"/>
            </w:pPr>
          </w:p>
        </w:tc>
      </w:tr>
      <w:tr w:rsidR="00D92B2D" w14:paraId="30490EAB" w14:textId="77777777">
        <w:trPr>
          <w:cantSplit/>
          <w:jc w:val="center"/>
        </w:trPr>
        <w:tc>
          <w:tcPr>
            <w:tcW w:w="3231" w:type="dxa"/>
            <w:shd w:val="clear" w:color="auto" w:fill="FAFAFA"/>
            <w:tcMar>
              <w:top w:w="90" w:type="dxa"/>
              <w:left w:w="110" w:type="dxa"/>
              <w:bottom w:w="90" w:type="dxa"/>
              <w:right w:w="110" w:type="dxa"/>
            </w:tcMar>
            <w:vAlign w:val="center"/>
          </w:tcPr>
          <w:p w14:paraId="6D3D435E" w14:textId="77777777" w:rsidR="00D92B2D" w:rsidRDefault="00D92B2D">
            <w:pPr>
              <w:spacing w:after="0"/>
            </w:pPr>
          </w:p>
        </w:tc>
        <w:tc>
          <w:tcPr>
            <w:tcW w:w="2551" w:type="dxa"/>
            <w:shd w:val="clear" w:color="auto" w:fill="FAFAFA"/>
            <w:tcMar>
              <w:top w:w="90" w:type="dxa"/>
              <w:left w:w="110" w:type="dxa"/>
              <w:bottom w:w="90" w:type="dxa"/>
              <w:right w:w="110" w:type="dxa"/>
            </w:tcMar>
            <w:vAlign w:val="center"/>
          </w:tcPr>
          <w:p w14:paraId="624E69C1" w14:textId="77777777" w:rsidR="00D92B2D" w:rsidRDefault="00D92B2D">
            <w:pPr>
              <w:spacing w:after="0"/>
            </w:pPr>
          </w:p>
        </w:tc>
        <w:tc>
          <w:tcPr>
            <w:tcW w:w="1757" w:type="dxa"/>
            <w:shd w:val="clear" w:color="auto" w:fill="FAFAFA"/>
            <w:tcMar>
              <w:top w:w="90" w:type="dxa"/>
              <w:left w:w="110" w:type="dxa"/>
              <w:bottom w:w="90" w:type="dxa"/>
              <w:right w:w="110" w:type="dxa"/>
            </w:tcMar>
            <w:vAlign w:val="center"/>
          </w:tcPr>
          <w:p w14:paraId="753BEDA6" w14:textId="77777777" w:rsidR="00D92B2D" w:rsidRDefault="00D92B2D">
            <w:pPr>
              <w:spacing w:after="0"/>
            </w:pPr>
          </w:p>
        </w:tc>
        <w:tc>
          <w:tcPr>
            <w:tcW w:w="2097" w:type="dxa"/>
            <w:shd w:val="clear" w:color="auto" w:fill="FAFAFA"/>
            <w:tcMar>
              <w:top w:w="90" w:type="dxa"/>
              <w:left w:w="110" w:type="dxa"/>
              <w:bottom w:w="90" w:type="dxa"/>
              <w:right w:w="110" w:type="dxa"/>
            </w:tcMar>
            <w:vAlign w:val="center"/>
          </w:tcPr>
          <w:p w14:paraId="1718DFA9" w14:textId="77777777" w:rsidR="00D92B2D" w:rsidRDefault="00D92B2D">
            <w:pPr>
              <w:spacing w:after="0"/>
            </w:pPr>
          </w:p>
        </w:tc>
      </w:tr>
      <w:tr w:rsidR="00D92B2D" w14:paraId="10A5E03B" w14:textId="77777777">
        <w:trPr>
          <w:cantSplit/>
          <w:jc w:val="center"/>
        </w:trPr>
        <w:tc>
          <w:tcPr>
            <w:tcW w:w="3231" w:type="dxa"/>
            <w:tcMar>
              <w:top w:w="90" w:type="dxa"/>
              <w:left w:w="110" w:type="dxa"/>
              <w:bottom w:w="90" w:type="dxa"/>
              <w:right w:w="110" w:type="dxa"/>
            </w:tcMar>
            <w:vAlign w:val="center"/>
          </w:tcPr>
          <w:p w14:paraId="7DC47967" w14:textId="77777777" w:rsidR="00D92B2D" w:rsidRDefault="00D92B2D">
            <w:pPr>
              <w:spacing w:after="0"/>
            </w:pPr>
          </w:p>
        </w:tc>
        <w:tc>
          <w:tcPr>
            <w:tcW w:w="2551" w:type="dxa"/>
            <w:tcMar>
              <w:top w:w="90" w:type="dxa"/>
              <w:left w:w="110" w:type="dxa"/>
              <w:bottom w:w="90" w:type="dxa"/>
              <w:right w:w="110" w:type="dxa"/>
            </w:tcMar>
            <w:vAlign w:val="center"/>
          </w:tcPr>
          <w:p w14:paraId="757268F7" w14:textId="77777777" w:rsidR="00D92B2D" w:rsidRDefault="00D92B2D">
            <w:pPr>
              <w:spacing w:after="0"/>
            </w:pPr>
          </w:p>
        </w:tc>
        <w:tc>
          <w:tcPr>
            <w:tcW w:w="1757" w:type="dxa"/>
            <w:tcMar>
              <w:top w:w="90" w:type="dxa"/>
              <w:left w:w="110" w:type="dxa"/>
              <w:bottom w:w="90" w:type="dxa"/>
              <w:right w:w="110" w:type="dxa"/>
            </w:tcMar>
            <w:vAlign w:val="center"/>
          </w:tcPr>
          <w:p w14:paraId="4131B202" w14:textId="77777777" w:rsidR="00D92B2D" w:rsidRDefault="00D92B2D">
            <w:pPr>
              <w:spacing w:after="0"/>
            </w:pPr>
          </w:p>
        </w:tc>
        <w:tc>
          <w:tcPr>
            <w:tcW w:w="2097" w:type="dxa"/>
            <w:tcMar>
              <w:top w:w="90" w:type="dxa"/>
              <w:left w:w="110" w:type="dxa"/>
              <w:bottom w:w="90" w:type="dxa"/>
              <w:right w:w="110" w:type="dxa"/>
            </w:tcMar>
            <w:vAlign w:val="center"/>
          </w:tcPr>
          <w:p w14:paraId="2A86CE52" w14:textId="77777777" w:rsidR="00D92B2D" w:rsidRDefault="00D92B2D">
            <w:pPr>
              <w:spacing w:after="0"/>
            </w:pPr>
          </w:p>
        </w:tc>
      </w:tr>
    </w:tbl>
    <w:p w14:paraId="4697F300" w14:textId="77777777" w:rsidR="00D92B2D" w:rsidRDefault="000D7A00">
      <w:pPr>
        <w:pStyle w:val="Heading2"/>
        <w:spacing w:before="100" w:after="80"/>
      </w:pPr>
      <w:r>
        <w:rPr>
          <w:rFonts w:ascii="Arial" w:hAnsi="Arial"/>
          <w:color w:val="17171D"/>
          <w:sz w:val="22"/>
        </w:rPr>
        <w:t>Training currently being undertaken</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4215AF02" w14:textId="77777777">
        <w:trPr>
          <w:cantSplit/>
          <w:trHeight w:val="408"/>
        </w:trPr>
        <w:tc>
          <w:tcPr>
            <w:tcW w:w="9637" w:type="dxa"/>
            <w:tcMar>
              <w:top w:w="90" w:type="dxa"/>
              <w:left w:w="110" w:type="dxa"/>
              <w:bottom w:w="90" w:type="dxa"/>
              <w:right w:w="110" w:type="dxa"/>
            </w:tcMar>
            <w:vAlign w:val="center"/>
          </w:tcPr>
          <w:p w14:paraId="4E523059" w14:textId="77777777" w:rsidR="00D92B2D" w:rsidRDefault="00D92B2D">
            <w:pPr>
              <w:spacing w:after="0"/>
            </w:pPr>
          </w:p>
        </w:tc>
      </w:tr>
      <w:tr w:rsidR="00D92B2D" w14:paraId="5759B1C5" w14:textId="77777777">
        <w:trPr>
          <w:cantSplit/>
          <w:trHeight w:val="408"/>
        </w:trPr>
        <w:tc>
          <w:tcPr>
            <w:tcW w:w="9637" w:type="dxa"/>
            <w:tcMar>
              <w:top w:w="90" w:type="dxa"/>
              <w:left w:w="110" w:type="dxa"/>
              <w:bottom w:w="90" w:type="dxa"/>
              <w:right w:w="110" w:type="dxa"/>
            </w:tcMar>
            <w:vAlign w:val="center"/>
          </w:tcPr>
          <w:p w14:paraId="54E7B00C" w14:textId="77777777" w:rsidR="00D92B2D" w:rsidRDefault="00D92B2D">
            <w:pPr>
              <w:spacing w:after="0"/>
            </w:pPr>
          </w:p>
        </w:tc>
      </w:tr>
      <w:tr w:rsidR="00D92B2D" w14:paraId="235459AF" w14:textId="77777777">
        <w:trPr>
          <w:cantSplit/>
          <w:trHeight w:val="408"/>
        </w:trPr>
        <w:tc>
          <w:tcPr>
            <w:tcW w:w="9637" w:type="dxa"/>
            <w:tcMar>
              <w:top w:w="90" w:type="dxa"/>
              <w:left w:w="110" w:type="dxa"/>
              <w:bottom w:w="90" w:type="dxa"/>
              <w:right w:w="110" w:type="dxa"/>
            </w:tcMar>
            <w:vAlign w:val="center"/>
          </w:tcPr>
          <w:p w14:paraId="2705C49C" w14:textId="77777777" w:rsidR="00D92B2D" w:rsidRDefault="00D92B2D">
            <w:pPr>
              <w:spacing w:after="0"/>
            </w:pPr>
          </w:p>
        </w:tc>
      </w:tr>
    </w:tbl>
    <w:p w14:paraId="76014D36" w14:textId="77777777" w:rsidR="00D92B2D" w:rsidRDefault="000D7A00">
      <w:r>
        <w:br w:type="page"/>
      </w:r>
    </w:p>
    <w:p w14:paraId="2AFC0B20" w14:textId="77777777" w:rsidR="00D92B2D" w:rsidRDefault="000D7A00">
      <w:pPr>
        <w:pStyle w:val="Heading1"/>
        <w:spacing w:before="160" w:after="80"/>
      </w:pPr>
      <w:r>
        <w:rPr>
          <w:rFonts w:ascii="Arial" w:hAnsi="Arial"/>
          <w:color w:val="F58220"/>
          <w:sz w:val="30"/>
        </w:rPr>
        <w:lastRenderedPageBreak/>
        <w:t>Part C  Employment, education and voluntary history</w:t>
      </w:r>
    </w:p>
    <w:p w14:paraId="2243A3DE" w14:textId="77777777" w:rsidR="00D92B2D" w:rsidRDefault="000D7A00">
      <w:pPr>
        <w:spacing w:after="80" w:line="252" w:lineRule="auto"/>
      </w:pPr>
      <w:r>
        <w:t>Provide a complete and continuous history from the date you left full-time education to the present. Include paid employment, self-employment, temporary or agency work, education, voluntary work, caring responsibilities, family leave, unemployment, travel and other periods. Give month and year dates and explain every gap.</w:t>
      </w:r>
    </w:p>
    <w:p w14:paraId="17F23BF1" w14:textId="77777777" w:rsidR="00D92B2D" w:rsidRDefault="000D7A00">
      <w:pPr>
        <w:pStyle w:val="Heading2"/>
        <w:spacing w:before="100" w:after="80"/>
      </w:pPr>
      <w:r>
        <w:rPr>
          <w:rFonts w:ascii="Arial" w:hAnsi="Arial"/>
          <w:color w:val="17171D"/>
          <w:sz w:val="22"/>
        </w:rPr>
        <w:t>History entry 1</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0E12B9E7" w14:textId="77777777">
        <w:trPr>
          <w:cantSplit/>
          <w:trHeight w:val="408"/>
          <w:jc w:val="center"/>
        </w:trPr>
        <w:tc>
          <w:tcPr>
            <w:tcW w:w="4818" w:type="dxa"/>
            <w:tcMar>
              <w:top w:w="90" w:type="dxa"/>
              <w:left w:w="110" w:type="dxa"/>
              <w:bottom w:w="90" w:type="dxa"/>
              <w:right w:w="110" w:type="dxa"/>
            </w:tcMar>
            <w:vAlign w:val="center"/>
          </w:tcPr>
          <w:p w14:paraId="42F23A2F" w14:textId="77777777" w:rsidR="00D92B2D" w:rsidRDefault="000D7A00">
            <w:r>
              <w:rPr>
                <w:color w:val="000000"/>
                <w:sz w:val="17"/>
              </w:rPr>
              <w:t>Organisation / employer / education provider</w:t>
            </w:r>
          </w:p>
        </w:tc>
        <w:tc>
          <w:tcPr>
            <w:tcW w:w="4818" w:type="dxa"/>
            <w:tcMar>
              <w:top w:w="90" w:type="dxa"/>
              <w:left w:w="110" w:type="dxa"/>
              <w:bottom w:w="90" w:type="dxa"/>
              <w:right w:w="110" w:type="dxa"/>
            </w:tcMar>
            <w:vAlign w:val="center"/>
          </w:tcPr>
          <w:p w14:paraId="61AEE84D" w14:textId="77777777" w:rsidR="00D92B2D" w:rsidRDefault="000D7A00">
            <w:r>
              <w:rPr>
                <w:color w:val="000000"/>
                <w:sz w:val="17"/>
              </w:rPr>
              <w:t>Job title / course / activity</w:t>
            </w:r>
          </w:p>
        </w:tc>
      </w:tr>
      <w:tr w:rsidR="00D92B2D" w14:paraId="7B3FFCDB" w14:textId="77777777">
        <w:trPr>
          <w:cantSplit/>
          <w:trHeight w:val="408"/>
          <w:jc w:val="center"/>
        </w:trPr>
        <w:tc>
          <w:tcPr>
            <w:tcW w:w="4818" w:type="dxa"/>
            <w:tcMar>
              <w:top w:w="90" w:type="dxa"/>
              <w:left w:w="110" w:type="dxa"/>
              <w:bottom w:w="90" w:type="dxa"/>
              <w:right w:w="110" w:type="dxa"/>
            </w:tcMar>
            <w:vAlign w:val="center"/>
          </w:tcPr>
          <w:p w14:paraId="7F7283EB" w14:textId="77777777" w:rsidR="00D92B2D" w:rsidRDefault="000D7A00">
            <w:r>
              <w:rPr>
                <w:color w:val="000000"/>
                <w:sz w:val="17"/>
              </w:rPr>
              <w:t>From (MM/YYYY)</w:t>
            </w:r>
          </w:p>
        </w:tc>
        <w:tc>
          <w:tcPr>
            <w:tcW w:w="4818" w:type="dxa"/>
            <w:tcMar>
              <w:top w:w="90" w:type="dxa"/>
              <w:left w:w="110" w:type="dxa"/>
              <w:bottom w:w="90" w:type="dxa"/>
              <w:right w:w="110" w:type="dxa"/>
            </w:tcMar>
            <w:vAlign w:val="center"/>
          </w:tcPr>
          <w:p w14:paraId="673BC6A1" w14:textId="77777777" w:rsidR="00D92B2D" w:rsidRDefault="000D7A00">
            <w:r>
              <w:rPr>
                <w:color w:val="000000"/>
                <w:sz w:val="17"/>
              </w:rPr>
              <w:t>To (MM/YYYY)</w:t>
            </w:r>
          </w:p>
        </w:tc>
      </w:tr>
      <w:tr w:rsidR="00D92B2D" w14:paraId="20D83CCD" w14:textId="77777777">
        <w:trPr>
          <w:cantSplit/>
          <w:trHeight w:val="408"/>
          <w:jc w:val="center"/>
        </w:trPr>
        <w:tc>
          <w:tcPr>
            <w:tcW w:w="4818" w:type="dxa"/>
            <w:tcMar>
              <w:top w:w="90" w:type="dxa"/>
              <w:left w:w="110" w:type="dxa"/>
              <w:bottom w:w="90" w:type="dxa"/>
              <w:right w:w="110" w:type="dxa"/>
            </w:tcMar>
            <w:vAlign w:val="center"/>
          </w:tcPr>
          <w:p w14:paraId="60D44CC0" w14:textId="77777777" w:rsidR="00D92B2D" w:rsidRDefault="000D7A00">
            <w:r>
              <w:rPr>
                <w:color w:val="000000"/>
                <w:sz w:val="17"/>
              </w:rPr>
              <w:t>Reason for leaving / ending</w:t>
            </w:r>
          </w:p>
        </w:tc>
        <w:tc>
          <w:tcPr>
            <w:tcW w:w="4818" w:type="dxa"/>
            <w:tcMar>
              <w:top w:w="90" w:type="dxa"/>
              <w:left w:w="110" w:type="dxa"/>
              <w:bottom w:w="90" w:type="dxa"/>
              <w:right w:w="110" w:type="dxa"/>
            </w:tcMar>
            <w:vAlign w:val="center"/>
          </w:tcPr>
          <w:p w14:paraId="4B9150DE" w14:textId="77777777" w:rsidR="00D92B2D" w:rsidRDefault="000D7A00">
            <w:r>
              <w:rPr>
                <w:color w:val="000000"/>
                <w:sz w:val="17"/>
              </w:rPr>
              <w:t>May we approach this organisation?  ☐ Yes  ☐ No</w:t>
            </w:r>
          </w:p>
        </w:tc>
      </w:tr>
    </w:tbl>
    <w:p w14:paraId="22A14A62" w14:textId="77777777" w:rsidR="00D92B2D" w:rsidRDefault="000D7A00">
      <w:pPr>
        <w:spacing w:after="40" w:line="252" w:lineRule="auto"/>
      </w:pPr>
      <w:r>
        <w:rPr>
          <w:sz w:val="17"/>
        </w:rPr>
        <w:t>Main duties, responsibilities or course details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01AEA2C6" w14:textId="77777777">
        <w:trPr>
          <w:cantSplit/>
          <w:trHeight w:val="408"/>
        </w:trPr>
        <w:tc>
          <w:tcPr>
            <w:tcW w:w="9637" w:type="dxa"/>
            <w:tcMar>
              <w:top w:w="90" w:type="dxa"/>
              <w:left w:w="110" w:type="dxa"/>
              <w:bottom w:w="90" w:type="dxa"/>
              <w:right w:w="110" w:type="dxa"/>
            </w:tcMar>
            <w:vAlign w:val="center"/>
          </w:tcPr>
          <w:p w14:paraId="20AF5723" w14:textId="77777777" w:rsidR="00D92B2D" w:rsidRDefault="00D92B2D">
            <w:pPr>
              <w:spacing w:after="0"/>
            </w:pPr>
          </w:p>
        </w:tc>
      </w:tr>
      <w:tr w:rsidR="00D92B2D" w14:paraId="61E4B5DC" w14:textId="77777777">
        <w:trPr>
          <w:cantSplit/>
          <w:trHeight w:val="408"/>
        </w:trPr>
        <w:tc>
          <w:tcPr>
            <w:tcW w:w="9637" w:type="dxa"/>
            <w:tcMar>
              <w:top w:w="90" w:type="dxa"/>
              <w:left w:w="110" w:type="dxa"/>
              <w:bottom w:w="90" w:type="dxa"/>
              <w:right w:w="110" w:type="dxa"/>
            </w:tcMar>
            <w:vAlign w:val="center"/>
          </w:tcPr>
          <w:p w14:paraId="23A73D3B" w14:textId="77777777" w:rsidR="00D92B2D" w:rsidRDefault="00D92B2D">
            <w:pPr>
              <w:spacing w:after="0"/>
            </w:pPr>
          </w:p>
        </w:tc>
      </w:tr>
      <w:tr w:rsidR="00D92B2D" w14:paraId="09A90D46" w14:textId="77777777">
        <w:trPr>
          <w:cantSplit/>
          <w:trHeight w:val="408"/>
        </w:trPr>
        <w:tc>
          <w:tcPr>
            <w:tcW w:w="9637" w:type="dxa"/>
            <w:tcMar>
              <w:top w:w="90" w:type="dxa"/>
              <w:left w:w="110" w:type="dxa"/>
              <w:bottom w:w="90" w:type="dxa"/>
              <w:right w:w="110" w:type="dxa"/>
            </w:tcMar>
            <w:vAlign w:val="center"/>
          </w:tcPr>
          <w:p w14:paraId="1E2196F6" w14:textId="77777777" w:rsidR="00D92B2D" w:rsidRDefault="00D92B2D">
            <w:pPr>
              <w:spacing w:after="0"/>
            </w:pPr>
          </w:p>
        </w:tc>
      </w:tr>
    </w:tbl>
    <w:p w14:paraId="356EE8DB" w14:textId="77777777" w:rsidR="00D92B2D" w:rsidRDefault="000D7A00">
      <w:pPr>
        <w:pStyle w:val="Heading2"/>
        <w:spacing w:before="100" w:after="80"/>
      </w:pPr>
      <w:r>
        <w:rPr>
          <w:rFonts w:ascii="Arial" w:hAnsi="Arial"/>
          <w:color w:val="17171D"/>
          <w:sz w:val="22"/>
        </w:rPr>
        <w:t>History entry 2</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0420AA5F" w14:textId="77777777">
        <w:trPr>
          <w:cantSplit/>
          <w:trHeight w:val="408"/>
          <w:jc w:val="center"/>
        </w:trPr>
        <w:tc>
          <w:tcPr>
            <w:tcW w:w="4818" w:type="dxa"/>
            <w:tcMar>
              <w:top w:w="90" w:type="dxa"/>
              <w:left w:w="110" w:type="dxa"/>
              <w:bottom w:w="90" w:type="dxa"/>
              <w:right w:w="110" w:type="dxa"/>
            </w:tcMar>
            <w:vAlign w:val="center"/>
          </w:tcPr>
          <w:p w14:paraId="7AE7FCC3" w14:textId="77777777" w:rsidR="00D92B2D" w:rsidRDefault="000D7A00">
            <w:r>
              <w:rPr>
                <w:color w:val="000000"/>
                <w:sz w:val="17"/>
              </w:rPr>
              <w:t>Organisation / employer / education provider</w:t>
            </w:r>
          </w:p>
        </w:tc>
        <w:tc>
          <w:tcPr>
            <w:tcW w:w="4818" w:type="dxa"/>
            <w:tcMar>
              <w:top w:w="90" w:type="dxa"/>
              <w:left w:w="110" w:type="dxa"/>
              <w:bottom w:w="90" w:type="dxa"/>
              <w:right w:w="110" w:type="dxa"/>
            </w:tcMar>
            <w:vAlign w:val="center"/>
          </w:tcPr>
          <w:p w14:paraId="30D8B190" w14:textId="77777777" w:rsidR="00D92B2D" w:rsidRDefault="000D7A00">
            <w:r>
              <w:rPr>
                <w:color w:val="000000"/>
                <w:sz w:val="17"/>
              </w:rPr>
              <w:t>Job title / course / activity</w:t>
            </w:r>
          </w:p>
        </w:tc>
      </w:tr>
      <w:tr w:rsidR="00D92B2D" w14:paraId="2F662E05" w14:textId="77777777">
        <w:trPr>
          <w:cantSplit/>
          <w:trHeight w:val="408"/>
          <w:jc w:val="center"/>
        </w:trPr>
        <w:tc>
          <w:tcPr>
            <w:tcW w:w="4818" w:type="dxa"/>
            <w:tcMar>
              <w:top w:w="90" w:type="dxa"/>
              <w:left w:w="110" w:type="dxa"/>
              <w:bottom w:w="90" w:type="dxa"/>
              <w:right w:w="110" w:type="dxa"/>
            </w:tcMar>
            <w:vAlign w:val="center"/>
          </w:tcPr>
          <w:p w14:paraId="7434B5CE" w14:textId="77777777" w:rsidR="00D92B2D" w:rsidRDefault="000D7A00">
            <w:r>
              <w:rPr>
                <w:color w:val="000000"/>
                <w:sz w:val="17"/>
              </w:rPr>
              <w:t>From (MM/YYYY)</w:t>
            </w:r>
          </w:p>
        </w:tc>
        <w:tc>
          <w:tcPr>
            <w:tcW w:w="4818" w:type="dxa"/>
            <w:tcMar>
              <w:top w:w="90" w:type="dxa"/>
              <w:left w:w="110" w:type="dxa"/>
              <w:bottom w:w="90" w:type="dxa"/>
              <w:right w:w="110" w:type="dxa"/>
            </w:tcMar>
            <w:vAlign w:val="center"/>
          </w:tcPr>
          <w:p w14:paraId="252FA1FD" w14:textId="77777777" w:rsidR="00D92B2D" w:rsidRDefault="000D7A00">
            <w:r>
              <w:rPr>
                <w:color w:val="000000"/>
                <w:sz w:val="17"/>
              </w:rPr>
              <w:t>To (MM/YYYY)</w:t>
            </w:r>
          </w:p>
        </w:tc>
      </w:tr>
      <w:tr w:rsidR="00D92B2D" w14:paraId="4B7C2CBC" w14:textId="77777777">
        <w:trPr>
          <w:cantSplit/>
          <w:trHeight w:val="408"/>
          <w:jc w:val="center"/>
        </w:trPr>
        <w:tc>
          <w:tcPr>
            <w:tcW w:w="4818" w:type="dxa"/>
            <w:tcMar>
              <w:top w:w="90" w:type="dxa"/>
              <w:left w:w="110" w:type="dxa"/>
              <w:bottom w:w="90" w:type="dxa"/>
              <w:right w:w="110" w:type="dxa"/>
            </w:tcMar>
            <w:vAlign w:val="center"/>
          </w:tcPr>
          <w:p w14:paraId="7E0037C0" w14:textId="77777777" w:rsidR="00D92B2D" w:rsidRDefault="000D7A00">
            <w:r>
              <w:rPr>
                <w:color w:val="000000"/>
                <w:sz w:val="17"/>
              </w:rPr>
              <w:t>Reason for leaving / ending</w:t>
            </w:r>
          </w:p>
        </w:tc>
        <w:tc>
          <w:tcPr>
            <w:tcW w:w="4818" w:type="dxa"/>
            <w:tcMar>
              <w:top w:w="90" w:type="dxa"/>
              <w:left w:w="110" w:type="dxa"/>
              <w:bottom w:w="90" w:type="dxa"/>
              <w:right w:w="110" w:type="dxa"/>
            </w:tcMar>
            <w:vAlign w:val="center"/>
          </w:tcPr>
          <w:p w14:paraId="6967BAF5" w14:textId="77777777" w:rsidR="00D92B2D" w:rsidRDefault="000D7A00">
            <w:r>
              <w:rPr>
                <w:color w:val="000000"/>
                <w:sz w:val="17"/>
              </w:rPr>
              <w:t>May we approach this organisation?  ☐ Yes  ☐ No</w:t>
            </w:r>
          </w:p>
        </w:tc>
      </w:tr>
    </w:tbl>
    <w:p w14:paraId="75CCF911" w14:textId="77777777" w:rsidR="00D92B2D" w:rsidRDefault="000D7A00">
      <w:pPr>
        <w:spacing w:after="40" w:line="252" w:lineRule="auto"/>
      </w:pPr>
      <w:r>
        <w:rPr>
          <w:sz w:val="17"/>
        </w:rPr>
        <w:t>Main duties, responsibilities or course details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563404A8" w14:textId="77777777">
        <w:trPr>
          <w:cantSplit/>
          <w:trHeight w:val="408"/>
        </w:trPr>
        <w:tc>
          <w:tcPr>
            <w:tcW w:w="9637" w:type="dxa"/>
            <w:tcMar>
              <w:top w:w="90" w:type="dxa"/>
              <w:left w:w="110" w:type="dxa"/>
              <w:bottom w:w="90" w:type="dxa"/>
              <w:right w:w="110" w:type="dxa"/>
            </w:tcMar>
            <w:vAlign w:val="center"/>
          </w:tcPr>
          <w:p w14:paraId="537BFA09" w14:textId="77777777" w:rsidR="00D92B2D" w:rsidRDefault="00D92B2D">
            <w:pPr>
              <w:spacing w:after="0"/>
            </w:pPr>
          </w:p>
        </w:tc>
      </w:tr>
      <w:tr w:rsidR="00D92B2D" w14:paraId="32AFC084" w14:textId="77777777">
        <w:trPr>
          <w:cantSplit/>
          <w:trHeight w:val="408"/>
        </w:trPr>
        <w:tc>
          <w:tcPr>
            <w:tcW w:w="9637" w:type="dxa"/>
            <w:tcMar>
              <w:top w:w="90" w:type="dxa"/>
              <w:left w:w="110" w:type="dxa"/>
              <w:bottom w:w="90" w:type="dxa"/>
              <w:right w:w="110" w:type="dxa"/>
            </w:tcMar>
            <w:vAlign w:val="center"/>
          </w:tcPr>
          <w:p w14:paraId="24A3959F" w14:textId="77777777" w:rsidR="00D92B2D" w:rsidRDefault="00D92B2D">
            <w:pPr>
              <w:spacing w:after="0"/>
            </w:pPr>
          </w:p>
        </w:tc>
      </w:tr>
      <w:tr w:rsidR="00D92B2D" w14:paraId="1895B259" w14:textId="77777777">
        <w:trPr>
          <w:cantSplit/>
          <w:trHeight w:val="408"/>
        </w:trPr>
        <w:tc>
          <w:tcPr>
            <w:tcW w:w="9637" w:type="dxa"/>
            <w:tcMar>
              <w:top w:w="90" w:type="dxa"/>
              <w:left w:w="110" w:type="dxa"/>
              <w:bottom w:w="90" w:type="dxa"/>
              <w:right w:w="110" w:type="dxa"/>
            </w:tcMar>
            <w:vAlign w:val="center"/>
          </w:tcPr>
          <w:p w14:paraId="1B7953EF" w14:textId="77777777" w:rsidR="00D92B2D" w:rsidRDefault="00D92B2D">
            <w:pPr>
              <w:spacing w:after="0"/>
            </w:pPr>
          </w:p>
        </w:tc>
      </w:tr>
    </w:tbl>
    <w:p w14:paraId="41E7AE7D" w14:textId="77777777" w:rsidR="00D92B2D" w:rsidRDefault="000D7A00">
      <w:r>
        <w:br w:type="page"/>
      </w:r>
    </w:p>
    <w:p w14:paraId="701DC70D" w14:textId="77777777" w:rsidR="00D92B2D" w:rsidRDefault="000D7A00">
      <w:pPr>
        <w:pStyle w:val="Heading1"/>
        <w:spacing w:before="160" w:after="80"/>
      </w:pPr>
      <w:r>
        <w:rPr>
          <w:rFonts w:ascii="Arial" w:hAnsi="Arial"/>
          <w:color w:val="F58220"/>
          <w:sz w:val="30"/>
        </w:rPr>
        <w:lastRenderedPageBreak/>
        <w:t>Part C  Employment, education and voluntary history continued</w:t>
      </w:r>
    </w:p>
    <w:p w14:paraId="416A2F2A" w14:textId="77777777" w:rsidR="00D92B2D" w:rsidRDefault="000D7A00">
      <w:pPr>
        <w:pStyle w:val="Heading2"/>
        <w:spacing w:before="100" w:after="80"/>
      </w:pPr>
      <w:r>
        <w:rPr>
          <w:rFonts w:ascii="Arial" w:hAnsi="Arial"/>
          <w:color w:val="17171D"/>
          <w:sz w:val="22"/>
        </w:rPr>
        <w:t>History entry 3</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16CBB511" w14:textId="77777777">
        <w:trPr>
          <w:cantSplit/>
          <w:trHeight w:val="408"/>
          <w:jc w:val="center"/>
        </w:trPr>
        <w:tc>
          <w:tcPr>
            <w:tcW w:w="4818" w:type="dxa"/>
            <w:tcMar>
              <w:top w:w="90" w:type="dxa"/>
              <w:left w:w="110" w:type="dxa"/>
              <w:bottom w:w="90" w:type="dxa"/>
              <w:right w:w="110" w:type="dxa"/>
            </w:tcMar>
            <w:vAlign w:val="center"/>
          </w:tcPr>
          <w:p w14:paraId="21A03866" w14:textId="77777777" w:rsidR="00D92B2D" w:rsidRDefault="000D7A00">
            <w:r>
              <w:rPr>
                <w:color w:val="000000"/>
                <w:sz w:val="17"/>
              </w:rPr>
              <w:t>Organisation / employer / education provider</w:t>
            </w:r>
          </w:p>
        </w:tc>
        <w:tc>
          <w:tcPr>
            <w:tcW w:w="4818" w:type="dxa"/>
            <w:tcMar>
              <w:top w:w="90" w:type="dxa"/>
              <w:left w:w="110" w:type="dxa"/>
              <w:bottom w:w="90" w:type="dxa"/>
              <w:right w:w="110" w:type="dxa"/>
            </w:tcMar>
            <w:vAlign w:val="center"/>
          </w:tcPr>
          <w:p w14:paraId="1AA0683D" w14:textId="77777777" w:rsidR="00D92B2D" w:rsidRDefault="000D7A00">
            <w:r>
              <w:rPr>
                <w:color w:val="000000"/>
                <w:sz w:val="17"/>
              </w:rPr>
              <w:t>Job title / course / activity</w:t>
            </w:r>
          </w:p>
        </w:tc>
      </w:tr>
      <w:tr w:rsidR="00D92B2D" w14:paraId="43794BC6" w14:textId="77777777">
        <w:trPr>
          <w:cantSplit/>
          <w:trHeight w:val="408"/>
          <w:jc w:val="center"/>
        </w:trPr>
        <w:tc>
          <w:tcPr>
            <w:tcW w:w="4818" w:type="dxa"/>
            <w:tcMar>
              <w:top w:w="90" w:type="dxa"/>
              <w:left w:w="110" w:type="dxa"/>
              <w:bottom w:w="90" w:type="dxa"/>
              <w:right w:w="110" w:type="dxa"/>
            </w:tcMar>
            <w:vAlign w:val="center"/>
          </w:tcPr>
          <w:p w14:paraId="1FEE1CE7" w14:textId="77777777" w:rsidR="00D92B2D" w:rsidRDefault="000D7A00">
            <w:r>
              <w:rPr>
                <w:color w:val="000000"/>
                <w:sz w:val="17"/>
              </w:rPr>
              <w:t>From (MM/YYYY)</w:t>
            </w:r>
          </w:p>
        </w:tc>
        <w:tc>
          <w:tcPr>
            <w:tcW w:w="4818" w:type="dxa"/>
            <w:tcMar>
              <w:top w:w="90" w:type="dxa"/>
              <w:left w:w="110" w:type="dxa"/>
              <w:bottom w:w="90" w:type="dxa"/>
              <w:right w:w="110" w:type="dxa"/>
            </w:tcMar>
            <w:vAlign w:val="center"/>
          </w:tcPr>
          <w:p w14:paraId="0CD78796" w14:textId="77777777" w:rsidR="00D92B2D" w:rsidRDefault="000D7A00">
            <w:r>
              <w:rPr>
                <w:color w:val="000000"/>
                <w:sz w:val="17"/>
              </w:rPr>
              <w:t>To (MM/YYYY)</w:t>
            </w:r>
          </w:p>
        </w:tc>
      </w:tr>
      <w:tr w:rsidR="00D92B2D" w14:paraId="2C47BB57" w14:textId="77777777">
        <w:trPr>
          <w:cantSplit/>
          <w:trHeight w:val="408"/>
          <w:jc w:val="center"/>
        </w:trPr>
        <w:tc>
          <w:tcPr>
            <w:tcW w:w="4818" w:type="dxa"/>
            <w:tcMar>
              <w:top w:w="90" w:type="dxa"/>
              <w:left w:w="110" w:type="dxa"/>
              <w:bottom w:w="90" w:type="dxa"/>
              <w:right w:w="110" w:type="dxa"/>
            </w:tcMar>
            <w:vAlign w:val="center"/>
          </w:tcPr>
          <w:p w14:paraId="1F5CD34F" w14:textId="77777777" w:rsidR="00D92B2D" w:rsidRDefault="000D7A00">
            <w:r>
              <w:rPr>
                <w:color w:val="000000"/>
                <w:sz w:val="17"/>
              </w:rPr>
              <w:t>Reason for leaving / ending</w:t>
            </w:r>
          </w:p>
        </w:tc>
        <w:tc>
          <w:tcPr>
            <w:tcW w:w="4818" w:type="dxa"/>
            <w:tcMar>
              <w:top w:w="90" w:type="dxa"/>
              <w:left w:w="110" w:type="dxa"/>
              <w:bottom w:w="90" w:type="dxa"/>
              <w:right w:w="110" w:type="dxa"/>
            </w:tcMar>
            <w:vAlign w:val="center"/>
          </w:tcPr>
          <w:p w14:paraId="47233226" w14:textId="77777777" w:rsidR="00D92B2D" w:rsidRDefault="000D7A00">
            <w:r>
              <w:rPr>
                <w:color w:val="000000"/>
                <w:sz w:val="17"/>
              </w:rPr>
              <w:t>May we approach this organisation?  ☐ Yes  ☐ No</w:t>
            </w:r>
          </w:p>
        </w:tc>
      </w:tr>
    </w:tbl>
    <w:p w14:paraId="56EAC2C9" w14:textId="77777777" w:rsidR="00D92B2D" w:rsidRDefault="000D7A00">
      <w:pPr>
        <w:spacing w:after="40" w:line="252" w:lineRule="auto"/>
      </w:pPr>
      <w:r>
        <w:rPr>
          <w:sz w:val="17"/>
        </w:rPr>
        <w:t>Main duties, responsibilities or course details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27237F3C" w14:textId="77777777">
        <w:trPr>
          <w:cantSplit/>
          <w:trHeight w:val="408"/>
        </w:trPr>
        <w:tc>
          <w:tcPr>
            <w:tcW w:w="9637" w:type="dxa"/>
            <w:tcMar>
              <w:top w:w="90" w:type="dxa"/>
              <w:left w:w="110" w:type="dxa"/>
              <w:bottom w:w="90" w:type="dxa"/>
              <w:right w:w="110" w:type="dxa"/>
            </w:tcMar>
            <w:vAlign w:val="center"/>
          </w:tcPr>
          <w:p w14:paraId="073F6C1E" w14:textId="77777777" w:rsidR="00D92B2D" w:rsidRDefault="00D92B2D">
            <w:pPr>
              <w:spacing w:after="0"/>
            </w:pPr>
          </w:p>
        </w:tc>
      </w:tr>
      <w:tr w:rsidR="00D92B2D" w14:paraId="5EA627A6" w14:textId="77777777">
        <w:trPr>
          <w:cantSplit/>
          <w:trHeight w:val="408"/>
        </w:trPr>
        <w:tc>
          <w:tcPr>
            <w:tcW w:w="9637" w:type="dxa"/>
            <w:tcMar>
              <w:top w:w="90" w:type="dxa"/>
              <w:left w:w="110" w:type="dxa"/>
              <w:bottom w:w="90" w:type="dxa"/>
              <w:right w:w="110" w:type="dxa"/>
            </w:tcMar>
            <w:vAlign w:val="center"/>
          </w:tcPr>
          <w:p w14:paraId="17D4ED74" w14:textId="77777777" w:rsidR="00D92B2D" w:rsidRDefault="00D92B2D">
            <w:pPr>
              <w:spacing w:after="0"/>
            </w:pPr>
          </w:p>
        </w:tc>
      </w:tr>
      <w:tr w:rsidR="00D92B2D" w14:paraId="25075519" w14:textId="77777777">
        <w:trPr>
          <w:cantSplit/>
          <w:trHeight w:val="408"/>
        </w:trPr>
        <w:tc>
          <w:tcPr>
            <w:tcW w:w="9637" w:type="dxa"/>
            <w:tcMar>
              <w:top w:w="90" w:type="dxa"/>
              <w:left w:w="110" w:type="dxa"/>
              <w:bottom w:w="90" w:type="dxa"/>
              <w:right w:w="110" w:type="dxa"/>
            </w:tcMar>
            <w:vAlign w:val="center"/>
          </w:tcPr>
          <w:p w14:paraId="274BE119" w14:textId="77777777" w:rsidR="00D92B2D" w:rsidRDefault="00D92B2D">
            <w:pPr>
              <w:spacing w:after="0"/>
            </w:pPr>
          </w:p>
        </w:tc>
      </w:tr>
    </w:tbl>
    <w:p w14:paraId="255871D5" w14:textId="77777777" w:rsidR="00D92B2D" w:rsidRDefault="000D7A00">
      <w:pPr>
        <w:pStyle w:val="Heading2"/>
        <w:spacing w:before="100" w:after="80"/>
      </w:pPr>
      <w:r>
        <w:rPr>
          <w:rFonts w:ascii="Arial" w:hAnsi="Arial"/>
          <w:color w:val="17171D"/>
          <w:sz w:val="22"/>
        </w:rPr>
        <w:t>History entry 4</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597A274F" w14:textId="77777777">
        <w:trPr>
          <w:cantSplit/>
          <w:trHeight w:val="408"/>
          <w:jc w:val="center"/>
        </w:trPr>
        <w:tc>
          <w:tcPr>
            <w:tcW w:w="4818" w:type="dxa"/>
            <w:tcMar>
              <w:top w:w="90" w:type="dxa"/>
              <w:left w:w="110" w:type="dxa"/>
              <w:bottom w:w="90" w:type="dxa"/>
              <w:right w:w="110" w:type="dxa"/>
            </w:tcMar>
            <w:vAlign w:val="center"/>
          </w:tcPr>
          <w:p w14:paraId="4D13B25F" w14:textId="77777777" w:rsidR="00D92B2D" w:rsidRDefault="000D7A00">
            <w:r>
              <w:rPr>
                <w:color w:val="000000"/>
                <w:sz w:val="17"/>
              </w:rPr>
              <w:t>Organisation / employer / education provider</w:t>
            </w:r>
          </w:p>
        </w:tc>
        <w:tc>
          <w:tcPr>
            <w:tcW w:w="4818" w:type="dxa"/>
            <w:tcMar>
              <w:top w:w="90" w:type="dxa"/>
              <w:left w:w="110" w:type="dxa"/>
              <w:bottom w:w="90" w:type="dxa"/>
              <w:right w:w="110" w:type="dxa"/>
            </w:tcMar>
            <w:vAlign w:val="center"/>
          </w:tcPr>
          <w:p w14:paraId="07AED6FC" w14:textId="77777777" w:rsidR="00D92B2D" w:rsidRDefault="000D7A00">
            <w:r>
              <w:rPr>
                <w:color w:val="000000"/>
                <w:sz w:val="17"/>
              </w:rPr>
              <w:t>Job title / course / activity</w:t>
            </w:r>
          </w:p>
        </w:tc>
      </w:tr>
      <w:tr w:rsidR="00D92B2D" w14:paraId="2F619F9D" w14:textId="77777777">
        <w:trPr>
          <w:cantSplit/>
          <w:trHeight w:val="408"/>
          <w:jc w:val="center"/>
        </w:trPr>
        <w:tc>
          <w:tcPr>
            <w:tcW w:w="4818" w:type="dxa"/>
            <w:tcMar>
              <w:top w:w="90" w:type="dxa"/>
              <w:left w:w="110" w:type="dxa"/>
              <w:bottom w:w="90" w:type="dxa"/>
              <w:right w:w="110" w:type="dxa"/>
            </w:tcMar>
            <w:vAlign w:val="center"/>
          </w:tcPr>
          <w:p w14:paraId="3E42F085" w14:textId="77777777" w:rsidR="00D92B2D" w:rsidRDefault="000D7A00">
            <w:r>
              <w:rPr>
                <w:color w:val="000000"/>
                <w:sz w:val="17"/>
              </w:rPr>
              <w:t>From (MM/YYYY)</w:t>
            </w:r>
          </w:p>
        </w:tc>
        <w:tc>
          <w:tcPr>
            <w:tcW w:w="4818" w:type="dxa"/>
            <w:tcMar>
              <w:top w:w="90" w:type="dxa"/>
              <w:left w:w="110" w:type="dxa"/>
              <w:bottom w:w="90" w:type="dxa"/>
              <w:right w:w="110" w:type="dxa"/>
            </w:tcMar>
            <w:vAlign w:val="center"/>
          </w:tcPr>
          <w:p w14:paraId="2911EA98" w14:textId="77777777" w:rsidR="00D92B2D" w:rsidRDefault="000D7A00">
            <w:r>
              <w:rPr>
                <w:color w:val="000000"/>
                <w:sz w:val="17"/>
              </w:rPr>
              <w:t>To (MM/YYYY)</w:t>
            </w:r>
          </w:p>
        </w:tc>
      </w:tr>
      <w:tr w:rsidR="00D92B2D" w14:paraId="0C1FB992" w14:textId="77777777">
        <w:trPr>
          <w:cantSplit/>
          <w:trHeight w:val="408"/>
          <w:jc w:val="center"/>
        </w:trPr>
        <w:tc>
          <w:tcPr>
            <w:tcW w:w="4818" w:type="dxa"/>
            <w:tcMar>
              <w:top w:w="90" w:type="dxa"/>
              <w:left w:w="110" w:type="dxa"/>
              <w:bottom w:w="90" w:type="dxa"/>
              <w:right w:w="110" w:type="dxa"/>
            </w:tcMar>
            <w:vAlign w:val="center"/>
          </w:tcPr>
          <w:p w14:paraId="4F350E12" w14:textId="77777777" w:rsidR="00D92B2D" w:rsidRDefault="000D7A00">
            <w:r>
              <w:rPr>
                <w:color w:val="000000"/>
                <w:sz w:val="17"/>
              </w:rPr>
              <w:t>Reason for leaving / ending</w:t>
            </w:r>
          </w:p>
        </w:tc>
        <w:tc>
          <w:tcPr>
            <w:tcW w:w="4818" w:type="dxa"/>
            <w:tcMar>
              <w:top w:w="90" w:type="dxa"/>
              <w:left w:w="110" w:type="dxa"/>
              <w:bottom w:w="90" w:type="dxa"/>
              <w:right w:w="110" w:type="dxa"/>
            </w:tcMar>
            <w:vAlign w:val="center"/>
          </w:tcPr>
          <w:p w14:paraId="41699FAE" w14:textId="77777777" w:rsidR="00D92B2D" w:rsidRDefault="000D7A00">
            <w:r>
              <w:rPr>
                <w:color w:val="000000"/>
                <w:sz w:val="17"/>
              </w:rPr>
              <w:t>May we approach this organisation?  ☐ Yes  ☐ No</w:t>
            </w:r>
          </w:p>
        </w:tc>
      </w:tr>
    </w:tbl>
    <w:p w14:paraId="381EC3F9" w14:textId="77777777" w:rsidR="00D92B2D" w:rsidRDefault="000D7A00">
      <w:pPr>
        <w:spacing w:after="40" w:line="252" w:lineRule="auto"/>
      </w:pPr>
      <w:r>
        <w:rPr>
          <w:sz w:val="17"/>
        </w:rPr>
        <w:t>Main duties, responsibilities or course details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2DE89D9B" w14:textId="77777777">
        <w:trPr>
          <w:cantSplit/>
          <w:trHeight w:val="408"/>
        </w:trPr>
        <w:tc>
          <w:tcPr>
            <w:tcW w:w="9637" w:type="dxa"/>
            <w:tcMar>
              <w:top w:w="90" w:type="dxa"/>
              <w:left w:w="110" w:type="dxa"/>
              <w:bottom w:w="90" w:type="dxa"/>
              <w:right w:w="110" w:type="dxa"/>
            </w:tcMar>
            <w:vAlign w:val="center"/>
          </w:tcPr>
          <w:p w14:paraId="0F50E833" w14:textId="77777777" w:rsidR="00D92B2D" w:rsidRDefault="00D92B2D">
            <w:pPr>
              <w:spacing w:after="0"/>
            </w:pPr>
          </w:p>
        </w:tc>
      </w:tr>
      <w:tr w:rsidR="00D92B2D" w14:paraId="3C8CAE29" w14:textId="77777777">
        <w:trPr>
          <w:cantSplit/>
          <w:trHeight w:val="408"/>
        </w:trPr>
        <w:tc>
          <w:tcPr>
            <w:tcW w:w="9637" w:type="dxa"/>
            <w:tcMar>
              <w:top w:w="90" w:type="dxa"/>
              <w:left w:w="110" w:type="dxa"/>
              <w:bottom w:w="90" w:type="dxa"/>
              <w:right w:w="110" w:type="dxa"/>
            </w:tcMar>
            <w:vAlign w:val="center"/>
          </w:tcPr>
          <w:p w14:paraId="4FF31C2C" w14:textId="77777777" w:rsidR="00D92B2D" w:rsidRDefault="00D92B2D">
            <w:pPr>
              <w:spacing w:after="0"/>
            </w:pPr>
          </w:p>
        </w:tc>
      </w:tr>
      <w:tr w:rsidR="00D92B2D" w14:paraId="78246AB4" w14:textId="77777777">
        <w:trPr>
          <w:cantSplit/>
          <w:trHeight w:val="408"/>
        </w:trPr>
        <w:tc>
          <w:tcPr>
            <w:tcW w:w="9637" w:type="dxa"/>
            <w:tcMar>
              <w:top w:w="90" w:type="dxa"/>
              <w:left w:w="110" w:type="dxa"/>
              <w:bottom w:w="90" w:type="dxa"/>
              <w:right w:w="110" w:type="dxa"/>
            </w:tcMar>
            <w:vAlign w:val="center"/>
          </w:tcPr>
          <w:p w14:paraId="7C021D21" w14:textId="77777777" w:rsidR="00D92B2D" w:rsidRDefault="00D92B2D">
            <w:pPr>
              <w:spacing w:after="0"/>
            </w:pPr>
          </w:p>
        </w:tc>
      </w:tr>
    </w:tbl>
    <w:p w14:paraId="281E7500" w14:textId="77777777" w:rsidR="00D92B2D" w:rsidRDefault="000D7A00">
      <w:r>
        <w:br w:type="page"/>
      </w:r>
    </w:p>
    <w:p w14:paraId="337B5359" w14:textId="77777777" w:rsidR="00D92B2D" w:rsidRDefault="000D7A00">
      <w:pPr>
        <w:pStyle w:val="Heading1"/>
        <w:spacing w:before="160" w:after="80"/>
      </w:pPr>
      <w:r>
        <w:rPr>
          <w:rFonts w:ascii="Arial" w:hAnsi="Arial"/>
          <w:color w:val="F58220"/>
          <w:sz w:val="30"/>
        </w:rPr>
        <w:lastRenderedPageBreak/>
        <w:t>Part C  Employment, education and voluntary history continued</w:t>
      </w:r>
    </w:p>
    <w:p w14:paraId="1D3948B6" w14:textId="77777777" w:rsidR="00D92B2D" w:rsidRDefault="000D7A00">
      <w:pPr>
        <w:pStyle w:val="Heading2"/>
        <w:spacing w:before="100" w:after="80"/>
      </w:pPr>
      <w:r>
        <w:rPr>
          <w:rFonts w:ascii="Arial" w:hAnsi="Arial"/>
          <w:color w:val="17171D"/>
          <w:sz w:val="22"/>
        </w:rPr>
        <w:t>History entry 5</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2121D854" w14:textId="77777777">
        <w:trPr>
          <w:cantSplit/>
          <w:trHeight w:val="408"/>
          <w:jc w:val="center"/>
        </w:trPr>
        <w:tc>
          <w:tcPr>
            <w:tcW w:w="4818" w:type="dxa"/>
            <w:tcMar>
              <w:top w:w="90" w:type="dxa"/>
              <w:left w:w="110" w:type="dxa"/>
              <w:bottom w:w="90" w:type="dxa"/>
              <w:right w:w="110" w:type="dxa"/>
            </w:tcMar>
            <w:vAlign w:val="center"/>
          </w:tcPr>
          <w:p w14:paraId="39A73D9E" w14:textId="77777777" w:rsidR="00D92B2D" w:rsidRDefault="000D7A00">
            <w:r>
              <w:rPr>
                <w:color w:val="000000"/>
                <w:sz w:val="17"/>
              </w:rPr>
              <w:t>Organisation / employer / education provider</w:t>
            </w:r>
          </w:p>
        </w:tc>
        <w:tc>
          <w:tcPr>
            <w:tcW w:w="4818" w:type="dxa"/>
            <w:tcMar>
              <w:top w:w="90" w:type="dxa"/>
              <w:left w:w="110" w:type="dxa"/>
              <w:bottom w:w="90" w:type="dxa"/>
              <w:right w:w="110" w:type="dxa"/>
            </w:tcMar>
            <w:vAlign w:val="center"/>
          </w:tcPr>
          <w:p w14:paraId="5FF3A585" w14:textId="77777777" w:rsidR="00D92B2D" w:rsidRDefault="000D7A00">
            <w:r>
              <w:rPr>
                <w:color w:val="000000"/>
                <w:sz w:val="17"/>
              </w:rPr>
              <w:t>Job title / course / activity</w:t>
            </w:r>
          </w:p>
        </w:tc>
      </w:tr>
      <w:tr w:rsidR="00D92B2D" w14:paraId="2C776DBC" w14:textId="77777777">
        <w:trPr>
          <w:cantSplit/>
          <w:trHeight w:val="408"/>
          <w:jc w:val="center"/>
        </w:trPr>
        <w:tc>
          <w:tcPr>
            <w:tcW w:w="4818" w:type="dxa"/>
            <w:tcMar>
              <w:top w:w="90" w:type="dxa"/>
              <w:left w:w="110" w:type="dxa"/>
              <w:bottom w:w="90" w:type="dxa"/>
              <w:right w:w="110" w:type="dxa"/>
            </w:tcMar>
            <w:vAlign w:val="center"/>
          </w:tcPr>
          <w:p w14:paraId="2A74CF68" w14:textId="77777777" w:rsidR="00D92B2D" w:rsidRDefault="000D7A00">
            <w:r>
              <w:rPr>
                <w:color w:val="000000"/>
                <w:sz w:val="17"/>
              </w:rPr>
              <w:t>From (MM/YYYY)</w:t>
            </w:r>
          </w:p>
        </w:tc>
        <w:tc>
          <w:tcPr>
            <w:tcW w:w="4818" w:type="dxa"/>
            <w:tcMar>
              <w:top w:w="90" w:type="dxa"/>
              <w:left w:w="110" w:type="dxa"/>
              <w:bottom w:w="90" w:type="dxa"/>
              <w:right w:w="110" w:type="dxa"/>
            </w:tcMar>
            <w:vAlign w:val="center"/>
          </w:tcPr>
          <w:p w14:paraId="5E4587CB" w14:textId="77777777" w:rsidR="00D92B2D" w:rsidRDefault="000D7A00">
            <w:r>
              <w:rPr>
                <w:color w:val="000000"/>
                <w:sz w:val="17"/>
              </w:rPr>
              <w:t>To (MM/YYYY)</w:t>
            </w:r>
          </w:p>
        </w:tc>
      </w:tr>
      <w:tr w:rsidR="00D92B2D" w14:paraId="620EDD8E" w14:textId="77777777">
        <w:trPr>
          <w:cantSplit/>
          <w:trHeight w:val="408"/>
          <w:jc w:val="center"/>
        </w:trPr>
        <w:tc>
          <w:tcPr>
            <w:tcW w:w="4818" w:type="dxa"/>
            <w:tcMar>
              <w:top w:w="90" w:type="dxa"/>
              <w:left w:w="110" w:type="dxa"/>
              <w:bottom w:w="90" w:type="dxa"/>
              <w:right w:w="110" w:type="dxa"/>
            </w:tcMar>
            <w:vAlign w:val="center"/>
          </w:tcPr>
          <w:p w14:paraId="7CB989DA" w14:textId="77777777" w:rsidR="00D92B2D" w:rsidRDefault="000D7A00">
            <w:r>
              <w:rPr>
                <w:color w:val="000000"/>
                <w:sz w:val="17"/>
              </w:rPr>
              <w:t>Reason for leaving / ending</w:t>
            </w:r>
          </w:p>
        </w:tc>
        <w:tc>
          <w:tcPr>
            <w:tcW w:w="4818" w:type="dxa"/>
            <w:tcMar>
              <w:top w:w="90" w:type="dxa"/>
              <w:left w:w="110" w:type="dxa"/>
              <w:bottom w:w="90" w:type="dxa"/>
              <w:right w:w="110" w:type="dxa"/>
            </w:tcMar>
            <w:vAlign w:val="center"/>
          </w:tcPr>
          <w:p w14:paraId="74EA781D" w14:textId="77777777" w:rsidR="00D92B2D" w:rsidRDefault="000D7A00">
            <w:r>
              <w:rPr>
                <w:color w:val="000000"/>
                <w:sz w:val="17"/>
              </w:rPr>
              <w:t>May we approach this organisation?  ☐ Yes  ☐ No</w:t>
            </w:r>
          </w:p>
        </w:tc>
      </w:tr>
    </w:tbl>
    <w:p w14:paraId="6F567583" w14:textId="77777777" w:rsidR="00D92B2D" w:rsidRDefault="000D7A00">
      <w:pPr>
        <w:spacing w:after="40" w:line="252" w:lineRule="auto"/>
      </w:pPr>
      <w:r>
        <w:rPr>
          <w:sz w:val="17"/>
        </w:rPr>
        <w:t>Main duties, responsibilities or course details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5648CD6C" w14:textId="77777777">
        <w:trPr>
          <w:cantSplit/>
          <w:trHeight w:val="408"/>
        </w:trPr>
        <w:tc>
          <w:tcPr>
            <w:tcW w:w="9637" w:type="dxa"/>
            <w:tcMar>
              <w:top w:w="90" w:type="dxa"/>
              <w:left w:w="110" w:type="dxa"/>
              <w:bottom w:w="90" w:type="dxa"/>
              <w:right w:w="110" w:type="dxa"/>
            </w:tcMar>
            <w:vAlign w:val="center"/>
          </w:tcPr>
          <w:p w14:paraId="62E71621" w14:textId="77777777" w:rsidR="00D92B2D" w:rsidRDefault="00D92B2D">
            <w:pPr>
              <w:spacing w:after="0"/>
            </w:pPr>
          </w:p>
        </w:tc>
      </w:tr>
      <w:tr w:rsidR="00D92B2D" w14:paraId="385C6314" w14:textId="77777777">
        <w:trPr>
          <w:cantSplit/>
          <w:trHeight w:val="408"/>
        </w:trPr>
        <w:tc>
          <w:tcPr>
            <w:tcW w:w="9637" w:type="dxa"/>
            <w:tcMar>
              <w:top w:w="90" w:type="dxa"/>
              <w:left w:w="110" w:type="dxa"/>
              <w:bottom w:w="90" w:type="dxa"/>
              <w:right w:w="110" w:type="dxa"/>
            </w:tcMar>
            <w:vAlign w:val="center"/>
          </w:tcPr>
          <w:p w14:paraId="41FD957B" w14:textId="77777777" w:rsidR="00D92B2D" w:rsidRDefault="00D92B2D">
            <w:pPr>
              <w:spacing w:after="0"/>
            </w:pPr>
          </w:p>
        </w:tc>
      </w:tr>
      <w:tr w:rsidR="00D92B2D" w14:paraId="1D9DC27D" w14:textId="77777777">
        <w:trPr>
          <w:cantSplit/>
          <w:trHeight w:val="408"/>
        </w:trPr>
        <w:tc>
          <w:tcPr>
            <w:tcW w:w="9637" w:type="dxa"/>
            <w:tcMar>
              <w:top w:w="90" w:type="dxa"/>
              <w:left w:w="110" w:type="dxa"/>
              <w:bottom w:w="90" w:type="dxa"/>
              <w:right w:w="110" w:type="dxa"/>
            </w:tcMar>
            <w:vAlign w:val="center"/>
          </w:tcPr>
          <w:p w14:paraId="4B51D679" w14:textId="77777777" w:rsidR="00D92B2D" w:rsidRDefault="00D92B2D">
            <w:pPr>
              <w:spacing w:after="0"/>
            </w:pPr>
          </w:p>
        </w:tc>
      </w:tr>
    </w:tbl>
    <w:p w14:paraId="483B09C7" w14:textId="77777777" w:rsidR="00D92B2D" w:rsidRDefault="000D7A00">
      <w:pPr>
        <w:pStyle w:val="Heading2"/>
        <w:spacing w:before="100" w:after="80"/>
      </w:pPr>
      <w:r>
        <w:rPr>
          <w:rFonts w:ascii="Arial" w:hAnsi="Arial"/>
          <w:color w:val="17171D"/>
          <w:sz w:val="22"/>
        </w:rPr>
        <w:t>Explanation of gaps</w:t>
      </w:r>
    </w:p>
    <w:p w14:paraId="1BF3055D" w14:textId="77777777" w:rsidR="00D92B2D" w:rsidRDefault="000D7A00">
      <w:pPr>
        <w:spacing w:after="80" w:line="252" w:lineRule="auto"/>
      </w:pPr>
      <w:r>
        <w:rPr>
          <w:sz w:val="17"/>
        </w:rPr>
        <w:t>Account for every period not covered above, with dates and a brief explanation.</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043BA90D" w14:textId="77777777">
        <w:trPr>
          <w:cantSplit/>
          <w:trHeight w:val="408"/>
        </w:trPr>
        <w:tc>
          <w:tcPr>
            <w:tcW w:w="9637" w:type="dxa"/>
            <w:tcMar>
              <w:top w:w="90" w:type="dxa"/>
              <w:left w:w="110" w:type="dxa"/>
              <w:bottom w:w="90" w:type="dxa"/>
              <w:right w:w="110" w:type="dxa"/>
            </w:tcMar>
            <w:vAlign w:val="center"/>
          </w:tcPr>
          <w:p w14:paraId="5521941B" w14:textId="77777777" w:rsidR="00D92B2D" w:rsidRDefault="00D92B2D">
            <w:pPr>
              <w:spacing w:after="0"/>
            </w:pPr>
          </w:p>
        </w:tc>
      </w:tr>
      <w:tr w:rsidR="00D92B2D" w14:paraId="1392FF16" w14:textId="77777777">
        <w:trPr>
          <w:cantSplit/>
          <w:trHeight w:val="408"/>
        </w:trPr>
        <w:tc>
          <w:tcPr>
            <w:tcW w:w="9637" w:type="dxa"/>
            <w:tcMar>
              <w:top w:w="90" w:type="dxa"/>
              <w:left w:w="110" w:type="dxa"/>
              <w:bottom w:w="90" w:type="dxa"/>
              <w:right w:w="110" w:type="dxa"/>
            </w:tcMar>
            <w:vAlign w:val="center"/>
          </w:tcPr>
          <w:p w14:paraId="7FD11802" w14:textId="77777777" w:rsidR="00D92B2D" w:rsidRDefault="00D92B2D">
            <w:pPr>
              <w:spacing w:after="0"/>
            </w:pPr>
          </w:p>
        </w:tc>
      </w:tr>
      <w:tr w:rsidR="00D92B2D" w14:paraId="7907BE23" w14:textId="77777777">
        <w:trPr>
          <w:cantSplit/>
          <w:trHeight w:val="408"/>
        </w:trPr>
        <w:tc>
          <w:tcPr>
            <w:tcW w:w="9637" w:type="dxa"/>
            <w:tcMar>
              <w:top w:w="90" w:type="dxa"/>
              <w:left w:w="110" w:type="dxa"/>
              <w:bottom w:w="90" w:type="dxa"/>
              <w:right w:w="110" w:type="dxa"/>
            </w:tcMar>
            <w:vAlign w:val="center"/>
          </w:tcPr>
          <w:p w14:paraId="0950BA4C" w14:textId="77777777" w:rsidR="00D92B2D" w:rsidRDefault="00D92B2D">
            <w:pPr>
              <w:spacing w:after="0"/>
            </w:pPr>
          </w:p>
        </w:tc>
      </w:tr>
      <w:tr w:rsidR="00D92B2D" w14:paraId="2561C880" w14:textId="77777777">
        <w:trPr>
          <w:cantSplit/>
          <w:trHeight w:val="408"/>
        </w:trPr>
        <w:tc>
          <w:tcPr>
            <w:tcW w:w="9637" w:type="dxa"/>
            <w:tcMar>
              <w:top w:w="90" w:type="dxa"/>
              <w:left w:w="110" w:type="dxa"/>
              <w:bottom w:w="90" w:type="dxa"/>
              <w:right w:w="110" w:type="dxa"/>
            </w:tcMar>
            <w:vAlign w:val="center"/>
          </w:tcPr>
          <w:p w14:paraId="39163E53" w14:textId="77777777" w:rsidR="00D92B2D" w:rsidRDefault="00D92B2D">
            <w:pPr>
              <w:spacing w:after="0"/>
            </w:pPr>
          </w:p>
        </w:tc>
      </w:tr>
      <w:tr w:rsidR="00D92B2D" w14:paraId="7730043C" w14:textId="77777777">
        <w:trPr>
          <w:cantSplit/>
          <w:trHeight w:val="408"/>
        </w:trPr>
        <w:tc>
          <w:tcPr>
            <w:tcW w:w="9637" w:type="dxa"/>
            <w:tcMar>
              <w:top w:w="90" w:type="dxa"/>
              <w:left w:w="110" w:type="dxa"/>
              <w:bottom w:w="90" w:type="dxa"/>
              <w:right w:w="110" w:type="dxa"/>
            </w:tcMar>
            <w:vAlign w:val="center"/>
          </w:tcPr>
          <w:p w14:paraId="3355A1E1" w14:textId="77777777" w:rsidR="00D92B2D" w:rsidRDefault="00D92B2D">
            <w:pPr>
              <w:spacing w:after="0"/>
            </w:pPr>
          </w:p>
        </w:tc>
      </w:tr>
      <w:tr w:rsidR="00D92B2D" w14:paraId="37CA2E2B" w14:textId="77777777">
        <w:trPr>
          <w:cantSplit/>
          <w:trHeight w:val="408"/>
        </w:trPr>
        <w:tc>
          <w:tcPr>
            <w:tcW w:w="9637" w:type="dxa"/>
            <w:tcMar>
              <w:top w:w="90" w:type="dxa"/>
              <w:left w:w="110" w:type="dxa"/>
              <w:bottom w:w="90" w:type="dxa"/>
              <w:right w:w="110" w:type="dxa"/>
            </w:tcMar>
            <w:vAlign w:val="center"/>
          </w:tcPr>
          <w:p w14:paraId="081F674A" w14:textId="77777777" w:rsidR="00D92B2D" w:rsidRDefault="00D92B2D">
            <w:pPr>
              <w:spacing w:after="0"/>
            </w:pPr>
          </w:p>
        </w:tc>
      </w:tr>
      <w:tr w:rsidR="00D92B2D" w14:paraId="2E39A89B" w14:textId="77777777">
        <w:trPr>
          <w:cantSplit/>
          <w:trHeight w:val="408"/>
        </w:trPr>
        <w:tc>
          <w:tcPr>
            <w:tcW w:w="9637" w:type="dxa"/>
            <w:tcMar>
              <w:top w:w="90" w:type="dxa"/>
              <w:left w:w="110" w:type="dxa"/>
              <w:bottom w:w="90" w:type="dxa"/>
              <w:right w:w="110" w:type="dxa"/>
            </w:tcMar>
            <w:vAlign w:val="center"/>
          </w:tcPr>
          <w:p w14:paraId="6259E882" w14:textId="77777777" w:rsidR="00D92B2D" w:rsidRDefault="00D92B2D">
            <w:pPr>
              <w:spacing w:after="0"/>
            </w:pPr>
          </w:p>
        </w:tc>
      </w:tr>
    </w:tbl>
    <w:p w14:paraId="750612EE" w14:textId="77777777" w:rsidR="00D92B2D" w:rsidRDefault="000D7A00">
      <w:r>
        <w:br w:type="page"/>
      </w:r>
    </w:p>
    <w:p w14:paraId="05111F63" w14:textId="77777777" w:rsidR="00D92B2D" w:rsidRDefault="000D7A00">
      <w:pPr>
        <w:pStyle w:val="Heading1"/>
        <w:spacing w:before="160" w:after="80"/>
      </w:pPr>
      <w:r>
        <w:rPr>
          <w:rFonts w:ascii="Arial" w:hAnsi="Arial"/>
          <w:color w:val="F58220"/>
          <w:sz w:val="30"/>
        </w:rPr>
        <w:lastRenderedPageBreak/>
        <w:t>Part D  References</w:t>
      </w:r>
    </w:p>
    <w:p w14:paraId="7CEDD43B" w14:textId="77777777" w:rsidR="00D92B2D" w:rsidRDefault="000D7A00">
      <w:pPr>
        <w:spacing w:after="80" w:line="252" w:lineRule="auto"/>
      </w:pPr>
      <w:r>
        <w:t>Provide two professional referees. One should normally be your current or most recent employer. If you have worked with children, one should normally be the employer from your most recent role involving children. Referees must not be relatives, partners or personal friends. References will be obtained directly and may be sought before interview where possible.</w:t>
      </w:r>
    </w:p>
    <w:p w14:paraId="4AF3CF46" w14:textId="77777777" w:rsidR="00D92B2D" w:rsidRDefault="000D7A00">
      <w:pPr>
        <w:pStyle w:val="Heading2"/>
        <w:spacing w:before="100" w:after="80"/>
      </w:pPr>
      <w:r>
        <w:rPr>
          <w:rFonts w:ascii="Arial" w:hAnsi="Arial"/>
          <w:color w:val="17171D"/>
          <w:sz w:val="22"/>
        </w:rPr>
        <w:t>Referee 1</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383E001C" w14:textId="77777777">
        <w:trPr>
          <w:cantSplit/>
          <w:trHeight w:val="408"/>
          <w:jc w:val="center"/>
        </w:trPr>
        <w:tc>
          <w:tcPr>
            <w:tcW w:w="4818" w:type="dxa"/>
            <w:tcMar>
              <w:top w:w="90" w:type="dxa"/>
              <w:left w:w="110" w:type="dxa"/>
              <w:bottom w:w="90" w:type="dxa"/>
              <w:right w:w="110" w:type="dxa"/>
            </w:tcMar>
            <w:vAlign w:val="center"/>
          </w:tcPr>
          <w:p w14:paraId="06638361" w14:textId="77777777" w:rsidR="00D92B2D" w:rsidRDefault="000D7A00">
            <w:r>
              <w:rPr>
                <w:color w:val="000000"/>
                <w:sz w:val="17"/>
              </w:rPr>
              <w:t>Name</w:t>
            </w:r>
          </w:p>
        </w:tc>
        <w:tc>
          <w:tcPr>
            <w:tcW w:w="4818" w:type="dxa"/>
            <w:tcMar>
              <w:top w:w="90" w:type="dxa"/>
              <w:left w:w="110" w:type="dxa"/>
              <w:bottom w:w="90" w:type="dxa"/>
              <w:right w:w="110" w:type="dxa"/>
            </w:tcMar>
            <w:vAlign w:val="center"/>
          </w:tcPr>
          <w:p w14:paraId="32B3D6A3" w14:textId="77777777" w:rsidR="00D92B2D" w:rsidRDefault="000D7A00">
            <w:r>
              <w:rPr>
                <w:color w:val="000000"/>
                <w:sz w:val="17"/>
              </w:rPr>
              <w:t>Job title</w:t>
            </w:r>
          </w:p>
        </w:tc>
      </w:tr>
      <w:tr w:rsidR="00D92B2D" w14:paraId="5C33977D" w14:textId="77777777">
        <w:trPr>
          <w:cantSplit/>
          <w:trHeight w:val="408"/>
          <w:jc w:val="center"/>
        </w:trPr>
        <w:tc>
          <w:tcPr>
            <w:tcW w:w="4818" w:type="dxa"/>
            <w:tcMar>
              <w:top w:w="90" w:type="dxa"/>
              <w:left w:w="110" w:type="dxa"/>
              <w:bottom w:w="90" w:type="dxa"/>
              <w:right w:w="110" w:type="dxa"/>
            </w:tcMar>
            <w:vAlign w:val="center"/>
          </w:tcPr>
          <w:p w14:paraId="3D97044B" w14:textId="77777777" w:rsidR="00D92B2D" w:rsidRDefault="000D7A00">
            <w:r>
              <w:rPr>
                <w:color w:val="000000"/>
                <w:sz w:val="17"/>
              </w:rPr>
              <w:t>Organisation</w:t>
            </w:r>
          </w:p>
        </w:tc>
        <w:tc>
          <w:tcPr>
            <w:tcW w:w="4818" w:type="dxa"/>
            <w:tcMar>
              <w:top w:w="90" w:type="dxa"/>
              <w:left w:w="110" w:type="dxa"/>
              <w:bottom w:w="90" w:type="dxa"/>
              <w:right w:w="110" w:type="dxa"/>
            </w:tcMar>
            <w:vAlign w:val="center"/>
          </w:tcPr>
          <w:p w14:paraId="658C8E15" w14:textId="77777777" w:rsidR="00D92B2D" w:rsidRDefault="000D7A00">
            <w:r>
              <w:rPr>
                <w:color w:val="000000"/>
                <w:sz w:val="17"/>
              </w:rPr>
              <w:t>Professional relationship to you</w:t>
            </w:r>
          </w:p>
        </w:tc>
      </w:tr>
      <w:tr w:rsidR="00D92B2D" w14:paraId="1AE95C6C" w14:textId="77777777">
        <w:trPr>
          <w:cantSplit/>
          <w:trHeight w:val="408"/>
          <w:jc w:val="center"/>
        </w:trPr>
        <w:tc>
          <w:tcPr>
            <w:tcW w:w="4818" w:type="dxa"/>
            <w:tcMar>
              <w:top w:w="90" w:type="dxa"/>
              <w:left w:w="110" w:type="dxa"/>
              <w:bottom w:w="90" w:type="dxa"/>
              <w:right w:w="110" w:type="dxa"/>
            </w:tcMar>
            <w:vAlign w:val="center"/>
          </w:tcPr>
          <w:p w14:paraId="42478AC6" w14:textId="77777777" w:rsidR="00D92B2D" w:rsidRDefault="000D7A00">
            <w:r>
              <w:rPr>
                <w:color w:val="000000"/>
                <w:sz w:val="17"/>
              </w:rPr>
              <w:t>Work email address</w:t>
            </w:r>
          </w:p>
        </w:tc>
        <w:tc>
          <w:tcPr>
            <w:tcW w:w="4818" w:type="dxa"/>
            <w:tcMar>
              <w:top w:w="90" w:type="dxa"/>
              <w:left w:w="110" w:type="dxa"/>
              <w:bottom w:w="90" w:type="dxa"/>
              <w:right w:w="110" w:type="dxa"/>
            </w:tcMar>
            <w:vAlign w:val="center"/>
          </w:tcPr>
          <w:p w14:paraId="4DA3AB24" w14:textId="77777777" w:rsidR="00D92B2D" w:rsidRDefault="000D7A00">
            <w:r>
              <w:rPr>
                <w:color w:val="000000"/>
                <w:sz w:val="17"/>
              </w:rPr>
              <w:t>Work telephone number</w:t>
            </w:r>
          </w:p>
        </w:tc>
      </w:tr>
      <w:tr w:rsidR="00D92B2D" w14:paraId="58D66522" w14:textId="77777777">
        <w:trPr>
          <w:cantSplit/>
          <w:trHeight w:val="408"/>
          <w:jc w:val="center"/>
        </w:trPr>
        <w:tc>
          <w:tcPr>
            <w:tcW w:w="4818" w:type="dxa"/>
            <w:tcMar>
              <w:top w:w="90" w:type="dxa"/>
              <w:left w:w="110" w:type="dxa"/>
              <w:bottom w:w="90" w:type="dxa"/>
              <w:right w:w="110" w:type="dxa"/>
            </w:tcMar>
            <w:vAlign w:val="center"/>
          </w:tcPr>
          <w:p w14:paraId="058B54A2" w14:textId="77777777" w:rsidR="00D92B2D" w:rsidRDefault="000D7A00">
            <w:r>
              <w:rPr>
                <w:color w:val="000000"/>
                <w:sz w:val="17"/>
              </w:rPr>
              <w:t>Organisation address</w:t>
            </w:r>
          </w:p>
        </w:tc>
        <w:tc>
          <w:tcPr>
            <w:tcW w:w="4818" w:type="dxa"/>
            <w:tcMar>
              <w:top w:w="90" w:type="dxa"/>
              <w:left w:w="110" w:type="dxa"/>
              <w:bottom w:w="90" w:type="dxa"/>
              <w:right w:w="110" w:type="dxa"/>
            </w:tcMar>
            <w:vAlign w:val="center"/>
          </w:tcPr>
          <w:p w14:paraId="4D3A8392" w14:textId="77777777" w:rsidR="00D92B2D" w:rsidRDefault="000D7A00">
            <w:r>
              <w:rPr>
                <w:color w:val="000000"/>
                <w:sz w:val="17"/>
              </w:rPr>
              <w:t>Dates known / worked together</w:t>
            </w:r>
          </w:p>
        </w:tc>
      </w:tr>
      <w:tr w:rsidR="00D92B2D" w14:paraId="5A64211B" w14:textId="77777777">
        <w:trPr>
          <w:cantSplit/>
          <w:trHeight w:val="408"/>
          <w:jc w:val="center"/>
        </w:trPr>
        <w:tc>
          <w:tcPr>
            <w:tcW w:w="4818" w:type="dxa"/>
            <w:tcMar>
              <w:top w:w="90" w:type="dxa"/>
              <w:left w:w="110" w:type="dxa"/>
              <w:bottom w:w="90" w:type="dxa"/>
              <w:right w:w="110" w:type="dxa"/>
            </w:tcMar>
            <w:vAlign w:val="center"/>
          </w:tcPr>
          <w:p w14:paraId="33F2B52D" w14:textId="77777777" w:rsidR="00D92B2D" w:rsidRDefault="000D7A00">
            <w:r>
              <w:rPr>
                <w:color w:val="000000"/>
                <w:sz w:val="17"/>
              </w:rPr>
              <w:t>Current or most recent employer?  ☐ Yes  ☐ No</w:t>
            </w:r>
          </w:p>
        </w:tc>
        <w:tc>
          <w:tcPr>
            <w:tcW w:w="4818" w:type="dxa"/>
            <w:tcMar>
              <w:top w:w="90" w:type="dxa"/>
              <w:left w:w="110" w:type="dxa"/>
              <w:bottom w:w="90" w:type="dxa"/>
              <w:right w:w="110" w:type="dxa"/>
            </w:tcMar>
            <w:vAlign w:val="center"/>
          </w:tcPr>
          <w:p w14:paraId="011D4170" w14:textId="77777777" w:rsidR="00D92B2D" w:rsidRDefault="000D7A00">
            <w:r>
              <w:rPr>
                <w:color w:val="000000"/>
                <w:sz w:val="17"/>
              </w:rPr>
              <w:t>Role involved work with children?  ☐ Yes  ☐ No</w:t>
            </w:r>
          </w:p>
        </w:tc>
      </w:tr>
    </w:tbl>
    <w:p w14:paraId="4E56E439" w14:textId="77777777" w:rsidR="00D92B2D" w:rsidRDefault="000D7A00">
      <w:pPr>
        <w:pStyle w:val="Heading2"/>
        <w:spacing w:before="100" w:after="80"/>
      </w:pPr>
      <w:r>
        <w:rPr>
          <w:rFonts w:ascii="Arial" w:hAnsi="Arial"/>
          <w:color w:val="17171D"/>
          <w:sz w:val="22"/>
        </w:rPr>
        <w:t>Referee 2</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031B3673" w14:textId="77777777">
        <w:trPr>
          <w:cantSplit/>
          <w:trHeight w:val="408"/>
          <w:jc w:val="center"/>
        </w:trPr>
        <w:tc>
          <w:tcPr>
            <w:tcW w:w="4818" w:type="dxa"/>
            <w:tcMar>
              <w:top w:w="90" w:type="dxa"/>
              <w:left w:w="110" w:type="dxa"/>
              <w:bottom w:w="90" w:type="dxa"/>
              <w:right w:w="110" w:type="dxa"/>
            </w:tcMar>
            <w:vAlign w:val="center"/>
          </w:tcPr>
          <w:p w14:paraId="767E34B9" w14:textId="77777777" w:rsidR="00D92B2D" w:rsidRDefault="000D7A00">
            <w:r>
              <w:rPr>
                <w:color w:val="000000"/>
                <w:sz w:val="17"/>
              </w:rPr>
              <w:t>Name</w:t>
            </w:r>
          </w:p>
        </w:tc>
        <w:tc>
          <w:tcPr>
            <w:tcW w:w="4818" w:type="dxa"/>
            <w:tcMar>
              <w:top w:w="90" w:type="dxa"/>
              <w:left w:w="110" w:type="dxa"/>
              <w:bottom w:w="90" w:type="dxa"/>
              <w:right w:w="110" w:type="dxa"/>
            </w:tcMar>
            <w:vAlign w:val="center"/>
          </w:tcPr>
          <w:p w14:paraId="62B98B20" w14:textId="77777777" w:rsidR="00D92B2D" w:rsidRDefault="000D7A00">
            <w:r>
              <w:rPr>
                <w:color w:val="000000"/>
                <w:sz w:val="17"/>
              </w:rPr>
              <w:t>Job title</w:t>
            </w:r>
          </w:p>
        </w:tc>
      </w:tr>
      <w:tr w:rsidR="00D92B2D" w14:paraId="53D23197" w14:textId="77777777">
        <w:trPr>
          <w:cantSplit/>
          <w:trHeight w:val="408"/>
          <w:jc w:val="center"/>
        </w:trPr>
        <w:tc>
          <w:tcPr>
            <w:tcW w:w="4818" w:type="dxa"/>
            <w:tcMar>
              <w:top w:w="90" w:type="dxa"/>
              <w:left w:w="110" w:type="dxa"/>
              <w:bottom w:w="90" w:type="dxa"/>
              <w:right w:w="110" w:type="dxa"/>
            </w:tcMar>
            <w:vAlign w:val="center"/>
          </w:tcPr>
          <w:p w14:paraId="46049BDD" w14:textId="77777777" w:rsidR="00D92B2D" w:rsidRDefault="000D7A00">
            <w:r>
              <w:rPr>
                <w:color w:val="000000"/>
                <w:sz w:val="17"/>
              </w:rPr>
              <w:t>Organisation</w:t>
            </w:r>
          </w:p>
        </w:tc>
        <w:tc>
          <w:tcPr>
            <w:tcW w:w="4818" w:type="dxa"/>
            <w:tcMar>
              <w:top w:w="90" w:type="dxa"/>
              <w:left w:w="110" w:type="dxa"/>
              <w:bottom w:w="90" w:type="dxa"/>
              <w:right w:w="110" w:type="dxa"/>
            </w:tcMar>
            <w:vAlign w:val="center"/>
          </w:tcPr>
          <w:p w14:paraId="39DC4F12" w14:textId="77777777" w:rsidR="00D92B2D" w:rsidRDefault="000D7A00">
            <w:r>
              <w:rPr>
                <w:color w:val="000000"/>
                <w:sz w:val="17"/>
              </w:rPr>
              <w:t>Professional relationship to you</w:t>
            </w:r>
          </w:p>
        </w:tc>
      </w:tr>
      <w:tr w:rsidR="00D92B2D" w14:paraId="24E59B30" w14:textId="77777777">
        <w:trPr>
          <w:cantSplit/>
          <w:trHeight w:val="408"/>
          <w:jc w:val="center"/>
        </w:trPr>
        <w:tc>
          <w:tcPr>
            <w:tcW w:w="4818" w:type="dxa"/>
            <w:tcMar>
              <w:top w:w="90" w:type="dxa"/>
              <w:left w:w="110" w:type="dxa"/>
              <w:bottom w:w="90" w:type="dxa"/>
              <w:right w:w="110" w:type="dxa"/>
            </w:tcMar>
            <w:vAlign w:val="center"/>
          </w:tcPr>
          <w:p w14:paraId="41C555B5" w14:textId="77777777" w:rsidR="00D92B2D" w:rsidRDefault="000D7A00">
            <w:r>
              <w:rPr>
                <w:color w:val="000000"/>
                <w:sz w:val="17"/>
              </w:rPr>
              <w:t>Work email address</w:t>
            </w:r>
          </w:p>
        </w:tc>
        <w:tc>
          <w:tcPr>
            <w:tcW w:w="4818" w:type="dxa"/>
            <w:tcMar>
              <w:top w:w="90" w:type="dxa"/>
              <w:left w:w="110" w:type="dxa"/>
              <w:bottom w:w="90" w:type="dxa"/>
              <w:right w:w="110" w:type="dxa"/>
            </w:tcMar>
            <w:vAlign w:val="center"/>
          </w:tcPr>
          <w:p w14:paraId="4A75D127" w14:textId="77777777" w:rsidR="00D92B2D" w:rsidRDefault="000D7A00">
            <w:r>
              <w:rPr>
                <w:color w:val="000000"/>
                <w:sz w:val="17"/>
              </w:rPr>
              <w:t>Work telephone number</w:t>
            </w:r>
          </w:p>
        </w:tc>
      </w:tr>
      <w:tr w:rsidR="00D92B2D" w14:paraId="7154EC4C" w14:textId="77777777">
        <w:trPr>
          <w:cantSplit/>
          <w:trHeight w:val="408"/>
          <w:jc w:val="center"/>
        </w:trPr>
        <w:tc>
          <w:tcPr>
            <w:tcW w:w="4818" w:type="dxa"/>
            <w:tcMar>
              <w:top w:w="90" w:type="dxa"/>
              <w:left w:w="110" w:type="dxa"/>
              <w:bottom w:w="90" w:type="dxa"/>
              <w:right w:w="110" w:type="dxa"/>
            </w:tcMar>
            <w:vAlign w:val="center"/>
          </w:tcPr>
          <w:p w14:paraId="177F47FF" w14:textId="77777777" w:rsidR="00D92B2D" w:rsidRDefault="000D7A00">
            <w:r>
              <w:rPr>
                <w:color w:val="000000"/>
                <w:sz w:val="17"/>
              </w:rPr>
              <w:t>Organisation address</w:t>
            </w:r>
          </w:p>
        </w:tc>
        <w:tc>
          <w:tcPr>
            <w:tcW w:w="4818" w:type="dxa"/>
            <w:tcMar>
              <w:top w:w="90" w:type="dxa"/>
              <w:left w:w="110" w:type="dxa"/>
              <w:bottom w:w="90" w:type="dxa"/>
              <w:right w:w="110" w:type="dxa"/>
            </w:tcMar>
            <w:vAlign w:val="center"/>
          </w:tcPr>
          <w:p w14:paraId="08F9C706" w14:textId="77777777" w:rsidR="00D92B2D" w:rsidRDefault="000D7A00">
            <w:r>
              <w:rPr>
                <w:color w:val="000000"/>
                <w:sz w:val="17"/>
              </w:rPr>
              <w:t>Dates known / worked together</w:t>
            </w:r>
          </w:p>
        </w:tc>
      </w:tr>
      <w:tr w:rsidR="00D92B2D" w14:paraId="0658E791" w14:textId="77777777">
        <w:trPr>
          <w:cantSplit/>
          <w:trHeight w:val="408"/>
          <w:jc w:val="center"/>
        </w:trPr>
        <w:tc>
          <w:tcPr>
            <w:tcW w:w="4818" w:type="dxa"/>
            <w:tcMar>
              <w:top w:w="90" w:type="dxa"/>
              <w:left w:w="110" w:type="dxa"/>
              <w:bottom w:w="90" w:type="dxa"/>
              <w:right w:w="110" w:type="dxa"/>
            </w:tcMar>
            <w:vAlign w:val="center"/>
          </w:tcPr>
          <w:p w14:paraId="61FA0583" w14:textId="77777777" w:rsidR="00D92B2D" w:rsidRDefault="000D7A00">
            <w:r>
              <w:rPr>
                <w:color w:val="000000"/>
                <w:sz w:val="17"/>
              </w:rPr>
              <w:t>Current or most recent employer?  ☐ Yes  ☐ No</w:t>
            </w:r>
          </w:p>
        </w:tc>
        <w:tc>
          <w:tcPr>
            <w:tcW w:w="4818" w:type="dxa"/>
            <w:tcMar>
              <w:top w:w="90" w:type="dxa"/>
              <w:left w:w="110" w:type="dxa"/>
              <w:bottom w:w="90" w:type="dxa"/>
              <w:right w:w="110" w:type="dxa"/>
            </w:tcMar>
            <w:vAlign w:val="center"/>
          </w:tcPr>
          <w:p w14:paraId="4FB24DA1" w14:textId="77777777" w:rsidR="00D92B2D" w:rsidRDefault="000D7A00">
            <w:r>
              <w:rPr>
                <w:color w:val="000000"/>
                <w:sz w:val="17"/>
              </w:rPr>
              <w:t>Role involved work with children?  ☐ Yes  ☐ No</w:t>
            </w:r>
          </w:p>
        </w:tc>
      </w:tr>
    </w:tbl>
    <w:p w14:paraId="1BB8637F" w14:textId="77777777" w:rsidR="00D92B2D" w:rsidRDefault="000D7A00">
      <w:pPr>
        <w:spacing w:after="80" w:line="252" w:lineRule="auto"/>
      </w:pPr>
      <w:r>
        <w:rPr>
          <w:sz w:val="17"/>
        </w:rPr>
        <w:t>If either referee knew you by another name, give details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6C726C67" w14:textId="77777777">
        <w:trPr>
          <w:cantSplit/>
          <w:trHeight w:val="408"/>
        </w:trPr>
        <w:tc>
          <w:tcPr>
            <w:tcW w:w="9637" w:type="dxa"/>
            <w:tcMar>
              <w:top w:w="90" w:type="dxa"/>
              <w:left w:w="110" w:type="dxa"/>
              <w:bottom w:w="90" w:type="dxa"/>
              <w:right w:w="110" w:type="dxa"/>
            </w:tcMar>
            <w:vAlign w:val="center"/>
          </w:tcPr>
          <w:p w14:paraId="0BCDACFF" w14:textId="77777777" w:rsidR="00D92B2D" w:rsidRDefault="00D92B2D">
            <w:pPr>
              <w:spacing w:after="0"/>
            </w:pPr>
          </w:p>
        </w:tc>
      </w:tr>
      <w:tr w:rsidR="00D92B2D" w14:paraId="60C7E19B" w14:textId="77777777">
        <w:trPr>
          <w:cantSplit/>
          <w:trHeight w:val="408"/>
        </w:trPr>
        <w:tc>
          <w:tcPr>
            <w:tcW w:w="9637" w:type="dxa"/>
            <w:tcMar>
              <w:top w:w="90" w:type="dxa"/>
              <w:left w:w="110" w:type="dxa"/>
              <w:bottom w:w="90" w:type="dxa"/>
              <w:right w:w="110" w:type="dxa"/>
            </w:tcMar>
            <w:vAlign w:val="center"/>
          </w:tcPr>
          <w:p w14:paraId="7CB5AD57" w14:textId="77777777" w:rsidR="00D92B2D" w:rsidRDefault="00D92B2D">
            <w:pPr>
              <w:spacing w:after="0"/>
            </w:pPr>
          </w:p>
        </w:tc>
      </w:tr>
    </w:tbl>
    <w:p w14:paraId="6F26F303" w14:textId="77777777" w:rsidR="00D92B2D" w:rsidRDefault="000D7A00">
      <w:r>
        <w:br w:type="page"/>
      </w:r>
    </w:p>
    <w:p w14:paraId="4445B605" w14:textId="77777777" w:rsidR="00D92B2D" w:rsidRDefault="000D7A00">
      <w:pPr>
        <w:pStyle w:val="Heading1"/>
        <w:spacing w:before="160" w:after="80"/>
      </w:pPr>
      <w:r>
        <w:rPr>
          <w:rFonts w:ascii="Arial" w:hAnsi="Arial"/>
          <w:color w:val="F58220"/>
          <w:sz w:val="30"/>
        </w:rPr>
        <w:lastRenderedPageBreak/>
        <w:t>Part E  Supporting statement</w:t>
      </w:r>
    </w:p>
    <w:p w14:paraId="4164C871" w14:textId="77777777" w:rsidR="00D92B2D" w:rsidRDefault="000D7A00">
      <w:pPr>
        <w:spacing w:after="80" w:line="252" w:lineRule="auto"/>
      </w:pPr>
      <w:r>
        <w:t>Explain how your experience, knowledge, skills and personal qualities meet the job description and person specification. Use specific examples and include your commitment to safeguarding, inclusion, positive relationships and high expectations.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55746F4A" w14:textId="77777777">
        <w:trPr>
          <w:cantSplit/>
          <w:trHeight w:val="408"/>
        </w:trPr>
        <w:tc>
          <w:tcPr>
            <w:tcW w:w="9637" w:type="dxa"/>
            <w:tcMar>
              <w:top w:w="90" w:type="dxa"/>
              <w:left w:w="110" w:type="dxa"/>
              <w:bottom w:w="90" w:type="dxa"/>
              <w:right w:w="110" w:type="dxa"/>
            </w:tcMar>
            <w:vAlign w:val="center"/>
          </w:tcPr>
          <w:p w14:paraId="526A5CBC" w14:textId="77777777" w:rsidR="00D92B2D" w:rsidRDefault="00D92B2D">
            <w:pPr>
              <w:spacing w:after="0"/>
            </w:pPr>
          </w:p>
        </w:tc>
      </w:tr>
      <w:tr w:rsidR="00D92B2D" w14:paraId="5F2F4982" w14:textId="77777777">
        <w:trPr>
          <w:cantSplit/>
          <w:trHeight w:val="408"/>
        </w:trPr>
        <w:tc>
          <w:tcPr>
            <w:tcW w:w="9637" w:type="dxa"/>
            <w:tcMar>
              <w:top w:w="90" w:type="dxa"/>
              <w:left w:w="110" w:type="dxa"/>
              <w:bottom w:w="90" w:type="dxa"/>
              <w:right w:w="110" w:type="dxa"/>
            </w:tcMar>
            <w:vAlign w:val="center"/>
          </w:tcPr>
          <w:p w14:paraId="6EDE3F4C" w14:textId="77777777" w:rsidR="00D92B2D" w:rsidRDefault="00D92B2D">
            <w:pPr>
              <w:spacing w:after="0"/>
            </w:pPr>
          </w:p>
        </w:tc>
      </w:tr>
      <w:tr w:rsidR="00D92B2D" w14:paraId="60547A1F" w14:textId="77777777">
        <w:trPr>
          <w:cantSplit/>
          <w:trHeight w:val="408"/>
        </w:trPr>
        <w:tc>
          <w:tcPr>
            <w:tcW w:w="9637" w:type="dxa"/>
            <w:tcMar>
              <w:top w:w="90" w:type="dxa"/>
              <w:left w:w="110" w:type="dxa"/>
              <w:bottom w:w="90" w:type="dxa"/>
              <w:right w:w="110" w:type="dxa"/>
            </w:tcMar>
            <w:vAlign w:val="center"/>
          </w:tcPr>
          <w:p w14:paraId="3423E6A8" w14:textId="77777777" w:rsidR="00D92B2D" w:rsidRDefault="00D92B2D">
            <w:pPr>
              <w:spacing w:after="0"/>
            </w:pPr>
          </w:p>
        </w:tc>
      </w:tr>
      <w:tr w:rsidR="00D92B2D" w14:paraId="0F556800" w14:textId="77777777">
        <w:trPr>
          <w:cantSplit/>
          <w:trHeight w:val="408"/>
        </w:trPr>
        <w:tc>
          <w:tcPr>
            <w:tcW w:w="9637" w:type="dxa"/>
            <w:tcMar>
              <w:top w:w="90" w:type="dxa"/>
              <w:left w:w="110" w:type="dxa"/>
              <w:bottom w:w="90" w:type="dxa"/>
              <w:right w:w="110" w:type="dxa"/>
            </w:tcMar>
            <w:vAlign w:val="center"/>
          </w:tcPr>
          <w:p w14:paraId="23DDCEDB" w14:textId="77777777" w:rsidR="00D92B2D" w:rsidRDefault="00D92B2D">
            <w:pPr>
              <w:spacing w:after="0"/>
            </w:pPr>
          </w:p>
        </w:tc>
      </w:tr>
      <w:tr w:rsidR="00D92B2D" w14:paraId="025B3B07" w14:textId="77777777">
        <w:trPr>
          <w:cantSplit/>
          <w:trHeight w:val="408"/>
        </w:trPr>
        <w:tc>
          <w:tcPr>
            <w:tcW w:w="9637" w:type="dxa"/>
            <w:tcMar>
              <w:top w:w="90" w:type="dxa"/>
              <w:left w:w="110" w:type="dxa"/>
              <w:bottom w:w="90" w:type="dxa"/>
              <w:right w:w="110" w:type="dxa"/>
            </w:tcMar>
            <w:vAlign w:val="center"/>
          </w:tcPr>
          <w:p w14:paraId="5A838391" w14:textId="77777777" w:rsidR="00D92B2D" w:rsidRDefault="00D92B2D">
            <w:pPr>
              <w:spacing w:after="0"/>
            </w:pPr>
          </w:p>
        </w:tc>
      </w:tr>
      <w:tr w:rsidR="00D92B2D" w14:paraId="34F5CAE3" w14:textId="77777777">
        <w:trPr>
          <w:cantSplit/>
          <w:trHeight w:val="408"/>
        </w:trPr>
        <w:tc>
          <w:tcPr>
            <w:tcW w:w="9637" w:type="dxa"/>
            <w:tcMar>
              <w:top w:w="90" w:type="dxa"/>
              <w:left w:w="110" w:type="dxa"/>
              <w:bottom w:w="90" w:type="dxa"/>
              <w:right w:w="110" w:type="dxa"/>
            </w:tcMar>
            <w:vAlign w:val="center"/>
          </w:tcPr>
          <w:p w14:paraId="00F43DDC" w14:textId="77777777" w:rsidR="00D92B2D" w:rsidRDefault="00D92B2D">
            <w:pPr>
              <w:spacing w:after="0"/>
            </w:pPr>
          </w:p>
        </w:tc>
      </w:tr>
      <w:tr w:rsidR="00D92B2D" w14:paraId="2D4555A3" w14:textId="77777777">
        <w:trPr>
          <w:cantSplit/>
          <w:trHeight w:val="408"/>
        </w:trPr>
        <w:tc>
          <w:tcPr>
            <w:tcW w:w="9637" w:type="dxa"/>
            <w:tcMar>
              <w:top w:w="90" w:type="dxa"/>
              <w:left w:w="110" w:type="dxa"/>
              <w:bottom w:w="90" w:type="dxa"/>
              <w:right w:w="110" w:type="dxa"/>
            </w:tcMar>
            <w:vAlign w:val="center"/>
          </w:tcPr>
          <w:p w14:paraId="54752626" w14:textId="77777777" w:rsidR="00D92B2D" w:rsidRDefault="00D92B2D">
            <w:pPr>
              <w:spacing w:after="0"/>
            </w:pPr>
          </w:p>
        </w:tc>
      </w:tr>
      <w:tr w:rsidR="00D92B2D" w14:paraId="23D92F57" w14:textId="77777777">
        <w:trPr>
          <w:cantSplit/>
          <w:trHeight w:val="408"/>
        </w:trPr>
        <w:tc>
          <w:tcPr>
            <w:tcW w:w="9637" w:type="dxa"/>
            <w:tcMar>
              <w:top w:w="90" w:type="dxa"/>
              <w:left w:w="110" w:type="dxa"/>
              <w:bottom w:w="90" w:type="dxa"/>
              <w:right w:w="110" w:type="dxa"/>
            </w:tcMar>
            <w:vAlign w:val="center"/>
          </w:tcPr>
          <w:p w14:paraId="57F3177E" w14:textId="77777777" w:rsidR="00D92B2D" w:rsidRDefault="00D92B2D">
            <w:pPr>
              <w:spacing w:after="0"/>
            </w:pPr>
          </w:p>
        </w:tc>
      </w:tr>
      <w:tr w:rsidR="00D92B2D" w14:paraId="57E0B710" w14:textId="77777777">
        <w:trPr>
          <w:cantSplit/>
          <w:trHeight w:val="408"/>
        </w:trPr>
        <w:tc>
          <w:tcPr>
            <w:tcW w:w="9637" w:type="dxa"/>
            <w:tcMar>
              <w:top w:w="90" w:type="dxa"/>
              <w:left w:w="110" w:type="dxa"/>
              <w:bottom w:w="90" w:type="dxa"/>
              <w:right w:w="110" w:type="dxa"/>
            </w:tcMar>
            <w:vAlign w:val="center"/>
          </w:tcPr>
          <w:p w14:paraId="5DF9EC07" w14:textId="77777777" w:rsidR="00D92B2D" w:rsidRDefault="00D92B2D">
            <w:pPr>
              <w:spacing w:after="0"/>
            </w:pPr>
          </w:p>
        </w:tc>
      </w:tr>
      <w:tr w:rsidR="00D92B2D" w14:paraId="221E8FA5" w14:textId="77777777">
        <w:trPr>
          <w:cantSplit/>
          <w:trHeight w:val="408"/>
        </w:trPr>
        <w:tc>
          <w:tcPr>
            <w:tcW w:w="9637" w:type="dxa"/>
            <w:tcMar>
              <w:top w:w="90" w:type="dxa"/>
              <w:left w:w="110" w:type="dxa"/>
              <w:bottom w:w="90" w:type="dxa"/>
              <w:right w:w="110" w:type="dxa"/>
            </w:tcMar>
            <w:vAlign w:val="center"/>
          </w:tcPr>
          <w:p w14:paraId="62DBB794" w14:textId="77777777" w:rsidR="00D92B2D" w:rsidRDefault="00D92B2D">
            <w:pPr>
              <w:spacing w:after="0"/>
            </w:pPr>
          </w:p>
        </w:tc>
      </w:tr>
      <w:tr w:rsidR="00D92B2D" w14:paraId="12B6808D" w14:textId="77777777">
        <w:trPr>
          <w:cantSplit/>
          <w:trHeight w:val="408"/>
        </w:trPr>
        <w:tc>
          <w:tcPr>
            <w:tcW w:w="9637" w:type="dxa"/>
            <w:tcMar>
              <w:top w:w="90" w:type="dxa"/>
              <w:left w:w="110" w:type="dxa"/>
              <w:bottom w:w="90" w:type="dxa"/>
              <w:right w:w="110" w:type="dxa"/>
            </w:tcMar>
            <w:vAlign w:val="center"/>
          </w:tcPr>
          <w:p w14:paraId="09796F7B" w14:textId="77777777" w:rsidR="00D92B2D" w:rsidRDefault="00D92B2D">
            <w:pPr>
              <w:spacing w:after="0"/>
            </w:pPr>
          </w:p>
        </w:tc>
      </w:tr>
      <w:tr w:rsidR="00D92B2D" w14:paraId="6BFBAE72" w14:textId="77777777">
        <w:trPr>
          <w:cantSplit/>
          <w:trHeight w:val="408"/>
        </w:trPr>
        <w:tc>
          <w:tcPr>
            <w:tcW w:w="9637" w:type="dxa"/>
            <w:tcMar>
              <w:top w:w="90" w:type="dxa"/>
              <w:left w:w="110" w:type="dxa"/>
              <w:bottom w:w="90" w:type="dxa"/>
              <w:right w:w="110" w:type="dxa"/>
            </w:tcMar>
            <w:vAlign w:val="center"/>
          </w:tcPr>
          <w:p w14:paraId="7E6E63E8" w14:textId="77777777" w:rsidR="00D92B2D" w:rsidRDefault="00D92B2D">
            <w:pPr>
              <w:spacing w:after="0"/>
            </w:pPr>
          </w:p>
        </w:tc>
      </w:tr>
      <w:tr w:rsidR="00D92B2D" w14:paraId="51903434" w14:textId="77777777">
        <w:trPr>
          <w:cantSplit/>
          <w:trHeight w:val="408"/>
        </w:trPr>
        <w:tc>
          <w:tcPr>
            <w:tcW w:w="9637" w:type="dxa"/>
            <w:tcMar>
              <w:top w:w="90" w:type="dxa"/>
              <w:left w:w="110" w:type="dxa"/>
              <w:bottom w:w="90" w:type="dxa"/>
              <w:right w:w="110" w:type="dxa"/>
            </w:tcMar>
            <w:vAlign w:val="center"/>
          </w:tcPr>
          <w:p w14:paraId="31602C4C" w14:textId="77777777" w:rsidR="00D92B2D" w:rsidRDefault="00D92B2D">
            <w:pPr>
              <w:spacing w:after="0"/>
            </w:pPr>
          </w:p>
        </w:tc>
      </w:tr>
      <w:tr w:rsidR="00D92B2D" w14:paraId="4F079AD2" w14:textId="77777777">
        <w:trPr>
          <w:cantSplit/>
          <w:trHeight w:val="408"/>
        </w:trPr>
        <w:tc>
          <w:tcPr>
            <w:tcW w:w="9637" w:type="dxa"/>
            <w:tcMar>
              <w:top w:w="90" w:type="dxa"/>
              <w:left w:w="110" w:type="dxa"/>
              <w:bottom w:w="90" w:type="dxa"/>
              <w:right w:w="110" w:type="dxa"/>
            </w:tcMar>
            <w:vAlign w:val="center"/>
          </w:tcPr>
          <w:p w14:paraId="242F8B81" w14:textId="77777777" w:rsidR="00D92B2D" w:rsidRDefault="00D92B2D">
            <w:pPr>
              <w:spacing w:after="0"/>
            </w:pPr>
          </w:p>
        </w:tc>
      </w:tr>
      <w:tr w:rsidR="00D92B2D" w14:paraId="1E1596C2" w14:textId="77777777">
        <w:trPr>
          <w:cantSplit/>
          <w:trHeight w:val="408"/>
        </w:trPr>
        <w:tc>
          <w:tcPr>
            <w:tcW w:w="9637" w:type="dxa"/>
            <w:tcMar>
              <w:top w:w="90" w:type="dxa"/>
              <w:left w:w="110" w:type="dxa"/>
              <w:bottom w:w="90" w:type="dxa"/>
              <w:right w:w="110" w:type="dxa"/>
            </w:tcMar>
            <w:vAlign w:val="center"/>
          </w:tcPr>
          <w:p w14:paraId="71CB44A6" w14:textId="77777777" w:rsidR="00D92B2D" w:rsidRDefault="00D92B2D">
            <w:pPr>
              <w:spacing w:after="0"/>
            </w:pPr>
          </w:p>
        </w:tc>
      </w:tr>
      <w:tr w:rsidR="00D92B2D" w14:paraId="26AB6989" w14:textId="77777777">
        <w:trPr>
          <w:cantSplit/>
          <w:trHeight w:val="408"/>
        </w:trPr>
        <w:tc>
          <w:tcPr>
            <w:tcW w:w="9637" w:type="dxa"/>
            <w:tcMar>
              <w:top w:w="90" w:type="dxa"/>
              <w:left w:w="110" w:type="dxa"/>
              <w:bottom w:w="90" w:type="dxa"/>
              <w:right w:w="110" w:type="dxa"/>
            </w:tcMar>
            <w:vAlign w:val="center"/>
          </w:tcPr>
          <w:p w14:paraId="3D454D18" w14:textId="77777777" w:rsidR="00D92B2D" w:rsidRDefault="00D92B2D">
            <w:pPr>
              <w:spacing w:after="0"/>
            </w:pPr>
          </w:p>
        </w:tc>
      </w:tr>
      <w:tr w:rsidR="00D92B2D" w14:paraId="2A18681B" w14:textId="77777777">
        <w:trPr>
          <w:cantSplit/>
          <w:trHeight w:val="408"/>
        </w:trPr>
        <w:tc>
          <w:tcPr>
            <w:tcW w:w="9637" w:type="dxa"/>
            <w:tcMar>
              <w:top w:w="90" w:type="dxa"/>
              <w:left w:w="110" w:type="dxa"/>
              <w:bottom w:w="90" w:type="dxa"/>
              <w:right w:w="110" w:type="dxa"/>
            </w:tcMar>
            <w:vAlign w:val="center"/>
          </w:tcPr>
          <w:p w14:paraId="18FC821E" w14:textId="77777777" w:rsidR="00D92B2D" w:rsidRDefault="00D92B2D">
            <w:pPr>
              <w:spacing w:after="0"/>
            </w:pPr>
          </w:p>
        </w:tc>
      </w:tr>
      <w:tr w:rsidR="00D92B2D" w14:paraId="18F6F07C" w14:textId="77777777">
        <w:trPr>
          <w:cantSplit/>
          <w:trHeight w:val="408"/>
        </w:trPr>
        <w:tc>
          <w:tcPr>
            <w:tcW w:w="9637" w:type="dxa"/>
            <w:tcMar>
              <w:top w:w="90" w:type="dxa"/>
              <w:left w:w="110" w:type="dxa"/>
              <w:bottom w:w="90" w:type="dxa"/>
              <w:right w:w="110" w:type="dxa"/>
            </w:tcMar>
            <w:vAlign w:val="center"/>
          </w:tcPr>
          <w:p w14:paraId="055E97EC" w14:textId="77777777" w:rsidR="00D92B2D" w:rsidRDefault="00D92B2D">
            <w:pPr>
              <w:spacing w:after="0"/>
            </w:pPr>
          </w:p>
        </w:tc>
      </w:tr>
      <w:tr w:rsidR="00D92B2D" w14:paraId="140F750B" w14:textId="77777777">
        <w:trPr>
          <w:cantSplit/>
          <w:trHeight w:val="408"/>
        </w:trPr>
        <w:tc>
          <w:tcPr>
            <w:tcW w:w="9637" w:type="dxa"/>
            <w:tcMar>
              <w:top w:w="90" w:type="dxa"/>
              <w:left w:w="110" w:type="dxa"/>
              <w:bottom w:w="90" w:type="dxa"/>
              <w:right w:w="110" w:type="dxa"/>
            </w:tcMar>
            <w:vAlign w:val="center"/>
          </w:tcPr>
          <w:p w14:paraId="54747DEB" w14:textId="77777777" w:rsidR="00D92B2D" w:rsidRDefault="00D92B2D">
            <w:pPr>
              <w:spacing w:after="0"/>
            </w:pPr>
          </w:p>
        </w:tc>
      </w:tr>
      <w:tr w:rsidR="00D92B2D" w14:paraId="0684D4D2" w14:textId="77777777">
        <w:trPr>
          <w:cantSplit/>
          <w:trHeight w:val="408"/>
        </w:trPr>
        <w:tc>
          <w:tcPr>
            <w:tcW w:w="9637" w:type="dxa"/>
            <w:tcMar>
              <w:top w:w="90" w:type="dxa"/>
              <w:left w:w="110" w:type="dxa"/>
              <w:bottom w:w="90" w:type="dxa"/>
              <w:right w:w="110" w:type="dxa"/>
            </w:tcMar>
            <w:vAlign w:val="center"/>
          </w:tcPr>
          <w:p w14:paraId="3009E437" w14:textId="77777777" w:rsidR="00D92B2D" w:rsidRDefault="00D92B2D">
            <w:pPr>
              <w:spacing w:after="0"/>
            </w:pPr>
          </w:p>
        </w:tc>
      </w:tr>
    </w:tbl>
    <w:p w14:paraId="30E530AA" w14:textId="77777777" w:rsidR="00D92B2D" w:rsidRDefault="000D7A00">
      <w:r>
        <w:br w:type="page"/>
      </w:r>
    </w:p>
    <w:p w14:paraId="6388C252" w14:textId="77777777" w:rsidR="00D92B2D" w:rsidRDefault="000D7A00">
      <w:pPr>
        <w:pStyle w:val="Heading1"/>
        <w:spacing w:before="160" w:after="80"/>
      </w:pPr>
      <w:r>
        <w:rPr>
          <w:rFonts w:ascii="Arial" w:hAnsi="Arial"/>
          <w:color w:val="F58220"/>
          <w:sz w:val="30"/>
        </w:rPr>
        <w:lastRenderedPageBreak/>
        <w:t>Part F  Applicant safeguarding and values questions</w:t>
      </w:r>
    </w:p>
    <w:p w14:paraId="1093B875" w14:textId="77777777" w:rsidR="00D92B2D" w:rsidRDefault="000D7A00">
      <w:pPr>
        <w:spacing w:after="80" w:line="252" w:lineRule="auto"/>
      </w:pPr>
      <w:r>
        <w:t>Answer every question in your own words. Your answers will inform shortlisting and interview discussion. Additional questions may be asked at interview.</w:t>
      </w:r>
    </w:p>
    <w:p w14:paraId="0E180CDD" w14:textId="77777777" w:rsidR="00D92B2D" w:rsidRDefault="000D7A00">
      <w:pPr>
        <w:pStyle w:val="Heading2"/>
        <w:spacing w:before="100" w:after="80"/>
      </w:pPr>
      <w:r>
        <w:rPr>
          <w:rFonts w:ascii="Arial" w:hAnsi="Arial"/>
          <w:color w:val="17171D"/>
          <w:sz w:val="22"/>
        </w:rPr>
        <w:t>Question 1  Safeguarding disclosure</w:t>
      </w:r>
    </w:p>
    <w:p w14:paraId="4BB24224" w14:textId="77777777" w:rsidR="00D92B2D" w:rsidRDefault="000D7A00">
      <w:pPr>
        <w:spacing w:after="60" w:line="252" w:lineRule="auto"/>
      </w:pPr>
      <w:r>
        <w:t>A learner tells you something that makes you concerned for their safety and asks you not to tell anyone. What would you do and why?</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6ED0F43D" w14:textId="77777777">
        <w:trPr>
          <w:cantSplit/>
          <w:trHeight w:val="408"/>
        </w:trPr>
        <w:tc>
          <w:tcPr>
            <w:tcW w:w="9637" w:type="dxa"/>
            <w:tcMar>
              <w:top w:w="90" w:type="dxa"/>
              <w:left w:w="110" w:type="dxa"/>
              <w:bottom w:w="90" w:type="dxa"/>
              <w:right w:w="110" w:type="dxa"/>
            </w:tcMar>
            <w:vAlign w:val="center"/>
          </w:tcPr>
          <w:p w14:paraId="10A04057" w14:textId="77777777" w:rsidR="00D92B2D" w:rsidRDefault="00D92B2D">
            <w:pPr>
              <w:spacing w:after="0"/>
            </w:pPr>
          </w:p>
        </w:tc>
      </w:tr>
      <w:tr w:rsidR="00D92B2D" w14:paraId="09F9F444" w14:textId="77777777">
        <w:trPr>
          <w:cantSplit/>
          <w:trHeight w:val="408"/>
        </w:trPr>
        <w:tc>
          <w:tcPr>
            <w:tcW w:w="9637" w:type="dxa"/>
            <w:tcMar>
              <w:top w:w="90" w:type="dxa"/>
              <w:left w:w="110" w:type="dxa"/>
              <w:bottom w:w="90" w:type="dxa"/>
              <w:right w:w="110" w:type="dxa"/>
            </w:tcMar>
            <w:vAlign w:val="center"/>
          </w:tcPr>
          <w:p w14:paraId="6136AF8F" w14:textId="77777777" w:rsidR="00D92B2D" w:rsidRDefault="00D92B2D">
            <w:pPr>
              <w:spacing w:after="0"/>
            </w:pPr>
          </w:p>
        </w:tc>
      </w:tr>
      <w:tr w:rsidR="00D92B2D" w14:paraId="45C31A4D" w14:textId="77777777">
        <w:trPr>
          <w:cantSplit/>
          <w:trHeight w:val="408"/>
        </w:trPr>
        <w:tc>
          <w:tcPr>
            <w:tcW w:w="9637" w:type="dxa"/>
            <w:tcMar>
              <w:top w:w="90" w:type="dxa"/>
              <w:left w:w="110" w:type="dxa"/>
              <w:bottom w:w="90" w:type="dxa"/>
              <w:right w:w="110" w:type="dxa"/>
            </w:tcMar>
            <w:vAlign w:val="center"/>
          </w:tcPr>
          <w:p w14:paraId="551C9D15" w14:textId="77777777" w:rsidR="00D92B2D" w:rsidRDefault="00D92B2D">
            <w:pPr>
              <w:spacing w:after="0"/>
            </w:pPr>
          </w:p>
        </w:tc>
      </w:tr>
      <w:tr w:rsidR="00D92B2D" w14:paraId="48353D12" w14:textId="77777777">
        <w:trPr>
          <w:cantSplit/>
          <w:trHeight w:val="408"/>
        </w:trPr>
        <w:tc>
          <w:tcPr>
            <w:tcW w:w="9637" w:type="dxa"/>
            <w:tcMar>
              <w:top w:w="90" w:type="dxa"/>
              <w:left w:w="110" w:type="dxa"/>
              <w:bottom w:w="90" w:type="dxa"/>
              <w:right w:w="110" w:type="dxa"/>
            </w:tcMar>
            <w:vAlign w:val="center"/>
          </w:tcPr>
          <w:p w14:paraId="68D4D67C" w14:textId="77777777" w:rsidR="00D92B2D" w:rsidRDefault="00D92B2D">
            <w:pPr>
              <w:spacing w:after="0"/>
            </w:pPr>
          </w:p>
        </w:tc>
      </w:tr>
      <w:tr w:rsidR="00D92B2D" w14:paraId="417EBA7D" w14:textId="77777777">
        <w:trPr>
          <w:cantSplit/>
          <w:trHeight w:val="408"/>
        </w:trPr>
        <w:tc>
          <w:tcPr>
            <w:tcW w:w="9637" w:type="dxa"/>
            <w:tcMar>
              <w:top w:w="90" w:type="dxa"/>
              <w:left w:w="110" w:type="dxa"/>
              <w:bottom w:w="90" w:type="dxa"/>
              <w:right w:w="110" w:type="dxa"/>
            </w:tcMar>
            <w:vAlign w:val="center"/>
          </w:tcPr>
          <w:p w14:paraId="3D74B634" w14:textId="77777777" w:rsidR="00D92B2D" w:rsidRDefault="00D92B2D">
            <w:pPr>
              <w:spacing w:after="0"/>
            </w:pPr>
          </w:p>
        </w:tc>
      </w:tr>
      <w:tr w:rsidR="00D92B2D" w14:paraId="666300B9" w14:textId="77777777">
        <w:trPr>
          <w:cantSplit/>
          <w:trHeight w:val="408"/>
        </w:trPr>
        <w:tc>
          <w:tcPr>
            <w:tcW w:w="9637" w:type="dxa"/>
            <w:tcMar>
              <w:top w:w="90" w:type="dxa"/>
              <w:left w:w="110" w:type="dxa"/>
              <w:bottom w:w="90" w:type="dxa"/>
              <w:right w:w="110" w:type="dxa"/>
            </w:tcMar>
            <w:vAlign w:val="center"/>
          </w:tcPr>
          <w:p w14:paraId="35C51FD5" w14:textId="77777777" w:rsidR="00D92B2D" w:rsidRDefault="00D92B2D">
            <w:pPr>
              <w:spacing w:after="0"/>
            </w:pPr>
          </w:p>
        </w:tc>
      </w:tr>
      <w:tr w:rsidR="00D92B2D" w14:paraId="7CEDFBC6" w14:textId="77777777">
        <w:trPr>
          <w:cantSplit/>
          <w:trHeight w:val="408"/>
        </w:trPr>
        <w:tc>
          <w:tcPr>
            <w:tcW w:w="9637" w:type="dxa"/>
            <w:tcMar>
              <w:top w:w="90" w:type="dxa"/>
              <w:left w:w="110" w:type="dxa"/>
              <w:bottom w:w="90" w:type="dxa"/>
              <w:right w:w="110" w:type="dxa"/>
            </w:tcMar>
            <w:vAlign w:val="center"/>
          </w:tcPr>
          <w:p w14:paraId="7F1FAAF2" w14:textId="77777777" w:rsidR="00D92B2D" w:rsidRDefault="00D92B2D">
            <w:pPr>
              <w:spacing w:after="0"/>
            </w:pPr>
          </w:p>
        </w:tc>
      </w:tr>
    </w:tbl>
    <w:p w14:paraId="50E0D07E" w14:textId="77777777" w:rsidR="00D92B2D" w:rsidRDefault="000D7A00">
      <w:pPr>
        <w:pStyle w:val="Heading2"/>
        <w:spacing w:before="100" w:after="80"/>
      </w:pPr>
      <w:r>
        <w:rPr>
          <w:rFonts w:ascii="Arial" w:hAnsi="Arial"/>
          <w:color w:val="17171D"/>
          <w:sz w:val="22"/>
        </w:rPr>
        <w:t>Question 2  Safeguarding responsibilities</w:t>
      </w:r>
    </w:p>
    <w:p w14:paraId="5BAB4B76" w14:textId="77777777" w:rsidR="00D92B2D" w:rsidRDefault="000D7A00">
      <w:pPr>
        <w:spacing w:after="60" w:line="252" w:lineRule="auto"/>
      </w:pPr>
      <w:r>
        <w:t>You notice a learner's behaviour and appearance have changed significantly over several weeks. There has been no disclosure. What actions would you take?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64BC005C" w14:textId="77777777">
        <w:trPr>
          <w:cantSplit/>
          <w:trHeight w:val="408"/>
        </w:trPr>
        <w:tc>
          <w:tcPr>
            <w:tcW w:w="9637" w:type="dxa"/>
            <w:tcMar>
              <w:top w:w="90" w:type="dxa"/>
              <w:left w:w="110" w:type="dxa"/>
              <w:bottom w:w="90" w:type="dxa"/>
              <w:right w:w="110" w:type="dxa"/>
            </w:tcMar>
            <w:vAlign w:val="center"/>
          </w:tcPr>
          <w:p w14:paraId="557AD7F7" w14:textId="77777777" w:rsidR="00D92B2D" w:rsidRDefault="00D92B2D">
            <w:pPr>
              <w:spacing w:after="0"/>
            </w:pPr>
          </w:p>
        </w:tc>
      </w:tr>
      <w:tr w:rsidR="00D92B2D" w14:paraId="4F778623" w14:textId="77777777">
        <w:trPr>
          <w:cantSplit/>
          <w:trHeight w:val="408"/>
        </w:trPr>
        <w:tc>
          <w:tcPr>
            <w:tcW w:w="9637" w:type="dxa"/>
            <w:tcMar>
              <w:top w:w="90" w:type="dxa"/>
              <w:left w:w="110" w:type="dxa"/>
              <w:bottom w:w="90" w:type="dxa"/>
              <w:right w:w="110" w:type="dxa"/>
            </w:tcMar>
            <w:vAlign w:val="center"/>
          </w:tcPr>
          <w:p w14:paraId="1B66BD43" w14:textId="77777777" w:rsidR="00D92B2D" w:rsidRDefault="00D92B2D">
            <w:pPr>
              <w:spacing w:after="0"/>
            </w:pPr>
          </w:p>
        </w:tc>
      </w:tr>
      <w:tr w:rsidR="00D92B2D" w14:paraId="3B647A45" w14:textId="77777777">
        <w:trPr>
          <w:cantSplit/>
          <w:trHeight w:val="408"/>
        </w:trPr>
        <w:tc>
          <w:tcPr>
            <w:tcW w:w="9637" w:type="dxa"/>
            <w:tcMar>
              <w:top w:w="90" w:type="dxa"/>
              <w:left w:w="110" w:type="dxa"/>
              <w:bottom w:w="90" w:type="dxa"/>
              <w:right w:w="110" w:type="dxa"/>
            </w:tcMar>
            <w:vAlign w:val="center"/>
          </w:tcPr>
          <w:p w14:paraId="3761BB8A" w14:textId="77777777" w:rsidR="00D92B2D" w:rsidRDefault="00D92B2D">
            <w:pPr>
              <w:spacing w:after="0"/>
            </w:pPr>
          </w:p>
        </w:tc>
      </w:tr>
      <w:tr w:rsidR="00D92B2D" w14:paraId="386CFE91" w14:textId="77777777">
        <w:trPr>
          <w:cantSplit/>
          <w:trHeight w:val="408"/>
        </w:trPr>
        <w:tc>
          <w:tcPr>
            <w:tcW w:w="9637" w:type="dxa"/>
            <w:tcMar>
              <w:top w:w="90" w:type="dxa"/>
              <w:left w:w="110" w:type="dxa"/>
              <w:bottom w:w="90" w:type="dxa"/>
              <w:right w:w="110" w:type="dxa"/>
            </w:tcMar>
            <w:vAlign w:val="center"/>
          </w:tcPr>
          <w:p w14:paraId="18B37A71" w14:textId="77777777" w:rsidR="00D92B2D" w:rsidRDefault="00D92B2D">
            <w:pPr>
              <w:spacing w:after="0"/>
            </w:pPr>
          </w:p>
        </w:tc>
      </w:tr>
      <w:tr w:rsidR="00D92B2D" w14:paraId="607CA338" w14:textId="77777777">
        <w:trPr>
          <w:cantSplit/>
          <w:trHeight w:val="408"/>
        </w:trPr>
        <w:tc>
          <w:tcPr>
            <w:tcW w:w="9637" w:type="dxa"/>
            <w:tcMar>
              <w:top w:w="90" w:type="dxa"/>
              <w:left w:w="110" w:type="dxa"/>
              <w:bottom w:w="90" w:type="dxa"/>
              <w:right w:w="110" w:type="dxa"/>
            </w:tcMar>
            <w:vAlign w:val="center"/>
          </w:tcPr>
          <w:p w14:paraId="486EDF63" w14:textId="77777777" w:rsidR="00D92B2D" w:rsidRDefault="00D92B2D">
            <w:pPr>
              <w:spacing w:after="0"/>
            </w:pPr>
          </w:p>
        </w:tc>
      </w:tr>
      <w:tr w:rsidR="00D92B2D" w14:paraId="7C3AFD5B" w14:textId="77777777">
        <w:trPr>
          <w:cantSplit/>
          <w:trHeight w:val="408"/>
        </w:trPr>
        <w:tc>
          <w:tcPr>
            <w:tcW w:w="9637" w:type="dxa"/>
            <w:tcMar>
              <w:top w:w="90" w:type="dxa"/>
              <w:left w:w="110" w:type="dxa"/>
              <w:bottom w:w="90" w:type="dxa"/>
              <w:right w:w="110" w:type="dxa"/>
            </w:tcMar>
            <w:vAlign w:val="center"/>
          </w:tcPr>
          <w:p w14:paraId="288E7569" w14:textId="77777777" w:rsidR="00D92B2D" w:rsidRDefault="00D92B2D">
            <w:pPr>
              <w:spacing w:after="0"/>
            </w:pPr>
          </w:p>
        </w:tc>
      </w:tr>
      <w:tr w:rsidR="00D92B2D" w14:paraId="40242E20" w14:textId="77777777">
        <w:trPr>
          <w:cantSplit/>
          <w:trHeight w:val="408"/>
        </w:trPr>
        <w:tc>
          <w:tcPr>
            <w:tcW w:w="9637" w:type="dxa"/>
            <w:tcMar>
              <w:top w:w="90" w:type="dxa"/>
              <w:left w:w="110" w:type="dxa"/>
              <w:bottom w:w="90" w:type="dxa"/>
              <w:right w:w="110" w:type="dxa"/>
            </w:tcMar>
            <w:vAlign w:val="center"/>
          </w:tcPr>
          <w:p w14:paraId="7E167F72" w14:textId="77777777" w:rsidR="00D92B2D" w:rsidRDefault="00D92B2D">
            <w:pPr>
              <w:spacing w:after="0"/>
            </w:pPr>
          </w:p>
        </w:tc>
      </w:tr>
    </w:tbl>
    <w:p w14:paraId="470A6940" w14:textId="77777777" w:rsidR="00D92B2D" w:rsidRDefault="000D7A00">
      <w:r>
        <w:br w:type="page"/>
      </w:r>
    </w:p>
    <w:p w14:paraId="75749E1A" w14:textId="77777777" w:rsidR="00D92B2D" w:rsidRDefault="000D7A00">
      <w:pPr>
        <w:pStyle w:val="Heading1"/>
        <w:spacing w:before="160" w:after="80"/>
      </w:pPr>
      <w:r>
        <w:rPr>
          <w:rFonts w:ascii="Arial" w:hAnsi="Arial"/>
          <w:color w:val="F58220"/>
          <w:sz w:val="30"/>
        </w:rPr>
        <w:lastRenderedPageBreak/>
        <w:t>Part F  Applicant safeguarding and values questions continued</w:t>
      </w:r>
    </w:p>
    <w:p w14:paraId="15E25431" w14:textId="77777777" w:rsidR="00D92B2D" w:rsidRDefault="000D7A00">
      <w:pPr>
        <w:pStyle w:val="Heading2"/>
        <w:spacing w:before="100" w:after="80"/>
      </w:pPr>
      <w:r>
        <w:rPr>
          <w:rFonts w:ascii="Arial" w:hAnsi="Arial"/>
          <w:color w:val="17171D"/>
          <w:sz w:val="22"/>
        </w:rPr>
        <w:t>Question 3  Supporting learners with SEND, SEMH or trauma</w:t>
      </w:r>
    </w:p>
    <w:p w14:paraId="26C4A24F" w14:textId="77777777" w:rsidR="00D92B2D" w:rsidRDefault="000D7A00">
      <w:pPr>
        <w:spacing w:after="60" w:line="252" w:lineRule="auto"/>
      </w:pPr>
      <w:r>
        <w:t>A learner becomes distressed during a lesson, refuses to engage and reacts negatively when challenged. How would you respond, and what factors might you consider before deciding on next steps?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16C686DA" w14:textId="77777777">
        <w:trPr>
          <w:cantSplit/>
          <w:trHeight w:val="408"/>
        </w:trPr>
        <w:tc>
          <w:tcPr>
            <w:tcW w:w="9637" w:type="dxa"/>
            <w:tcMar>
              <w:top w:w="90" w:type="dxa"/>
              <w:left w:w="110" w:type="dxa"/>
              <w:bottom w:w="90" w:type="dxa"/>
              <w:right w:w="110" w:type="dxa"/>
            </w:tcMar>
            <w:vAlign w:val="center"/>
          </w:tcPr>
          <w:p w14:paraId="6093879D" w14:textId="77777777" w:rsidR="00D92B2D" w:rsidRDefault="00D92B2D">
            <w:pPr>
              <w:spacing w:after="0"/>
            </w:pPr>
          </w:p>
        </w:tc>
      </w:tr>
      <w:tr w:rsidR="00D92B2D" w14:paraId="24688864" w14:textId="77777777">
        <w:trPr>
          <w:cantSplit/>
          <w:trHeight w:val="408"/>
        </w:trPr>
        <w:tc>
          <w:tcPr>
            <w:tcW w:w="9637" w:type="dxa"/>
            <w:tcMar>
              <w:top w:w="90" w:type="dxa"/>
              <w:left w:w="110" w:type="dxa"/>
              <w:bottom w:w="90" w:type="dxa"/>
              <w:right w:w="110" w:type="dxa"/>
            </w:tcMar>
            <w:vAlign w:val="center"/>
          </w:tcPr>
          <w:p w14:paraId="5930137D" w14:textId="77777777" w:rsidR="00D92B2D" w:rsidRDefault="00D92B2D">
            <w:pPr>
              <w:spacing w:after="0"/>
            </w:pPr>
          </w:p>
        </w:tc>
      </w:tr>
      <w:tr w:rsidR="00D92B2D" w14:paraId="4BE85D69" w14:textId="77777777">
        <w:trPr>
          <w:cantSplit/>
          <w:trHeight w:val="408"/>
        </w:trPr>
        <w:tc>
          <w:tcPr>
            <w:tcW w:w="9637" w:type="dxa"/>
            <w:tcMar>
              <w:top w:w="90" w:type="dxa"/>
              <w:left w:w="110" w:type="dxa"/>
              <w:bottom w:w="90" w:type="dxa"/>
              <w:right w:w="110" w:type="dxa"/>
            </w:tcMar>
            <w:vAlign w:val="center"/>
          </w:tcPr>
          <w:p w14:paraId="59451FF8" w14:textId="77777777" w:rsidR="00D92B2D" w:rsidRDefault="00D92B2D">
            <w:pPr>
              <w:spacing w:after="0"/>
            </w:pPr>
          </w:p>
        </w:tc>
      </w:tr>
      <w:tr w:rsidR="00D92B2D" w14:paraId="3D67C8BA" w14:textId="77777777">
        <w:trPr>
          <w:cantSplit/>
          <w:trHeight w:val="408"/>
        </w:trPr>
        <w:tc>
          <w:tcPr>
            <w:tcW w:w="9637" w:type="dxa"/>
            <w:tcMar>
              <w:top w:w="90" w:type="dxa"/>
              <w:left w:w="110" w:type="dxa"/>
              <w:bottom w:w="90" w:type="dxa"/>
              <w:right w:w="110" w:type="dxa"/>
            </w:tcMar>
            <w:vAlign w:val="center"/>
          </w:tcPr>
          <w:p w14:paraId="2C5469B3" w14:textId="77777777" w:rsidR="00D92B2D" w:rsidRDefault="00D92B2D">
            <w:pPr>
              <w:spacing w:after="0"/>
            </w:pPr>
          </w:p>
        </w:tc>
      </w:tr>
      <w:tr w:rsidR="00D92B2D" w14:paraId="0F5CC385" w14:textId="77777777">
        <w:trPr>
          <w:cantSplit/>
          <w:trHeight w:val="408"/>
        </w:trPr>
        <w:tc>
          <w:tcPr>
            <w:tcW w:w="9637" w:type="dxa"/>
            <w:tcMar>
              <w:top w:w="90" w:type="dxa"/>
              <w:left w:w="110" w:type="dxa"/>
              <w:bottom w:w="90" w:type="dxa"/>
              <w:right w:w="110" w:type="dxa"/>
            </w:tcMar>
            <w:vAlign w:val="center"/>
          </w:tcPr>
          <w:p w14:paraId="518C5319" w14:textId="77777777" w:rsidR="00D92B2D" w:rsidRDefault="00D92B2D">
            <w:pPr>
              <w:spacing w:after="0"/>
            </w:pPr>
          </w:p>
        </w:tc>
      </w:tr>
      <w:tr w:rsidR="00D92B2D" w14:paraId="59A053EC" w14:textId="77777777">
        <w:trPr>
          <w:cantSplit/>
          <w:trHeight w:val="408"/>
        </w:trPr>
        <w:tc>
          <w:tcPr>
            <w:tcW w:w="9637" w:type="dxa"/>
            <w:tcMar>
              <w:top w:w="90" w:type="dxa"/>
              <w:left w:w="110" w:type="dxa"/>
              <w:bottom w:w="90" w:type="dxa"/>
              <w:right w:w="110" w:type="dxa"/>
            </w:tcMar>
            <w:vAlign w:val="center"/>
          </w:tcPr>
          <w:p w14:paraId="74C58C32" w14:textId="77777777" w:rsidR="00D92B2D" w:rsidRDefault="00D92B2D">
            <w:pPr>
              <w:spacing w:after="0"/>
            </w:pPr>
          </w:p>
        </w:tc>
      </w:tr>
      <w:tr w:rsidR="00D92B2D" w14:paraId="4DF033F4" w14:textId="77777777">
        <w:trPr>
          <w:cantSplit/>
          <w:trHeight w:val="408"/>
        </w:trPr>
        <w:tc>
          <w:tcPr>
            <w:tcW w:w="9637" w:type="dxa"/>
            <w:tcMar>
              <w:top w:w="90" w:type="dxa"/>
              <w:left w:w="110" w:type="dxa"/>
              <w:bottom w:w="90" w:type="dxa"/>
              <w:right w:w="110" w:type="dxa"/>
            </w:tcMar>
            <w:vAlign w:val="center"/>
          </w:tcPr>
          <w:p w14:paraId="76C06504" w14:textId="77777777" w:rsidR="00D92B2D" w:rsidRDefault="00D92B2D">
            <w:pPr>
              <w:spacing w:after="0"/>
            </w:pPr>
          </w:p>
        </w:tc>
      </w:tr>
    </w:tbl>
    <w:p w14:paraId="1305E7E4" w14:textId="77777777" w:rsidR="00D92B2D" w:rsidRDefault="000D7A00">
      <w:pPr>
        <w:pStyle w:val="Heading2"/>
        <w:spacing w:before="100" w:after="80"/>
      </w:pPr>
      <w:r>
        <w:rPr>
          <w:rFonts w:ascii="Arial" w:hAnsi="Arial"/>
          <w:color w:val="17171D"/>
          <w:sz w:val="22"/>
        </w:rPr>
        <w:t>Question 4  Alignment with BSA ethos</w:t>
      </w:r>
    </w:p>
    <w:p w14:paraId="649DDDE8" w14:textId="77777777" w:rsidR="00D92B2D" w:rsidRDefault="000D7A00">
      <w:pPr>
        <w:spacing w:after="60" w:line="252" w:lineRule="auto"/>
      </w:pPr>
      <w:r>
        <w:t>At BSA we believe all learners can succeed when provided with the right support, challenge and opportunities. Describe how you would demonstrate this belief when working with a learner who has low confidence and a history of poor achievement.</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002BF10D" w14:textId="77777777">
        <w:trPr>
          <w:cantSplit/>
          <w:trHeight w:val="408"/>
        </w:trPr>
        <w:tc>
          <w:tcPr>
            <w:tcW w:w="9637" w:type="dxa"/>
            <w:tcMar>
              <w:top w:w="90" w:type="dxa"/>
              <w:left w:w="110" w:type="dxa"/>
              <w:bottom w:w="90" w:type="dxa"/>
              <w:right w:w="110" w:type="dxa"/>
            </w:tcMar>
            <w:vAlign w:val="center"/>
          </w:tcPr>
          <w:p w14:paraId="17570372" w14:textId="77777777" w:rsidR="00D92B2D" w:rsidRDefault="00D92B2D">
            <w:pPr>
              <w:spacing w:after="0"/>
            </w:pPr>
          </w:p>
        </w:tc>
      </w:tr>
      <w:tr w:rsidR="00D92B2D" w14:paraId="00AB63DB" w14:textId="77777777">
        <w:trPr>
          <w:cantSplit/>
          <w:trHeight w:val="408"/>
        </w:trPr>
        <w:tc>
          <w:tcPr>
            <w:tcW w:w="9637" w:type="dxa"/>
            <w:tcMar>
              <w:top w:w="90" w:type="dxa"/>
              <w:left w:w="110" w:type="dxa"/>
              <w:bottom w:w="90" w:type="dxa"/>
              <w:right w:w="110" w:type="dxa"/>
            </w:tcMar>
            <w:vAlign w:val="center"/>
          </w:tcPr>
          <w:p w14:paraId="30CB41E3" w14:textId="77777777" w:rsidR="00D92B2D" w:rsidRDefault="00D92B2D">
            <w:pPr>
              <w:spacing w:after="0"/>
            </w:pPr>
          </w:p>
        </w:tc>
      </w:tr>
      <w:tr w:rsidR="00D92B2D" w14:paraId="29C36283" w14:textId="77777777">
        <w:trPr>
          <w:cantSplit/>
          <w:trHeight w:val="408"/>
        </w:trPr>
        <w:tc>
          <w:tcPr>
            <w:tcW w:w="9637" w:type="dxa"/>
            <w:tcMar>
              <w:top w:w="90" w:type="dxa"/>
              <w:left w:w="110" w:type="dxa"/>
              <w:bottom w:w="90" w:type="dxa"/>
              <w:right w:w="110" w:type="dxa"/>
            </w:tcMar>
            <w:vAlign w:val="center"/>
          </w:tcPr>
          <w:p w14:paraId="4A2287DF" w14:textId="77777777" w:rsidR="00D92B2D" w:rsidRDefault="00D92B2D">
            <w:pPr>
              <w:spacing w:after="0"/>
            </w:pPr>
          </w:p>
        </w:tc>
      </w:tr>
      <w:tr w:rsidR="00D92B2D" w14:paraId="6BFCFC06" w14:textId="77777777">
        <w:trPr>
          <w:cantSplit/>
          <w:trHeight w:val="408"/>
        </w:trPr>
        <w:tc>
          <w:tcPr>
            <w:tcW w:w="9637" w:type="dxa"/>
            <w:tcMar>
              <w:top w:w="90" w:type="dxa"/>
              <w:left w:w="110" w:type="dxa"/>
              <w:bottom w:w="90" w:type="dxa"/>
              <w:right w:w="110" w:type="dxa"/>
            </w:tcMar>
            <w:vAlign w:val="center"/>
          </w:tcPr>
          <w:p w14:paraId="47A6FB21" w14:textId="77777777" w:rsidR="00D92B2D" w:rsidRDefault="00D92B2D">
            <w:pPr>
              <w:spacing w:after="0"/>
            </w:pPr>
          </w:p>
        </w:tc>
      </w:tr>
      <w:tr w:rsidR="00D92B2D" w14:paraId="11369FBB" w14:textId="77777777">
        <w:trPr>
          <w:cantSplit/>
          <w:trHeight w:val="408"/>
        </w:trPr>
        <w:tc>
          <w:tcPr>
            <w:tcW w:w="9637" w:type="dxa"/>
            <w:tcMar>
              <w:top w:w="90" w:type="dxa"/>
              <w:left w:w="110" w:type="dxa"/>
              <w:bottom w:w="90" w:type="dxa"/>
              <w:right w:w="110" w:type="dxa"/>
            </w:tcMar>
            <w:vAlign w:val="center"/>
          </w:tcPr>
          <w:p w14:paraId="635D669E" w14:textId="77777777" w:rsidR="00D92B2D" w:rsidRDefault="00D92B2D">
            <w:pPr>
              <w:spacing w:after="0"/>
            </w:pPr>
          </w:p>
        </w:tc>
      </w:tr>
      <w:tr w:rsidR="00D92B2D" w14:paraId="7DE2AB75" w14:textId="77777777">
        <w:trPr>
          <w:cantSplit/>
          <w:trHeight w:val="408"/>
        </w:trPr>
        <w:tc>
          <w:tcPr>
            <w:tcW w:w="9637" w:type="dxa"/>
            <w:tcMar>
              <w:top w:w="90" w:type="dxa"/>
              <w:left w:w="110" w:type="dxa"/>
              <w:bottom w:w="90" w:type="dxa"/>
              <w:right w:w="110" w:type="dxa"/>
            </w:tcMar>
            <w:vAlign w:val="center"/>
          </w:tcPr>
          <w:p w14:paraId="779A84B9" w14:textId="77777777" w:rsidR="00D92B2D" w:rsidRDefault="00D92B2D">
            <w:pPr>
              <w:spacing w:after="0"/>
            </w:pPr>
          </w:p>
        </w:tc>
      </w:tr>
      <w:tr w:rsidR="00D92B2D" w14:paraId="4208581B" w14:textId="77777777">
        <w:trPr>
          <w:cantSplit/>
          <w:trHeight w:val="408"/>
        </w:trPr>
        <w:tc>
          <w:tcPr>
            <w:tcW w:w="9637" w:type="dxa"/>
            <w:tcMar>
              <w:top w:w="90" w:type="dxa"/>
              <w:left w:w="110" w:type="dxa"/>
              <w:bottom w:w="90" w:type="dxa"/>
              <w:right w:w="110" w:type="dxa"/>
            </w:tcMar>
            <w:vAlign w:val="center"/>
          </w:tcPr>
          <w:p w14:paraId="7BD8AA40" w14:textId="77777777" w:rsidR="00D92B2D" w:rsidRDefault="00D92B2D">
            <w:pPr>
              <w:spacing w:after="0"/>
            </w:pPr>
          </w:p>
        </w:tc>
      </w:tr>
    </w:tbl>
    <w:p w14:paraId="5528CB37" w14:textId="77777777" w:rsidR="00D92B2D" w:rsidRDefault="000D7A00">
      <w:r>
        <w:br w:type="page"/>
      </w:r>
    </w:p>
    <w:p w14:paraId="1908DACB" w14:textId="77777777" w:rsidR="00D92B2D" w:rsidRDefault="000D7A00">
      <w:pPr>
        <w:pStyle w:val="Heading1"/>
        <w:spacing w:before="160" w:after="80"/>
      </w:pPr>
      <w:r>
        <w:rPr>
          <w:rFonts w:ascii="Arial" w:hAnsi="Arial"/>
          <w:color w:val="F58220"/>
          <w:sz w:val="30"/>
        </w:rPr>
        <w:lastRenderedPageBreak/>
        <w:t>Part F  Applicant safeguarding and values questions continued</w:t>
      </w:r>
    </w:p>
    <w:p w14:paraId="03BE611C" w14:textId="77777777" w:rsidR="00D92B2D" w:rsidRDefault="000D7A00">
      <w:pPr>
        <w:pStyle w:val="Heading2"/>
        <w:spacing w:before="100" w:after="80"/>
      </w:pPr>
      <w:r>
        <w:rPr>
          <w:rFonts w:ascii="Arial" w:hAnsi="Arial"/>
          <w:color w:val="17171D"/>
          <w:sz w:val="22"/>
        </w:rPr>
        <w:t>Question 5  High expectations and behaviour</w:t>
      </w:r>
    </w:p>
    <w:p w14:paraId="39A02DF6" w14:textId="77777777" w:rsidR="00D92B2D" w:rsidRDefault="000D7A00">
      <w:pPr>
        <w:spacing w:after="60" w:line="252" w:lineRule="auto"/>
      </w:pPr>
      <w:r>
        <w:t>A learner repeatedly disrupts learning despite reminders. How would you maintain high expectations while preserving a positive relationship with the learner?</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7186C4B2" w14:textId="77777777">
        <w:trPr>
          <w:cantSplit/>
          <w:trHeight w:val="408"/>
        </w:trPr>
        <w:tc>
          <w:tcPr>
            <w:tcW w:w="9637" w:type="dxa"/>
            <w:tcMar>
              <w:top w:w="90" w:type="dxa"/>
              <w:left w:w="110" w:type="dxa"/>
              <w:bottom w:w="90" w:type="dxa"/>
              <w:right w:w="110" w:type="dxa"/>
            </w:tcMar>
            <w:vAlign w:val="center"/>
          </w:tcPr>
          <w:p w14:paraId="51101873" w14:textId="77777777" w:rsidR="00D92B2D" w:rsidRDefault="00D92B2D">
            <w:pPr>
              <w:spacing w:after="0"/>
            </w:pPr>
          </w:p>
        </w:tc>
      </w:tr>
      <w:tr w:rsidR="00D92B2D" w14:paraId="3AA06B04" w14:textId="77777777">
        <w:trPr>
          <w:cantSplit/>
          <w:trHeight w:val="408"/>
        </w:trPr>
        <w:tc>
          <w:tcPr>
            <w:tcW w:w="9637" w:type="dxa"/>
            <w:tcMar>
              <w:top w:w="90" w:type="dxa"/>
              <w:left w:w="110" w:type="dxa"/>
              <w:bottom w:w="90" w:type="dxa"/>
              <w:right w:w="110" w:type="dxa"/>
            </w:tcMar>
            <w:vAlign w:val="center"/>
          </w:tcPr>
          <w:p w14:paraId="5A34E775" w14:textId="77777777" w:rsidR="00D92B2D" w:rsidRDefault="00D92B2D">
            <w:pPr>
              <w:spacing w:after="0"/>
            </w:pPr>
          </w:p>
        </w:tc>
      </w:tr>
      <w:tr w:rsidR="00D92B2D" w14:paraId="385F0BAC" w14:textId="77777777">
        <w:trPr>
          <w:cantSplit/>
          <w:trHeight w:val="408"/>
        </w:trPr>
        <w:tc>
          <w:tcPr>
            <w:tcW w:w="9637" w:type="dxa"/>
            <w:tcMar>
              <w:top w:w="90" w:type="dxa"/>
              <w:left w:w="110" w:type="dxa"/>
              <w:bottom w:w="90" w:type="dxa"/>
              <w:right w:w="110" w:type="dxa"/>
            </w:tcMar>
            <w:vAlign w:val="center"/>
          </w:tcPr>
          <w:p w14:paraId="3736476E" w14:textId="77777777" w:rsidR="00D92B2D" w:rsidRDefault="00D92B2D">
            <w:pPr>
              <w:spacing w:after="0"/>
            </w:pPr>
          </w:p>
        </w:tc>
      </w:tr>
      <w:tr w:rsidR="00D92B2D" w14:paraId="541F01AA" w14:textId="77777777">
        <w:trPr>
          <w:cantSplit/>
          <w:trHeight w:val="408"/>
        </w:trPr>
        <w:tc>
          <w:tcPr>
            <w:tcW w:w="9637" w:type="dxa"/>
            <w:tcMar>
              <w:top w:w="90" w:type="dxa"/>
              <w:left w:w="110" w:type="dxa"/>
              <w:bottom w:w="90" w:type="dxa"/>
              <w:right w:w="110" w:type="dxa"/>
            </w:tcMar>
            <w:vAlign w:val="center"/>
          </w:tcPr>
          <w:p w14:paraId="314F8E9E" w14:textId="77777777" w:rsidR="00D92B2D" w:rsidRDefault="00D92B2D">
            <w:pPr>
              <w:spacing w:after="0"/>
            </w:pPr>
          </w:p>
        </w:tc>
      </w:tr>
      <w:tr w:rsidR="00D92B2D" w14:paraId="57235301" w14:textId="77777777">
        <w:trPr>
          <w:cantSplit/>
          <w:trHeight w:val="408"/>
        </w:trPr>
        <w:tc>
          <w:tcPr>
            <w:tcW w:w="9637" w:type="dxa"/>
            <w:tcMar>
              <w:top w:w="90" w:type="dxa"/>
              <w:left w:w="110" w:type="dxa"/>
              <w:bottom w:w="90" w:type="dxa"/>
              <w:right w:w="110" w:type="dxa"/>
            </w:tcMar>
            <w:vAlign w:val="center"/>
          </w:tcPr>
          <w:p w14:paraId="448FAE6D" w14:textId="77777777" w:rsidR="00D92B2D" w:rsidRDefault="00D92B2D">
            <w:pPr>
              <w:spacing w:after="0"/>
            </w:pPr>
          </w:p>
        </w:tc>
      </w:tr>
      <w:tr w:rsidR="00D92B2D" w14:paraId="496920B5" w14:textId="77777777">
        <w:trPr>
          <w:cantSplit/>
          <w:trHeight w:val="408"/>
        </w:trPr>
        <w:tc>
          <w:tcPr>
            <w:tcW w:w="9637" w:type="dxa"/>
            <w:tcMar>
              <w:top w:w="90" w:type="dxa"/>
              <w:left w:w="110" w:type="dxa"/>
              <w:bottom w:w="90" w:type="dxa"/>
              <w:right w:w="110" w:type="dxa"/>
            </w:tcMar>
            <w:vAlign w:val="center"/>
          </w:tcPr>
          <w:p w14:paraId="01342B2D" w14:textId="77777777" w:rsidR="00D92B2D" w:rsidRDefault="00D92B2D">
            <w:pPr>
              <w:spacing w:after="0"/>
            </w:pPr>
          </w:p>
        </w:tc>
      </w:tr>
      <w:tr w:rsidR="00D92B2D" w14:paraId="097B45D4" w14:textId="77777777">
        <w:trPr>
          <w:cantSplit/>
          <w:trHeight w:val="408"/>
        </w:trPr>
        <w:tc>
          <w:tcPr>
            <w:tcW w:w="9637" w:type="dxa"/>
            <w:tcMar>
              <w:top w:w="90" w:type="dxa"/>
              <w:left w:w="110" w:type="dxa"/>
              <w:bottom w:w="90" w:type="dxa"/>
              <w:right w:w="110" w:type="dxa"/>
            </w:tcMar>
            <w:vAlign w:val="center"/>
          </w:tcPr>
          <w:p w14:paraId="6118A4E8" w14:textId="77777777" w:rsidR="00D92B2D" w:rsidRDefault="00D92B2D">
            <w:pPr>
              <w:spacing w:after="0"/>
            </w:pPr>
          </w:p>
        </w:tc>
      </w:tr>
    </w:tbl>
    <w:p w14:paraId="59329EEB" w14:textId="77777777" w:rsidR="00D92B2D" w:rsidRDefault="000D7A00">
      <w:pPr>
        <w:pStyle w:val="Heading2"/>
        <w:spacing w:before="100" w:after="80"/>
      </w:pPr>
      <w:r>
        <w:rPr>
          <w:rFonts w:ascii="Arial" w:hAnsi="Arial"/>
          <w:color w:val="17171D"/>
          <w:sz w:val="22"/>
        </w:rPr>
        <w:t>Question 6  Equality, diversity and inclusion</w:t>
      </w:r>
    </w:p>
    <w:p w14:paraId="06079376" w14:textId="77777777" w:rsidR="00D92B2D" w:rsidRDefault="000D7A00">
      <w:pPr>
        <w:spacing w:after="60" w:line="252" w:lineRule="auto"/>
      </w:pPr>
      <w:r>
        <w:t>You overhear a learner making a discriminatory remark towards another learner. What actions would you take, and why is your response important?</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79AFF50D" w14:textId="77777777">
        <w:trPr>
          <w:cantSplit/>
          <w:trHeight w:val="408"/>
        </w:trPr>
        <w:tc>
          <w:tcPr>
            <w:tcW w:w="9637" w:type="dxa"/>
            <w:tcMar>
              <w:top w:w="90" w:type="dxa"/>
              <w:left w:w="110" w:type="dxa"/>
              <w:bottom w:w="90" w:type="dxa"/>
              <w:right w:w="110" w:type="dxa"/>
            </w:tcMar>
            <w:vAlign w:val="center"/>
          </w:tcPr>
          <w:p w14:paraId="6BB0D388" w14:textId="77777777" w:rsidR="00D92B2D" w:rsidRDefault="00D92B2D">
            <w:pPr>
              <w:spacing w:after="0"/>
            </w:pPr>
          </w:p>
        </w:tc>
      </w:tr>
      <w:tr w:rsidR="00D92B2D" w14:paraId="620645B6" w14:textId="77777777">
        <w:trPr>
          <w:cantSplit/>
          <w:trHeight w:val="408"/>
        </w:trPr>
        <w:tc>
          <w:tcPr>
            <w:tcW w:w="9637" w:type="dxa"/>
            <w:tcMar>
              <w:top w:w="90" w:type="dxa"/>
              <w:left w:w="110" w:type="dxa"/>
              <w:bottom w:w="90" w:type="dxa"/>
              <w:right w:w="110" w:type="dxa"/>
            </w:tcMar>
            <w:vAlign w:val="center"/>
          </w:tcPr>
          <w:p w14:paraId="6E58DC3F" w14:textId="77777777" w:rsidR="00D92B2D" w:rsidRDefault="00D92B2D">
            <w:pPr>
              <w:spacing w:after="0"/>
            </w:pPr>
          </w:p>
        </w:tc>
      </w:tr>
      <w:tr w:rsidR="00D92B2D" w14:paraId="00E870EC" w14:textId="77777777">
        <w:trPr>
          <w:cantSplit/>
          <w:trHeight w:val="408"/>
        </w:trPr>
        <w:tc>
          <w:tcPr>
            <w:tcW w:w="9637" w:type="dxa"/>
            <w:tcMar>
              <w:top w:w="90" w:type="dxa"/>
              <w:left w:w="110" w:type="dxa"/>
              <w:bottom w:w="90" w:type="dxa"/>
              <w:right w:w="110" w:type="dxa"/>
            </w:tcMar>
            <w:vAlign w:val="center"/>
          </w:tcPr>
          <w:p w14:paraId="25AD3574" w14:textId="77777777" w:rsidR="00D92B2D" w:rsidRDefault="00D92B2D">
            <w:pPr>
              <w:spacing w:after="0"/>
            </w:pPr>
          </w:p>
        </w:tc>
      </w:tr>
      <w:tr w:rsidR="00D92B2D" w14:paraId="7CA0648D" w14:textId="77777777">
        <w:trPr>
          <w:cantSplit/>
          <w:trHeight w:val="408"/>
        </w:trPr>
        <w:tc>
          <w:tcPr>
            <w:tcW w:w="9637" w:type="dxa"/>
            <w:tcMar>
              <w:top w:w="90" w:type="dxa"/>
              <w:left w:w="110" w:type="dxa"/>
              <w:bottom w:w="90" w:type="dxa"/>
              <w:right w:w="110" w:type="dxa"/>
            </w:tcMar>
            <w:vAlign w:val="center"/>
          </w:tcPr>
          <w:p w14:paraId="7040AFAD" w14:textId="77777777" w:rsidR="00D92B2D" w:rsidRDefault="00D92B2D">
            <w:pPr>
              <w:spacing w:after="0"/>
            </w:pPr>
          </w:p>
        </w:tc>
      </w:tr>
      <w:tr w:rsidR="00D92B2D" w14:paraId="63DE8E5D" w14:textId="77777777">
        <w:trPr>
          <w:cantSplit/>
          <w:trHeight w:val="408"/>
        </w:trPr>
        <w:tc>
          <w:tcPr>
            <w:tcW w:w="9637" w:type="dxa"/>
            <w:tcMar>
              <w:top w:w="90" w:type="dxa"/>
              <w:left w:w="110" w:type="dxa"/>
              <w:bottom w:w="90" w:type="dxa"/>
              <w:right w:w="110" w:type="dxa"/>
            </w:tcMar>
            <w:vAlign w:val="center"/>
          </w:tcPr>
          <w:p w14:paraId="303E5F66" w14:textId="77777777" w:rsidR="00D92B2D" w:rsidRDefault="00D92B2D">
            <w:pPr>
              <w:spacing w:after="0"/>
            </w:pPr>
          </w:p>
        </w:tc>
      </w:tr>
      <w:tr w:rsidR="00D92B2D" w14:paraId="1C9BFD02" w14:textId="77777777">
        <w:trPr>
          <w:cantSplit/>
          <w:trHeight w:val="408"/>
        </w:trPr>
        <w:tc>
          <w:tcPr>
            <w:tcW w:w="9637" w:type="dxa"/>
            <w:tcMar>
              <w:top w:w="90" w:type="dxa"/>
              <w:left w:w="110" w:type="dxa"/>
              <w:bottom w:w="90" w:type="dxa"/>
              <w:right w:w="110" w:type="dxa"/>
            </w:tcMar>
            <w:vAlign w:val="center"/>
          </w:tcPr>
          <w:p w14:paraId="6C087C78" w14:textId="77777777" w:rsidR="00D92B2D" w:rsidRDefault="00D92B2D">
            <w:pPr>
              <w:spacing w:after="0"/>
            </w:pPr>
          </w:p>
        </w:tc>
      </w:tr>
      <w:tr w:rsidR="00D92B2D" w14:paraId="43B397A9" w14:textId="77777777">
        <w:trPr>
          <w:cantSplit/>
          <w:trHeight w:val="408"/>
        </w:trPr>
        <w:tc>
          <w:tcPr>
            <w:tcW w:w="9637" w:type="dxa"/>
            <w:tcMar>
              <w:top w:w="90" w:type="dxa"/>
              <w:left w:w="110" w:type="dxa"/>
              <w:bottom w:w="90" w:type="dxa"/>
              <w:right w:w="110" w:type="dxa"/>
            </w:tcMar>
            <w:vAlign w:val="center"/>
          </w:tcPr>
          <w:p w14:paraId="2746017B" w14:textId="77777777" w:rsidR="00D92B2D" w:rsidRDefault="00D92B2D">
            <w:pPr>
              <w:spacing w:after="0"/>
            </w:pPr>
          </w:p>
        </w:tc>
      </w:tr>
    </w:tbl>
    <w:p w14:paraId="5BCE0F47" w14:textId="77777777" w:rsidR="00D92B2D" w:rsidRDefault="000D7A00">
      <w:r>
        <w:br w:type="page"/>
      </w:r>
    </w:p>
    <w:p w14:paraId="0B2CEB51" w14:textId="77777777" w:rsidR="00D92B2D" w:rsidRDefault="000D7A00">
      <w:pPr>
        <w:pStyle w:val="Heading1"/>
        <w:spacing w:before="160" w:after="80"/>
      </w:pPr>
      <w:r>
        <w:rPr>
          <w:rFonts w:ascii="Arial" w:hAnsi="Arial"/>
          <w:color w:val="F58220"/>
          <w:sz w:val="30"/>
        </w:rPr>
        <w:lastRenderedPageBreak/>
        <w:t>Part F  Applicant safeguarding and values questions continued</w:t>
      </w:r>
    </w:p>
    <w:p w14:paraId="554C31B4" w14:textId="77777777" w:rsidR="00D92B2D" w:rsidRDefault="000D7A00">
      <w:pPr>
        <w:pStyle w:val="Heading2"/>
        <w:spacing w:before="100" w:after="80"/>
      </w:pPr>
      <w:r>
        <w:rPr>
          <w:rFonts w:ascii="Arial" w:hAnsi="Arial"/>
          <w:color w:val="17171D"/>
          <w:sz w:val="22"/>
        </w:rPr>
        <w:t>Question 7  Professional conduct and boundaries</w:t>
      </w:r>
    </w:p>
    <w:p w14:paraId="671BB7D4" w14:textId="77777777" w:rsidR="00D92B2D" w:rsidRDefault="000D7A00">
      <w:pPr>
        <w:spacing w:after="60" w:line="252" w:lineRule="auto"/>
      </w:pPr>
      <w:r>
        <w:t>A learner sends you a friend request on social media and later messages you seeking personal support outside working hours. How would you respond?</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137A35C3" w14:textId="77777777">
        <w:trPr>
          <w:cantSplit/>
          <w:trHeight w:val="408"/>
        </w:trPr>
        <w:tc>
          <w:tcPr>
            <w:tcW w:w="9637" w:type="dxa"/>
            <w:tcMar>
              <w:top w:w="90" w:type="dxa"/>
              <w:left w:w="110" w:type="dxa"/>
              <w:bottom w:w="90" w:type="dxa"/>
              <w:right w:w="110" w:type="dxa"/>
            </w:tcMar>
            <w:vAlign w:val="center"/>
          </w:tcPr>
          <w:p w14:paraId="2D68405F" w14:textId="77777777" w:rsidR="00D92B2D" w:rsidRDefault="00D92B2D">
            <w:pPr>
              <w:spacing w:after="0"/>
            </w:pPr>
          </w:p>
        </w:tc>
      </w:tr>
      <w:tr w:rsidR="00D92B2D" w14:paraId="4022DD1A" w14:textId="77777777">
        <w:trPr>
          <w:cantSplit/>
          <w:trHeight w:val="408"/>
        </w:trPr>
        <w:tc>
          <w:tcPr>
            <w:tcW w:w="9637" w:type="dxa"/>
            <w:tcMar>
              <w:top w:w="90" w:type="dxa"/>
              <w:left w:w="110" w:type="dxa"/>
              <w:bottom w:w="90" w:type="dxa"/>
              <w:right w:w="110" w:type="dxa"/>
            </w:tcMar>
            <w:vAlign w:val="center"/>
          </w:tcPr>
          <w:p w14:paraId="526D24A0" w14:textId="77777777" w:rsidR="00D92B2D" w:rsidRDefault="00D92B2D">
            <w:pPr>
              <w:spacing w:after="0"/>
            </w:pPr>
          </w:p>
        </w:tc>
      </w:tr>
      <w:tr w:rsidR="00D92B2D" w14:paraId="64E50EA9" w14:textId="77777777">
        <w:trPr>
          <w:cantSplit/>
          <w:trHeight w:val="408"/>
        </w:trPr>
        <w:tc>
          <w:tcPr>
            <w:tcW w:w="9637" w:type="dxa"/>
            <w:tcMar>
              <w:top w:w="90" w:type="dxa"/>
              <w:left w:w="110" w:type="dxa"/>
              <w:bottom w:w="90" w:type="dxa"/>
              <w:right w:w="110" w:type="dxa"/>
            </w:tcMar>
            <w:vAlign w:val="center"/>
          </w:tcPr>
          <w:p w14:paraId="1488F328" w14:textId="77777777" w:rsidR="00D92B2D" w:rsidRDefault="00D92B2D">
            <w:pPr>
              <w:spacing w:after="0"/>
            </w:pPr>
          </w:p>
        </w:tc>
      </w:tr>
      <w:tr w:rsidR="00D92B2D" w14:paraId="696E13D8" w14:textId="77777777">
        <w:trPr>
          <w:cantSplit/>
          <w:trHeight w:val="408"/>
        </w:trPr>
        <w:tc>
          <w:tcPr>
            <w:tcW w:w="9637" w:type="dxa"/>
            <w:tcMar>
              <w:top w:w="90" w:type="dxa"/>
              <w:left w:w="110" w:type="dxa"/>
              <w:bottom w:w="90" w:type="dxa"/>
              <w:right w:w="110" w:type="dxa"/>
            </w:tcMar>
            <w:vAlign w:val="center"/>
          </w:tcPr>
          <w:p w14:paraId="42704E06" w14:textId="77777777" w:rsidR="00D92B2D" w:rsidRDefault="00D92B2D">
            <w:pPr>
              <w:spacing w:after="0"/>
            </w:pPr>
          </w:p>
        </w:tc>
      </w:tr>
      <w:tr w:rsidR="00D92B2D" w14:paraId="6C4688F8" w14:textId="77777777">
        <w:trPr>
          <w:cantSplit/>
          <w:trHeight w:val="408"/>
        </w:trPr>
        <w:tc>
          <w:tcPr>
            <w:tcW w:w="9637" w:type="dxa"/>
            <w:tcMar>
              <w:top w:w="90" w:type="dxa"/>
              <w:left w:w="110" w:type="dxa"/>
              <w:bottom w:w="90" w:type="dxa"/>
              <w:right w:w="110" w:type="dxa"/>
            </w:tcMar>
            <w:vAlign w:val="center"/>
          </w:tcPr>
          <w:p w14:paraId="3EFC333D" w14:textId="77777777" w:rsidR="00D92B2D" w:rsidRDefault="00D92B2D">
            <w:pPr>
              <w:spacing w:after="0"/>
            </w:pPr>
          </w:p>
        </w:tc>
      </w:tr>
      <w:tr w:rsidR="00D92B2D" w14:paraId="78F7E627" w14:textId="77777777">
        <w:trPr>
          <w:cantSplit/>
          <w:trHeight w:val="408"/>
        </w:trPr>
        <w:tc>
          <w:tcPr>
            <w:tcW w:w="9637" w:type="dxa"/>
            <w:tcMar>
              <w:top w:w="90" w:type="dxa"/>
              <w:left w:w="110" w:type="dxa"/>
              <w:bottom w:w="90" w:type="dxa"/>
              <w:right w:w="110" w:type="dxa"/>
            </w:tcMar>
            <w:vAlign w:val="center"/>
          </w:tcPr>
          <w:p w14:paraId="69017BD1" w14:textId="77777777" w:rsidR="00D92B2D" w:rsidRDefault="00D92B2D">
            <w:pPr>
              <w:spacing w:after="0"/>
            </w:pPr>
          </w:p>
        </w:tc>
      </w:tr>
      <w:tr w:rsidR="00D92B2D" w14:paraId="52FCE44B" w14:textId="77777777">
        <w:trPr>
          <w:cantSplit/>
          <w:trHeight w:val="408"/>
        </w:trPr>
        <w:tc>
          <w:tcPr>
            <w:tcW w:w="9637" w:type="dxa"/>
            <w:tcMar>
              <w:top w:w="90" w:type="dxa"/>
              <w:left w:w="110" w:type="dxa"/>
              <w:bottom w:w="90" w:type="dxa"/>
              <w:right w:w="110" w:type="dxa"/>
            </w:tcMar>
            <w:vAlign w:val="center"/>
          </w:tcPr>
          <w:p w14:paraId="59454F37" w14:textId="77777777" w:rsidR="00D92B2D" w:rsidRDefault="00D92B2D">
            <w:pPr>
              <w:spacing w:after="0"/>
            </w:pPr>
          </w:p>
        </w:tc>
      </w:tr>
      <w:tr w:rsidR="00D92B2D" w14:paraId="023F7896" w14:textId="77777777">
        <w:trPr>
          <w:cantSplit/>
          <w:trHeight w:val="408"/>
        </w:trPr>
        <w:tc>
          <w:tcPr>
            <w:tcW w:w="9637" w:type="dxa"/>
            <w:tcMar>
              <w:top w:w="90" w:type="dxa"/>
              <w:left w:w="110" w:type="dxa"/>
              <w:bottom w:w="90" w:type="dxa"/>
              <w:right w:w="110" w:type="dxa"/>
            </w:tcMar>
            <w:vAlign w:val="center"/>
          </w:tcPr>
          <w:p w14:paraId="4ACEFFFD" w14:textId="77777777" w:rsidR="00D92B2D" w:rsidRDefault="00D92B2D">
            <w:pPr>
              <w:spacing w:after="0"/>
            </w:pPr>
          </w:p>
        </w:tc>
      </w:tr>
      <w:tr w:rsidR="00D92B2D" w14:paraId="572E6B9A" w14:textId="77777777">
        <w:trPr>
          <w:cantSplit/>
          <w:trHeight w:val="408"/>
        </w:trPr>
        <w:tc>
          <w:tcPr>
            <w:tcW w:w="9637" w:type="dxa"/>
            <w:tcMar>
              <w:top w:w="90" w:type="dxa"/>
              <w:left w:w="110" w:type="dxa"/>
              <w:bottom w:w="90" w:type="dxa"/>
              <w:right w:w="110" w:type="dxa"/>
            </w:tcMar>
            <w:vAlign w:val="center"/>
          </w:tcPr>
          <w:p w14:paraId="5801C6A4" w14:textId="77777777" w:rsidR="00D92B2D" w:rsidRDefault="00D92B2D">
            <w:pPr>
              <w:spacing w:after="0"/>
            </w:pPr>
          </w:p>
        </w:tc>
      </w:tr>
      <w:tr w:rsidR="00D92B2D" w14:paraId="5D692390" w14:textId="77777777">
        <w:trPr>
          <w:cantSplit/>
          <w:trHeight w:val="408"/>
        </w:trPr>
        <w:tc>
          <w:tcPr>
            <w:tcW w:w="9637" w:type="dxa"/>
            <w:tcMar>
              <w:top w:w="90" w:type="dxa"/>
              <w:left w:w="110" w:type="dxa"/>
              <w:bottom w:w="90" w:type="dxa"/>
              <w:right w:w="110" w:type="dxa"/>
            </w:tcMar>
            <w:vAlign w:val="center"/>
          </w:tcPr>
          <w:p w14:paraId="2AE2E49D" w14:textId="77777777" w:rsidR="00D92B2D" w:rsidRDefault="00D92B2D">
            <w:pPr>
              <w:spacing w:after="0"/>
            </w:pPr>
          </w:p>
        </w:tc>
      </w:tr>
      <w:tr w:rsidR="00D92B2D" w14:paraId="2B0EE402" w14:textId="77777777">
        <w:trPr>
          <w:cantSplit/>
          <w:trHeight w:val="408"/>
        </w:trPr>
        <w:tc>
          <w:tcPr>
            <w:tcW w:w="9637" w:type="dxa"/>
            <w:tcMar>
              <w:top w:w="90" w:type="dxa"/>
              <w:left w:w="110" w:type="dxa"/>
              <w:bottom w:w="90" w:type="dxa"/>
              <w:right w:w="110" w:type="dxa"/>
            </w:tcMar>
            <w:vAlign w:val="center"/>
          </w:tcPr>
          <w:p w14:paraId="258644EC" w14:textId="77777777" w:rsidR="00D92B2D" w:rsidRDefault="00D92B2D">
            <w:pPr>
              <w:spacing w:after="0"/>
            </w:pPr>
          </w:p>
        </w:tc>
      </w:tr>
    </w:tbl>
    <w:p w14:paraId="754DE522" w14:textId="77777777" w:rsidR="00D92B2D" w:rsidRDefault="000D7A00">
      <w:r>
        <w:br w:type="page"/>
      </w:r>
    </w:p>
    <w:p w14:paraId="485C4356" w14:textId="77777777" w:rsidR="00D92B2D" w:rsidRDefault="000D7A00">
      <w:pPr>
        <w:pStyle w:val="Heading1"/>
        <w:spacing w:before="160" w:after="80"/>
      </w:pPr>
      <w:r>
        <w:rPr>
          <w:rFonts w:ascii="Arial" w:hAnsi="Arial"/>
          <w:color w:val="F58220"/>
          <w:sz w:val="30"/>
        </w:rPr>
        <w:lastRenderedPageBreak/>
        <w:t>Part G  Additional declarations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9"/>
      </w:tblGrid>
      <w:tr w:rsidR="00D92B2D" w14:paraId="0FBD9A8C" w14:textId="77777777">
        <w:trPr>
          <w:cantSplit/>
          <w:trHeight w:val="425"/>
          <w:jc w:val="center"/>
        </w:trPr>
        <w:tc>
          <w:tcPr>
            <w:tcW w:w="4818" w:type="dxa"/>
            <w:tcMar>
              <w:top w:w="90" w:type="dxa"/>
              <w:left w:w="110" w:type="dxa"/>
              <w:bottom w:w="90" w:type="dxa"/>
              <w:right w:w="110" w:type="dxa"/>
            </w:tcMar>
            <w:vAlign w:val="center"/>
          </w:tcPr>
          <w:p w14:paraId="169008FF" w14:textId="77777777" w:rsidR="00D92B2D" w:rsidRDefault="000D7A00">
            <w:r>
              <w:rPr>
                <w:color w:val="000000"/>
                <w:sz w:val="17"/>
              </w:rPr>
              <w:t>Have you worked for BSA previously?  ☐ Yes  ☐ No</w:t>
            </w:r>
          </w:p>
        </w:tc>
        <w:tc>
          <w:tcPr>
            <w:tcW w:w="4818" w:type="dxa"/>
            <w:tcMar>
              <w:top w:w="90" w:type="dxa"/>
              <w:left w:w="110" w:type="dxa"/>
              <w:bottom w:w="90" w:type="dxa"/>
              <w:right w:w="110" w:type="dxa"/>
            </w:tcMar>
            <w:vAlign w:val="center"/>
          </w:tcPr>
          <w:p w14:paraId="2EB5CE71" w14:textId="77777777" w:rsidR="00D92B2D" w:rsidRDefault="000D7A00">
            <w:r>
              <w:rPr>
                <w:color w:val="000000"/>
                <w:sz w:val="17"/>
              </w:rPr>
              <w:t>If yes, give dates and role below</w:t>
            </w:r>
          </w:p>
        </w:tc>
      </w:tr>
      <w:tr w:rsidR="00D92B2D" w14:paraId="2FA54A5E" w14:textId="77777777">
        <w:trPr>
          <w:cantSplit/>
          <w:trHeight w:val="425"/>
          <w:jc w:val="center"/>
        </w:trPr>
        <w:tc>
          <w:tcPr>
            <w:tcW w:w="4818" w:type="dxa"/>
            <w:tcMar>
              <w:top w:w="90" w:type="dxa"/>
              <w:left w:w="110" w:type="dxa"/>
              <w:bottom w:w="90" w:type="dxa"/>
              <w:right w:w="110" w:type="dxa"/>
            </w:tcMar>
            <w:vAlign w:val="center"/>
          </w:tcPr>
          <w:p w14:paraId="77DEA9FF" w14:textId="77777777" w:rsidR="00D92B2D" w:rsidRDefault="000D7A00">
            <w:r>
              <w:rPr>
                <w:color w:val="000000"/>
                <w:sz w:val="17"/>
              </w:rPr>
              <w:t>Are you related to or in a close personal relationship with a proprietor, governor, senior leader or employee?  ☐ Yes  ☐ No</w:t>
            </w:r>
          </w:p>
        </w:tc>
        <w:tc>
          <w:tcPr>
            <w:tcW w:w="4818" w:type="dxa"/>
            <w:tcMar>
              <w:top w:w="90" w:type="dxa"/>
              <w:left w:w="110" w:type="dxa"/>
              <w:bottom w:w="90" w:type="dxa"/>
              <w:right w:w="110" w:type="dxa"/>
            </w:tcMar>
            <w:vAlign w:val="center"/>
          </w:tcPr>
          <w:p w14:paraId="342CA43B" w14:textId="77777777" w:rsidR="00D92B2D" w:rsidRDefault="000D7A00">
            <w:r>
              <w:rPr>
                <w:color w:val="000000"/>
                <w:sz w:val="17"/>
              </w:rPr>
              <w:t>If yes, give details below</w:t>
            </w:r>
          </w:p>
        </w:tc>
      </w:tr>
      <w:tr w:rsidR="00D92B2D" w14:paraId="1AAABF67" w14:textId="77777777">
        <w:tblPrEx>
          <w:jc w:val="lef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rPr>
          <w:cantSplit/>
          <w:trHeight w:val="408"/>
        </w:trPr>
        <w:tc>
          <w:tcPr>
            <w:tcW w:w="9637" w:type="dxa"/>
            <w:gridSpan w:val="2"/>
            <w:tcMar>
              <w:top w:w="90" w:type="dxa"/>
              <w:left w:w="110" w:type="dxa"/>
              <w:bottom w:w="90" w:type="dxa"/>
              <w:right w:w="110" w:type="dxa"/>
            </w:tcMar>
            <w:vAlign w:val="center"/>
          </w:tcPr>
          <w:p w14:paraId="7322D74E" w14:textId="77777777" w:rsidR="00D92B2D" w:rsidRDefault="00D92B2D">
            <w:pPr>
              <w:spacing w:after="0"/>
            </w:pPr>
          </w:p>
        </w:tc>
      </w:tr>
      <w:tr w:rsidR="00D92B2D" w14:paraId="239D1BD0" w14:textId="77777777">
        <w:tblPrEx>
          <w:jc w:val="lef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rPr>
          <w:cantSplit/>
          <w:trHeight w:val="408"/>
        </w:trPr>
        <w:tc>
          <w:tcPr>
            <w:tcW w:w="9637" w:type="dxa"/>
            <w:gridSpan w:val="2"/>
            <w:tcMar>
              <w:top w:w="90" w:type="dxa"/>
              <w:left w:w="110" w:type="dxa"/>
              <w:bottom w:w="90" w:type="dxa"/>
              <w:right w:w="110" w:type="dxa"/>
            </w:tcMar>
            <w:vAlign w:val="center"/>
          </w:tcPr>
          <w:p w14:paraId="237D93D5" w14:textId="77777777" w:rsidR="00D92B2D" w:rsidRDefault="00D92B2D">
            <w:pPr>
              <w:spacing w:after="0"/>
            </w:pPr>
          </w:p>
        </w:tc>
      </w:tr>
      <w:tr w:rsidR="00D92B2D" w14:paraId="156D06CA" w14:textId="77777777">
        <w:tblPrEx>
          <w:jc w:val="lef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rPr>
          <w:cantSplit/>
          <w:trHeight w:val="408"/>
        </w:trPr>
        <w:tc>
          <w:tcPr>
            <w:tcW w:w="9637" w:type="dxa"/>
            <w:gridSpan w:val="2"/>
            <w:tcMar>
              <w:top w:w="90" w:type="dxa"/>
              <w:left w:w="110" w:type="dxa"/>
              <w:bottom w:w="90" w:type="dxa"/>
              <w:right w:w="110" w:type="dxa"/>
            </w:tcMar>
            <w:vAlign w:val="center"/>
          </w:tcPr>
          <w:p w14:paraId="5D40AE56" w14:textId="77777777" w:rsidR="00D92B2D" w:rsidRDefault="00D92B2D">
            <w:pPr>
              <w:spacing w:after="0"/>
            </w:pPr>
          </w:p>
        </w:tc>
      </w:tr>
      <w:tr w:rsidR="00D92B2D" w14:paraId="27D7B29C" w14:textId="77777777">
        <w:tblPrEx>
          <w:jc w:val="lef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rPr>
          <w:cantSplit/>
          <w:trHeight w:val="408"/>
        </w:trPr>
        <w:tc>
          <w:tcPr>
            <w:tcW w:w="9637" w:type="dxa"/>
            <w:gridSpan w:val="2"/>
            <w:tcMar>
              <w:top w:w="90" w:type="dxa"/>
              <w:left w:w="110" w:type="dxa"/>
              <w:bottom w:w="90" w:type="dxa"/>
              <w:right w:w="110" w:type="dxa"/>
            </w:tcMar>
            <w:vAlign w:val="center"/>
          </w:tcPr>
          <w:p w14:paraId="12AA3C4B" w14:textId="77777777" w:rsidR="00D92B2D" w:rsidRDefault="00D92B2D">
            <w:pPr>
              <w:spacing w:after="0"/>
            </w:pPr>
          </w:p>
        </w:tc>
      </w:tr>
    </w:tbl>
    <w:p w14:paraId="18EBC857" w14:textId="77777777" w:rsidR="00D92B2D" w:rsidRDefault="000D7A00">
      <w:pPr>
        <w:pStyle w:val="Heading1"/>
        <w:spacing w:before="160" w:after="80"/>
      </w:pPr>
      <w:r>
        <w:rPr>
          <w:rFonts w:ascii="Arial" w:hAnsi="Arial"/>
          <w:color w:val="F58220"/>
          <w:sz w:val="30"/>
        </w:rPr>
        <w:t>Part H  Applicant declaration</w:t>
      </w:r>
    </w:p>
    <w:p w14:paraId="287177E4" w14:textId="77777777" w:rsidR="00D92B2D" w:rsidRDefault="000D7A00">
      <w:pPr>
        <w:pStyle w:val="ListBullet"/>
        <w:spacing w:after="30"/>
      </w:pPr>
      <w:r>
        <w:rPr>
          <w:sz w:val="17"/>
        </w:rPr>
        <w:t>☐ I declare that the information in Parts A to H and any continuation pages is true, complete and accurate.</w:t>
      </w:r>
    </w:p>
    <w:p w14:paraId="241127D8" w14:textId="77777777" w:rsidR="00D92B2D" w:rsidRDefault="000D7A00">
      <w:pPr>
        <w:pStyle w:val="ListBullet"/>
        <w:spacing w:after="30"/>
      </w:pPr>
      <w:r>
        <w:rPr>
          <w:sz w:val="17"/>
        </w:rPr>
        <w:t>☐ I understand that deliberately false, misleading or materially incomplete information may result in withdrawal of my application or offer and, if employed, disciplinary action or dismissal.</w:t>
      </w:r>
    </w:p>
    <w:p w14:paraId="41323DEB" w14:textId="77777777" w:rsidR="00D92B2D" w:rsidRDefault="000D7A00">
      <w:pPr>
        <w:pStyle w:val="ListBullet"/>
        <w:spacing w:after="30"/>
      </w:pPr>
      <w:r>
        <w:rPr>
          <w:sz w:val="17"/>
        </w:rPr>
        <w:t>☐ I authorise the Academy to obtain professional references and undertake the lawful checks appropriate to the role and recruitment stage.</w:t>
      </w:r>
    </w:p>
    <w:p w14:paraId="3F7E3FE8" w14:textId="77777777" w:rsidR="00D92B2D" w:rsidRDefault="000D7A00">
      <w:pPr>
        <w:pStyle w:val="ListBullet"/>
        <w:spacing w:after="30"/>
      </w:pPr>
      <w:r>
        <w:rPr>
          <w:sz w:val="17"/>
        </w:rPr>
        <w:t>☐ I understand that any offer is conditional on satisfactory completion of the required pre-employment checks.</w:t>
      </w:r>
    </w:p>
    <w:p w14:paraId="69667175" w14:textId="77777777" w:rsidR="00D92B2D" w:rsidRDefault="000D7A00">
      <w:pPr>
        <w:pStyle w:val="ListBullet"/>
        <w:spacing w:after="30"/>
      </w:pPr>
      <w:r>
        <w:rPr>
          <w:sz w:val="17"/>
        </w:rPr>
        <w:t>☐ I have read the recruitment privacy information in this pack.</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294D7ED4" w14:textId="77777777">
        <w:trPr>
          <w:cantSplit/>
          <w:trHeight w:val="425"/>
          <w:jc w:val="center"/>
        </w:trPr>
        <w:tc>
          <w:tcPr>
            <w:tcW w:w="4818" w:type="dxa"/>
            <w:tcMar>
              <w:top w:w="90" w:type="dxa"/>
              <w:left w:w="110" w:type="dxa"/>
              <w:bottom w:w="90" w:type="dxa"/>
              <w:right w:w="110" w:type="dxa"/>
            </w:tcMar>
            <w:vAlign w:val="center"/>
          </w:tcPr>
          <w:p w14:paraId="1A1B8EF7" w14:textId="77777777" w:rsidR="00D92B2D" w:rsidRDefault="000D7A00">
            <w:r>
              <w:rPr>
                <w:color w:val="000000"/>
                <w:sz w:val="17"/>
              </w:rPr>
              <w:t>Applicant full name</w:t>
            </w:r>
          </w:p>
        </w:tc>
        <w:tc>
          <w:tcPr>
            <w:tcW w:w="4818" w:type="dxa"/>
            <w:tcMar>
              <w:top w:w="90" w:type="dxa"/>
              <w:left w:w="110" w:type="dxa"/>
              <w:bottom w:w="90" w:type="dxa"/>
              <w:right w:w="110" w:type="dxa"/>
            </w:tcMar>
            <w:vAlign w:val="center"/>
          </w:tcPr>
          <w:p w14:paraId="2E485E11" w14:textId="77777777" w:rsidR="00D92B2D" w:rsidRDefault="000D7A00">
            <w:r>
              <w:rPr>
                <w:color w:val="000000"/>
                <w:sz w:val="17"/>
              </w:rPr>
              <w:t>Date</w:t>
            </w:r>
          </w:p>
        </w:tc>
      </w:tr>
      <w:tr w:rsidR="00D92B2D" w14:paraId="0CE8F3FF" w14:textId="77777777">
        <w:trPr>
          <w:cantSplit/>
          <w:trHeight w:val="425"/>
          <w:jc w:val="center"/>
        </w:trPr>
        <w:tc>
          <w:tcPr>
            <w:tcW w:w="4818" w:type="dxa"/>
            <w:tcMar>
              <w:top w:w="90" w:type="dxa"/>
              <w:left w:w="110" w:type="dxa"/>
              <w:bottom w:w="90" w:type="dxa"/>
              <w:right w:w="110" w:type="dxa"/>
            </w:tcMar>
            <w:vAlign w:val="center"/>
          </w:tcPr>
          <w:p w14:paraId="1D075DE4" w14:textId="77777777" w:rsidR="00D92B2D" w:rsidRDefault="000D7A00">
            <w:r>
              <w:rPr>
                <w:color w:val="000000"/>
                <w:sz w:val="17"/>
              </w:rPr>
              <w:t>Signature</w:t>
            </w:r>
          </w:p>
        </w:tc>
        <w:tc>
          <w:tcPr>
            <w:tcW w:w="4818" w:type="dxa"/>
            <w:tcMar>
              <w:top w:w="90" w:type="dxa"/>
              <w:left w:w="110" w:type="dxa"/>
              <w:bottom w:w="90" w:type="dxa"/>
              <w:right w:w="110" w:type="dxa"/>
            </w:tcMar>
            <w:vAlign w:val="center"/>
          </w:tcPr>
          <w:p w14:paraId="3EA9A342" w14:textId="77777777" w:rsidR="00D92B2D" w:rsidRDefault="000D7A00">
            <w:r>
              <w:rPr>
                <w:color w:val="000000"/>
                <w:sz w:val="17"/>
              </w:rPr>
              <w:t>Continuation pages attached: ☐ Yes  ☐ No</w:t>
            </w:r>
          </w:p>
        </w:tc>
      </w:tr>
    </w:tbl>
    <w:p w14:paraId="5FE52905" w14:textId="77777777" w:rsidR="00D92B2D" w:rsidRDefault="000D7A00">
      <w:r>
        <w:br w:type="page"/>
      </w:r>
    </w:p>
    <w:p w14:paraId="7563852C" w14:textId="77777777" w:rsidR="00D92B2D" w:rsidRDefault="000D7A00">
      <w:pPr>
        <w:pStyle w:val="Heading1"/>
        <w:spacing w:before="160" w:after="80"/>
      </w:pPr>
      <w:r>
        <w:rPr>
          <w:rFonts w:ascii="Arial" w:hAnsi="Arial"/>
          <w:color w:val="F58220"/>
          <w:sz w:val="30"/>
        </w:rPr>
        <w:lastRenderedPageBreak/>
        <w:t>Part I  Confidential shortlisted-candidate self-declaration</w:t>
      </w:r>
    </w:p>
    <w:p w14:paraId="05F8D975" w14:textId="77777777" w:rsidR="00D92B2D" w:rsidRDefault="000D7A00">
      <w:pPr>
        <w:spacing w:after="80" w:line="252" w:lineRule="auto"/>
      </w:pPr>
      <w:r>
        <w:t>Complete this part only if HR confirms that you have been shortlisted. Return it separately and confidentially. A declaration does not automatically prevent appointment. Information will be assessed fairly, proportionately and only by authorised people.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3572"/>
        <w:gridCol w:w="623"/>
        <w:gridCol w:w="623"/>
        <w:gridCol w:w="400"/>
      </w:tblGrid>
      <w:tr w:rsidR="00D92B2D" w14:paraId="1673E8DA" w14:textId="77777777">
        <w:trPr>
          <w:cantSplit/>
          <w:trHeight w:val="425"/>
          <w:jc w:val="center"/>
        </w:trPr>
        <w:tc>
          <w:tcPr>
            <w:tcW w:w="4818" w:type="dxa"/>
            <w:tcMar>
              <w:top w:w="90" w:type="dxa"/>
              <w:left w:w="110" w:type="dxa"/>
              <w:bottom w:w="90" w:type="dxa"/>
              <w:right w:w="110" w:type="dxa"/>
            </w:tcMar>
            <w:vAlign w:val="center"/>
          </w:tcPr>
          <w:p w14:paraId="36BB0358" w14:textId="77777777" w:rsidR="00D92B2D" w:rsidRDefault="000D7A00">
            <w:r>
              <w:rPr>
                <w:color w:val="000000"/>
                <w:sz w:val="17"/>
              </w:rPr>
              <w:t>Post applied for</w:t>
            </w:r>
          </w:p>
        </w:tc>
        <w:tc>
          <w:tcPr>
            <w:tcW w:w="4818" w:type="dxa"/>
            <w:gridSpan w:val="4"/>
            <w:tcMar>
              <w:top w:w="90" w:type="dxa"/>
              <w:left w:w="110" w:type="dxa"/>
              <w:bottom w:w="90" w:type="dxa"/>
              <w:right w:w="110" w:type="dxa"/>
            </w:tcMar>
            <w:vAlign w:val="center"/>
          </w:tcPr>
          <w:p w14:paraId="3F7C1665" w14:textId="77777777" w:rsidR="00D92B2D" w:rsidRDefault="000D7A00">
            <w:r>
              <w:rPr>
                <w:color w:val="000000"/>
                <w:sz w:val="17"/>
              </w:rPr>
              <w:t>Candidate name</w:t>
            </w:r>
          </w:p>
        </w:tc>
      </w:tr>
      <w:tr w:rsidR="00D92B2D" w14:paraId="35E9707B" w14:textId="77777777">
        <w:trPr>
          <w:cantSplit/>
          <w:trHeight w:val="425"/>
          <w:jc w:val="center"/>
        </w:trPr>
        <w:tc>
          <w:tcPr>
            <w:tcW w:w="4818" w:type="dxa"/>
            <w:tcMar>
              <w:top w:w="90" w:type="dxa"/>
              <w:left w:w="110" w:type="dxa"/>
              <w:bottom w:w="90" w:type="dxa"/>
              <w:right w:w="110" w:type="dxa"/>
            </w:tcMar>
            <w:vAlign w:val="center"/>
          </w:tcPr>
          <w:p w14:paraId="77B8A399" w14:textId="77777777" w:rsidR="00D92B2D" w:rsidRDefault="000D7A00">
            <w:r>
              <w:rPr>
                <w:color w:val="000000"/>
                <w:sz w:val="17"/>
              </w:rPr>
              <w:t>Interview date</w:t>
            </w:r>
          </w:p>
        </w:tc>
        <w:tc>
          <w:tcPr>
            <w:tcW w:w="4818" w:type="dxa"/>
            <w:gridSpan w:val="4"/>
            <w:tcMar>
              <w:top w:w="90" w:type="dxa"/>
              <w:left w:w="110" w:type="dxa"/>
              <w:bottom w:w="90" w:type="dxa"/>
              <w:right w:w="110" w:type="dxa"/>
            </w:tcMar>
            <w:vAlign w:val="center"/>
          </w:tcPr>
          <w:p w14:paraId="01690B76" w14:textId="77777777" w:rsidR="00D92B2D" w:rsidRDefault="000D7A00">
            <w:r>
              <w:rPr>
                <w:color w:val="000000"/>
                <w:sz w:val="17"/>
              </w:rPr>
              <w:t>Vacancy reference</w:t>
            </w:r>
          </w:p>
        </w:tc>
      </w:tr>
      <w:tr w:rsidR="00D92B2D" w14:paraId="4406695A" w14:textId="77777777">
        <w:trPr>
          <w:gridAfter w:val="1"/>
          <w:wAfter w:w="400" w:type="dxa"/>
          <w:tblHeader/>
          <w:jc w:val="center"/>
        </w:trPr>
        <w:tc>
          <w:tcPr>
            <w:tcW w:w="8390" w:type="dxa"/>
            <w:gridSpan w:val="2"/>
            <w:shd w:val="clear" w:color="auto" w:fill="17171D"/>
            <w:tcMar>
              <w:top w:w="90" w:type="dxa"/>
              <w:left w:w="110" w:type="dxa"/>
              <w:bottom w:w="90" w:type="dxa"/>
              <w:right w:w="110" w:type="dxa"/>
            </w:tcMar>
            <w:vAlign w:val="center"/>
          </w:tcPr>
          <w:p w14:paraId="578CE484" w14:textId="77777777" w:rsidR="00D92B2D" w:rsidRDefault="000D7A00">
            <w:pPr>
              <w:spacing w:after="0"/>
              <w:jc w:val="center"/>
            </w:pPr>
            <w:r>
              <w:rPr>
                <w:b/>
                <w:color w:val="FFFFFF"/>
                <w:sz w:val="16"/>
              </w:rPr>
              <w:t>Declaration question</w:t>
            </w:r>
          </w:p>
        </w:tc>
        <w:tc>
          <w:tcPr>
            <w:tcW w:w="623" w:type="dxa"/>
            <w:shd w:val="clear" w:color="auto" w:fill="17171D"/>
            <w:tcMar>
              <w:top w:w="90" w:type="dxa"/>
              <w:left w:w="110" w:type="dxa"/>
              <w:bottom w:w="90" w:type="dxa"/>
              <w:right w:w="110" w:type="dxa"/>
            </w:tcMar>
            <w:vAlign w:val="center"/>
          </w:tcPr>
          <w:p w14:paraId="53278C58" w14:textId="77777777" w:rsidR="00D92B2D" w:rsidRDefault="000D7A00">
            <w:pPr>
              <w:spacing w:after="0"/>
              <w:jc w:val="center"/>
            </w:pPr>
            <w:r>
              <w:rPr>
                <w:b/>
                <w:color w:val="FFFFFF"/>
                <w:sz w:val="16"/>
              </w:rPr>
              <w:t>Yes</w:t>
            </w:r>
          </w:p>
        </w:tc>
        <w:tc>
          <w:tcPr>
            <w:tcW w:w="623" w:type="dxa"/>
            <w:shd w:val="clear" w:color="auto" w:fill="17171D"/>
            <w:tcMar>
              <w:top w:w="90" w:type="dxa"/>
              <w:left w:w="110" w:type="dxa"/>
              <w:bottom w:w="90" w:type="dxa"/>
              <w:right w:w="110" w:type="dxa"/>
            </w:tcMar>
            <w:vAlign w:val="center"/>
          </w:tcPr>
          <w:p w14:paraId="2F3FF77E" w14:textId="77777777" w:rsidR="00D92B2D" w:rsidRDefault="000D7A00">
            <w:pPr>
              <w:spacing w:after="0"/>
              <w:jc w:val="center"/>
            </w:pPr>
            <w:r>
              <w:rPr>
                <w:b/>
                <w:color w:val="FFFFFF"/>
                <w:sz w:val="16"/>
              </w:rPr>
              <w:t>No</w:t>
            </w:r>
          </w:p>
        </w:tc>
      </w:tr>
      <w:tr w:rsidR="00D92B2D" w14:paraId="083F6791" w14:textId="77777777">
        <w:trPr>
          <w:gridAfter w:val="1"/>
          <w:wAfter w:w="400" w:type="dxa"/>
          <w:cantSplit/>
          <w:jc w:val="center"/>
        </w:trPr>
        <w:tc>
          <w:tcPr>
            <w:tcW w:w="8390" w:type="dxa"/>
            <w:gridSpan w:val="2"/>
            <w:tcMar>
              <w:top w:w="90" w:type="dxa"/>
              <w:left w:w="110" w:type="dxa"/>
              <w:bottom w:w="90" w:type="dxa"/>
              <w:right w:w="110" w:type="dxa"/>
            </w:tcMar>
            <w:vAlign w:val="center"/>
          </w:tcPr>
          <w:p w14:paraId="45046D99" w14:textId="77777777" w:rsidR="00D92B2D" w:rsidRDefault="000D7A00">
            <w:pPr>
              <w:spacing w:after="0"/>
            </w:pPr>
            <w:r>
              <w:rPr>
                <w:color w:val="000000"/>
                <w:sz w:val="15"/>
              </w:rPr>
              <w:t>Are you included on a list barring you from regulated activity with children?</w:t>
            </w:r>
          </w:p>
        </w:tc>
        <w:tc>
          <w:tcPr>
            <w:tcW w:w="623" w:type="dxa"/>
            <w:tcMar>
              <w:top w:w="90" w:type="dxa"/>
              <w:left w:w="110" w:type="dxa"/>
              <w:bottom w:w="90" w:type="dxa"/>
              <w:right w:w="110" w:type="dxa"/>
            </w:tcMar>
            <w:vAlign w:val="center"/>
          </w:tcPr>
          <w:p w14:paraId="55ED607F" w14:textId="77777777" w:rsidR="00D92B2D" w:rsidRDefault="000D7A00">
            <w:pPr>
              <w:spacing w:after="0"/>
            </w:pPr>
            <w:r>
              <w:rPr>
                <w:color w:val="000000"/>
                <w:sz w:val="15"/>
              </w:rPr>
              <w:t>☐</w:t>
            </w:r>
          </w:p>
        </w:tc>
        <w:tc>
          <w:tcPr>
            <w:tcW w:w="623" w:type="dxa"/>
            <w:tcMar>
              <w:top w:w="90" w:type="dxa"/>
              <w:left w:w="110" w:type="dxa"/>
              <w:bottom w:w="90" w:type="dxa"/>
              <w:right w:w="110" w:type="dxa"/>
            </w:tcMar>
            <w:vAlign w:val="center"/>
          </w:tcPr>
          <w:p w14:paraId="0E9BC0C8" w14:textId="77777777" w:rsidR="00D92B2D" w:rsidRDefault="000D7A00">
            <w:pPr>
              <w:spacing w:after="0"/>
            </w:pPr>
            <w:r>
              <w:rPr>
                <w:color w:val="000000"/>
                <w:sz w:val="15"/>
              </w:rPr>
              <w:t>☐</w:t>
            </w:r>
          </w:p>
        </w:tc>
      </w:tr>
      <w:tr w:rsidR="00D92B2D" w14:paraId="1189F2F3" w14:textId="77777777">
        <w:trPr>
          <w:gridAfter w:val="1"/>
          <w:wAfter w:w="400" w:type="dxa"/>
          <w:cantSplit/>
          <w:jc w:val="center"/>
        </w:trPr>
        <w:tc>
          <w:tcPr>
            <w:tcW w:w="8390" w:type="dxa"/>
            <w:gridSpan w:val="2"/>
            <w:shd w:val="clear" w:color="auto" w:fill="FAFAFA"/>
            <w:tcMar>
              <w:top w:w="90" w:type="dxa"/>
              <w:left w:w="110" w:type="dxa"/>
              <w:bottom w:w="90" w:type="dxa"/>
              <w:right w:w="110" w:type="dxa"/>
            </w:tcMar>
            <w:vAlign w:val="center"/>
          </w:tcPr>
          <w:p w14:paraId="0374CDEB" w14:textId="77777777" w:rsidR="00D92B2D" w:rsidRDefault="000D7A00">
            <w:pPr>
              <w:spacing w:after="0"/>
            </w:pPr>
            <w:r>
              <w:rPr>
                <w:color w:val="000000"/>
                <w:sz w:val="15"/>
              </w:rPr>
              <w:t>Are you prohibited from teaching or subject to restrictions imposed by the Secretary of State or Teaching Regulation Agency?</w:t>
            </w:r>
          </w:p>
        </w:tc>
        <w:tc>
          <w:tcPr>
            <w:tcW w:w="623" w:type="dxa"/>
            <w:shd w:val="clear" w:color="auto" w:fill="FAFAFA"/>
            <w:tcMar>
              <w:top w:w="90" w:type="dxa"/>
              <w:left w:w="110" w:type="dxa"/>
              <w:bottom w:w="90" w:type="dxa"/>
              <w:right w:w="110" w:type="dxa"/>
            </w:tcMar>
            <w:vAlign w:val="center"/>
          </w:tcPr>
          <w:p w14:paraId="330C523D" w14:textId="77777777" w:rsidR="00D92B2D" w:rsidRDefault="000D7A00">
            <w:pPr>
              <w:spacing w:after="0"/>
            </w:pPr>
            <w:r>
              <w:rPr>
                <w:color w:val="000000"/>
                <w:sz w:val="15"/>
              </w:rPr>
              <w:t>☐</w:t>
            </w:r>
          </w:p>
        </w:tc>
        <w:tc>
          <w:tcPr>
            <w:tcW w:w="623" w:type="dxa"/>
            <w:shd w:val="clear" w:color="auto" w:fill="FAFAFA"/>
            <w:tcMar>
              <w:top w:w="90" w:type="dxa"/>
              <w:left w:w="110" w:type="dxa"/>
              <w:bottom w:w="90" w:type="dxa"/>
              <w:right w:w="110" w:type="dxa"/>
            </w:tcMar>
            <w:vAlign w:val="center"/>
          </w:tcPr>
          <w:p w14:paraId="7ABBCBE4" w14:textId="77777777" w:rsidR="00D92B2D" w:rsidRDefault="000D7A00">
            <w:pPr>
              <w:spacing w:after="0"/>
            </w:pPr>
            <w:r>
              <w:rPr>
                <w:color w:val="000000"/>
                <w:sz w:val="15"/>
              </w:rPr>
              <w:t>☐</w:t>
            </w:r>
          </w:p>
        </w:tc>
      </w:tr>
      <w:tr w:rsidR="00D92B2D" w14:paraId="0F78145D" w14:textId="77777777">
        <w:trPr>
          <w:gridAfter w:val="1"/>
          <w:wAfter w:w="400" w:type="dxa"/>
          <w:cantSplit/>
          <w:jc w:val="center"/>
        </w:trPr>
        <w:tc>
          <w:tcPr>
            <w:tcW w:w="8390" w:type="dxa"/>
            <w:gridSpan w:val="2"/>
            <w:tcMar>
              <w:top w:w="90" w:type="dxa"/>
              <w:left w:w="110" w:type="dxa"/>
              <w:bottom w:w="90" w:type="dxa"/>
              <w:right w:w="110" w:type="dxa"/>
            </w:tcMar>
            <w:vAlign w:val="center"/>
          </w:tcPr>
          <w:p w14:paraId="743A1756" w14:textId="77777777" w:rsidR="00D92B2D" w:rsidRDefault="000D7A00">
            <w:pPr>
              <w:spacing w:after="0"/>
            </w:pPr>
            <w:r>
              <w:rPr>
                <w:color w:val="000000"/>
                <w:sz w:val="15"/>
              </w:rPr>
              <w:t>Are you subject to a Section 128 direction relevant to a management role?</w:t>
            </w:r>
          </w:p>
        </w:tc>
        <w:tc>
          <w:tcPr>
            <w:tcW w:w="623" w:type="dxa"/>
            <w:tcMar>
              <w:top w:w="90" w:type="dxa"/>
              <w:left w:w="110" w:type="dxa"/>
              <w:bottom w:w="90" w:type="dxa"/>
              <w:right w:w="110" w:type="dxa"/>
            </w:tcMar>
            <w:vAlign w:val="center"/>
          </w:tcPr>
          <w:p w14:paraId="739E2DE2" w14:textId="77777777" w:rsidR="00D92B2D" w:rsidRDefault="000D7A00">
            <w:pPr>
              <w:spacing w:after="0"/>
            </w:pPr>
            <w:r>
              <w:rPr>
                <w:color w:val="000000"/>
                <w:sz w:val="15"/>
              </w:rPr>
              <w:t>☐</w:t>
            </w:r>
          </w:p>
        </w:tc>
        <w:tc>
          <w:tcPr>
            <w:tcW w:w="623" w:type="dxa"/>
            <w:tcMar>
              <w:top w:w="90" w:type="dxa"/>
              <w:left w:w="110" w:type="dxa"/>
              <w:bottom w:w="90" w:type="dxa"/>
              <w:right w:w="110" w:type="dxa"/>
            </w:tcMar>
            <w:vAlign w:val="center"/>
          </w:tcPr>
          <w:p w14:paraId="165329D2" w14:textId="77777777" w:rsidR="00D92B2D" w:rsidRDefault="000D7A00">
            <w:pPr>
              <w:spacing w:after="0"/>
            </w:pPr>
            <w:r>
              <w:rPr>
                <w:color w:val="000000"/>
                <w:sz w:val="15"/>
              </w:rPr>
              <w:t>☐</w:t>
            </w:r>
          </w:p>
        </w:tc>
      </w:tr>
      <w:tr w:rsidR="00D92B2D" w14:paraId="28C13C6D" w14:textId="77777777">
        <w:trPr>
          <w:gridAfter w:val="1"/>
          <w:wAfter w:w="400" w:type="dxa"/>
          <w:cantSplit/>
          <w:jc w:val="center"/>
        </w:trPr>
        <w:tc>
          <w:tcPr>
            <w:tcW w:w="8390" w:type="dxa"/>
            <w:gridSpan w:val="2"/>
            <w:shd w:val="clear" w:color="auto" w:fill="FAFAFA"/>
            <w:tcMar>
              <w:top w:w="90" w:type="dxa"/>
              <w:left w:w="110" w:type="dxa"/>
              <w:bottom w:w="90" w:type="dxa"/>
              <w:right w:w="110" w:type="dxa"/>
            </w:tcMar>
            <w:vAlign w:val="center"/>
          </w:tcPr>
          <w:p w14:paraId="0CB1FAAC" w14:textId="77777777" w:rsidR="00D92B2D" w:rsidRDefault="000D7A00">
            <w:pPr>
              <w:spacing w:after="0"/>
            </w:pPr>
            <w:r>
              <w:rPr>
                <w:color w:val="000000"/>
                <w:sz w:val="15"/>
              </w:rPr>
              <w:t>Have you been subject to a safeguarding allegation, investigation, finding or disciplinary process relevant to your suitability to work with children?</w:t>
            </w:r>
          </w:p>
        </w:tc>
        <w:tc>
          <w:tcPr>
            <w:tcW w:w="623" w:type="dxa"/>
            <w:shd w:val="clear" w:color="auto" w:fill="FAFAFA"/>
            <w:tcMar>
              <w:top w:w="90" w:type="dxa"/>
              <w:left w:w="110" w:type="dxa"/>
              <w:bottom w:w="90" w:type="dxa"/>
              <w:right w:w="110" w:type="dxa"/>
            </w:tcMar>
            <w:vAlign w:val="center"/>
          </w:tcPr>
          <w:p w14:paraId="22EA4585" w14:textId="77777777" w:rsidR="00D92B2D" w:rsidRDefault="000D7A00">
            <w:pPr>
              <w:spacing w:after="0"/>
            </w:pPr>
            <w:r>
              <w:rPr>
                <w:color w:val="000000"/>
                <w:sz w:val="15"/>
              </w:rPr>
              <w:t>☐</w:t>
            </w:r>
          </w:p>
        </w:tc>
        <w:tc>
          <w:tcPr>
            <w:tcW w:w="623" w:type="dxa"/>
            <w:shd w:val="clear" w:color="auto" w:fill="FAFAFA"/>
            <w:tcMar>
              <w:top w:w="90" w:type="dxa"/>
              <w:left w:w="110" w:type="dxa"/>
              <w:bottom w:w="90" w:type="dxa"/>
              <w:right w:w="110" w:type="dxa"/>
            </w:tcMar>
            <w:vAlign w:val="center"/>
          </w:tcPr>
          <w:p w14:paraId="1079B92A" w14:textId="77777777" w:rsidR="00D92B2D" w:rsidRDefault="000D7A00">
            <w:pPr>
              <w:spacing w:after="0"/>
            </w:pPr>
            <w:r>
              <w:rPr>
                <w:color w:val="000000"/>
                <w:sz w:val="15"/>
              </w:rPr>
              <w:t>☐</w:t>
            </w:r>
          </w:p>
        </w:tc>
      </w:tr>
      <w:tr w:rsidR="00D92B2D" w14:paraId="1841C5FD" w14:textId="77777777">
        <w:trPr>
          <w:gridAfter w:val="1"/>
          <w:wAfter w:w="400" w:type="dxa"/>
          <w:cantSplit/>
          <w:jc w:val="center"/>
        </w:trPr>
        <w:tc>
          <w:tcPr>
            <w:tcW w:w="8390" w:type="dxa"/>
            <w:gridSpan w:val="2"/>
            <w:tcMar>
              <w:top w:w="90" w:type="dxa"/>
              <w:left w:w="110" w:type="dxa"/>
              <w:bottom w:w="90" w:type="dxa"/>
              <w:right w:w="110" w:type="dxa"/>
            </w:tcMar>
            <w:vAlign w:val="center"/>
          </w:tcPr>
          <w:p w14:paraId="1837F5F8" w14:textId="77777777" w:rsidR="00D92B2D" w:rsidRDefault="000D7A00">
            <w:pPr>
              <w:spacing w:after="0"/>
            </w:pPr>
            <w:r>
              <w:rPr>
                <w:color w:val="000000"/>
                <w:sz w:val="15"/>
              </w:rPr>
              <w:t>Have you been dismissed, or resigned while a relevant safeguarding or disciplinary process was pending?</w:t>
            </w:r>
          </w:p>
        </w:tc>
        <w:tc>
          <w:tcPr>
            <w:tcW w:w="623" w:type="dxa"/>
            <w:tcMar>
              <w:top w:w="90" w:type="dxa"/>
              <w:left w:w="110" w:type="dxa"/>
              <w:bottom w:w="90" w:type="dxa"/>
              <w:right w:w="110" w:type="dxa"/>
            </w:tcMar>
            <w:vAlign w:val="center"/>
          </w:tcPr>
          <w:p w14:paraId="35E3F2CD" w14:textId="77777777" w:rsidR="00D92B2D" w:rsidRDefault="000D7A00">
            <w:pPr>
              <w:spacing w:after="0"/>
            </w:pPr>
            <w:r>
              <w:rPr>
                <w:color w:val="000000"/>
                <w:sz w:val="15"/>
              </w:rPr>
              <w:t>☐</w:t>
            </w:r>
          </w:p>
        </w:tc>
        <w:tc>
          <w:tcPr>
            <w:tcW w:w="623" w:type="dxa"/>
            <w:tcMar>
              <w:top w:w="90" w:type="dxa"/>
              <w:left w:w="110" w:type="dxa"/>
              <w:bottom w:w="90" w:type="dxa"/>
              <w:right w:w="110" w:type="dxa"/>
            </w:tcMar>
            <w:vAlign w:val="center"/>
          </w:tcPr>
          <w:p w14:paraId="04E675CC" w14:textId="77777777" w:rsidR="00D92B2D" w:rsidRDefault="000D7A00">
            <w:pPr>
              <w:spacing w:after="0"/>
            </w:pPr>
            <w:r>
              <w:rPr>
                <w:color w:val="000000"/>
                <w:sz w:val="15"/>
              </w:rPr>
              <w:t>☐</w:t>
            </w:r>
          </w:p>
        </w:tc>
      </w:tr>
      <w:tr w:rsidR="00D92B2D" w14:paraId="5DA70E35" w14:textId="77777777">
        <w:trPr>
          <w:gridAfter w:val="1"/>
          <w:wAfter w:w="400" w:type="dxa"/>
          <w:cantSplit/>
          <w:jc w:val="center"/>
        </w:trPr>
        <w:tc>
          <w:tcPr>
            <w:tcW w:w="8390" w:type="dxa"/>
            <w:gridSpan w:val="2"/>
            <w:shd w:val="clear" w:color="auto" w:fill="FAFAFA"/>
            <w:tcMar>
              <w:top w:w="90" w:type="dxa"/>
              <w:left w:w="110" w:type="dxa"/>
              <w:bottom w:w="90" w:type="dxa"/>
              <w:right w:w="110" w:type="dxa"/>
            </w:tcMar>
            <w:vAlign w:val="center"/>
          </w:tcPr>
          <w:p w14:paraId="2E553B33" w14:textId="77777777" w:rsidR="00D92B2D" w:rsidRDefault="000D7A00">
            <w:pPr>
              <w:spacing w:after="0"/>
            </w:pPr>
            <w:r>
              <w:rPr>
                <w:color w:val="000000"/>
                <w:sz w:val="15"/>
              </w:rPr>
              <w:t>Has a relevant professional registration been withdrawn, suspended or made subject to conditions?</w:t>
            </w:r>
          </w:p>
        </w:tc>
        <w:tc>
          <w:tcPr>
            <w:tcW w:w="623" w:type="dxa"/>
            <w:shd w:val="clear" w:color="auto" w:fill="FAFAFA"/>
            <w:tcMar>
              <w:top w:w="90" w:type="dxa"/>
              <w:left w:w="110" w:type="dxa"/>
              <w:bottom w:w="90" w:type="dxa"/>
              <w:right w:w="110" w:type="dxa"/>
            </w:tcMar>
            <w:vAlign w:val="center"/>
          </w:tcPr>
          <w:p w14:paraId="16CCE786" w14:textId="77777777" w:rsidR="00D92B2D" w:rsidRDefault="000D7A00">
            <w:pPr>
              <w:spacing w:after="0"/>
            </w:pPr>
            <w:r>
              <w:rPr>
                <w:color w:val="000000"/>
                <w:sz w:val="15"/>
              </w:rPr>
              <w:t>☐</w:t>
            </w:r>
          </w:p>
        </w:tc>
        <w:tc>
          <w:tcPr>
            <w:tcW w:w="623" w:type="dxa"/>
            <w:shd w:val="clear" w:color="auto" w:fill="FAFAFA"/>
            <w:tcMar>
              <w:top w:w="90" w:type="dxa"/>
              <w:left w:w="110" w:type="dxa"/>
              <w:bottom w:w="90" w:type="dxa"/>
              <w:right w:w="110" w:type="dxa"/>
            </w:tcMar>
            <w:vAlign w:val="center"/>
          </w:tcPr>
          <w:p w14:paraId="4DDACAE8" w14:textId="77777777" w:rsidR="00D92B2D" w:rsidRDefault="000D7A00">
            <w:pPr>
              <w:spacing w:after="0"/>
            </w:pPr>
            <w:r>
              <w:rPr>
                <w:color w:val="000000"/>
                <w:sz w:val="15"/>
              </w:rPr>
              <w:t>☐</w:t>
            </w:r>
          </w:p>
        </w:tc>
      </w:tr>
      <w:tr w:rsidR="00D92B2D" w14:paraId="2038EA40" w14:textId="77777777">
        <w:trPr>
          <w:gridAfter w:val="1"/>
          <w:wAfter w:w="400" w:type="dxa"/>
          <w:cantSplit/>
          <w:jc w:val="center"/>
        </w:trPr>
        <w:tc>
          <w:tcPr>
            <w:tcW w:w="8390" w:type="dxa"/>
            <w:gridSpan w:val="2"/>
            <w:tcMar>
              <w:top w:w="90" w:type="dxa"/>
              <w:left w:w="110" w:type="dxa"/>
              <w:bottom w:w="90" w:type="dxa"/>
              <w:right w:w="110" w:type="dxa"/>
            </w:tcMar>
            <w:vAlign w:val="center"/>
          </w:tcPr>
          <w:p w14:paraId="6CD8DE9E" w14:textId="77777777" w:rsidR="00D92B2D" w:rsidRDefault="000D7A00">
            <w:pPr>
              <w:spacing w:after="0"/>
            </w:pPr>
            <w:r>
              <w:rPr>
                <w:color w:val="000000"/>
                <w:sz w:val="15"/>
              </w:rPr>
              <w:t>Do you have any unspent conditional cautions or convictions under the Rehabilitation of Offenders Act 1974?</w:t>
            </w:r>
          </w:p>
        </w:tc>
        <w:tc>
          <w:tcPr>
            <w:tcW w:w="623" w:type="dxa"/>
            <w:tcMar>
              <w:top w:w="90" w:type="dxa"/>
              <w:left w:w="110" w:type="dxa"/>
              <w:bottom w:w="90" w:type="dxa"/>
              <w:right w:w="110" w:type="dxa"/>
            </w:tcMar>
            <w:vAlign w:val="center"/>
          </w:tcPr>
          <w:p w14:paraId="56E14BA8" w14:textId="77777777" w:rsidR="00D92B2D" w:rsidRDefault="000D7A00">
            <w:pPr>
              <w:spacing w:after="0"/>
            </w:pPr>
            <w:r>
              <w:rPr>
                <w:color w:val="000000"/>
                <w:sz w:val="15"/>
              </w:rPr>
              <w:t>☐</w:t>
            </w:r>
          </w:p>
        </w:tc>
        <w:tc>
          <w:tcPr>
            <w:tcW w:w="623" w:type="dxa"/>
            <w:tcMar>
              <w:top w:w="90" w:type="dxa"/>
              <w:left w:w="110" w:type="dxa"/>
              <w:bottom w:w="90" w:type="dxa"/>
              <w:right w:w="110" w:type="dxa"/>
            </w:tcMar>
            <w:vAlign w:val="center"/>
          </w:tcPr>
          <w:p w14:paraId="1C205A67" w14:textId="77777777" w:rsidR="00D92B2D" w:rsidRDefault="000D7A00">
            <w:pPr>
              <w:spacing w:after="0"/>
            </w:pPr>
            <w:r>
              <w:rPr>
                <w:color w:val="000000"/>
                <w:sz w:val="15"/>
              </w:rPr>
              <w:t>☐</w:t>
            </w:r>
          </w:p>
        </w:tc>
      </w:tr>
      <w:tr w:rsidR="00D92B2D" w14:paraId="349204D2" w14:textId="77777777">
        <w:trPr>
          <w:gridAfter w:val="1"/>
          <w:wAfter w:w="400" w:type="dxa"/>
          <w:cantSplit/>
          <w:jc w:val="center"/>
        </w:trPr>
        <w:tc>
          <w:tcPr>
            <w:tcW w:w="8390" w:type="dxa"/>
            <w:gridSpan w:val="2"/>
            <w:shd w:val="clear" w:color="auto" w:fill="FAFAFA"/>
            <w:tcMar>
              <w:top w:w="90" w:type="dxa"/>
              <w:left w:w="110" w:type="dxa"/>
              <w:bottom w:w="90" w:type="dxa"/>
              <w:right w:w="110" w:type="dxa"/>
            </w:tcMar>
            <w:vAlign w:val="center"/>
          </w:tcPr>
          <w:p w14:paraId="427F6201" w14:textId="77777777" w:rsidR="00D92B2D" w:rsidRDefault="000D7A00">
            <w:pPr>
              <w:spacing w:after="0"/>
            </w:pPr>
            <w:r>
              <w:rPr>
                <w:color w:val="000000"/>
                <w:sz w:val="15"/>
              </w:rPr>
              <w:t>Do you have any adult cautions or spent convictions that are not protected under the Rehabilitation of Offenders Act 1974 Exceptions Order and current DBS filtering rules?</w:t>
            </w:r>
          </w:p>
        </w:tc>
        <w:tc>
          <w:tcPr>
            <w:tcW w:w="623" w:type="dxa"/>
            <w:shd w:val="clear" w:color="auto" w:fill="FAFAFA"/>
            <w:tcMar>
              <w:top w:w="90" w:type="dxa"/>
              <w:left w:w="110" w:type="dxa"/>
              <w:bottom w:w="90" w:type="dxa"/>
              <w:right w:w="110" w:type="dxa"/>
            </w:tcMar>
            <w:vAlign w:val="center"/>
          </w:tcPr>
          <w:p w14:paraId="2BDFA884" w14:textId="77777777" w:rsidR="00D92B2D" w:rsidRDefault="000D7A00">
            <w:pPr>
              <w:spacing w:after="0"/>
            </w:pPr>
            <w:r>
              <w:rPr>
                <w:color w:val="000000"/>
                <w:sz w:val="15"/>
              </w:rPr>
              <w:t>☐</w:t>
            </w:r>
          </w:p>
        </w:tc>
        <w:tc>
          <w:tcPr>
            <w:tcW w:w="623" w:type="dxa"/>
            <w:shd w:val="clear" w:color="auto" w:fill="FAFAFA"/>
            <w:tcMar>
              <w:top w:w="90" w:type="dxa"/>
              <w:left w:w="110" w:type="dxa"/>
              <w:bottom w:w="90" w:type="dxa"/>
              <w:right w:w="110" w:type="dxa"/>
            </w:tcMar>
            <w:vAlign w:val="center"/>
          </w:tcPr>
          <w:p w14:paraId="3E5095DD" w14:textId="77777777" w:rsidR="00D92B2D" w:rsidRDefault="000D7A00">
            <w:pPr>
              <w:spacing w:after="0"/>
            </w:pPr>
            <w:r>
              <w:rPr>
                <w:color w:val="000000"/>
                <w:sz w:val="15"/>
              </w:rPr>
              <w:t>☐</w:t>
            </w:r>
          </w:p>
        </w:tc>
      </w:tr>
      <w:tr w:rsidR="00D92B2D" w14:paraId="0372B4D4" w14:textId="77777777">
        <w:trPr>
          <w:gridAfter w:val="1"/>
          <w:wAfter w:w="400" w:type="dxa"/>
          <w:cantSplit/>
          <w:jc w:val="center"/>
        </w:trPr>
        <w:tc>
          <w:tcPr>
            <w:tcW w:w="8390" w:type="dxa"/>
            <w:gridSpan w:val="2"/>
            <w:tcMar>
              <w:top w:w="90" w:type="dxa"/>
              <w:left w:w="110" w:type="dxa"/>
              <w:bottom w:w="90" w:type="dxa"/>
              <w:right w:w="110" w:type="dxa"/>
            </w:tcMar>
            <w:vAlign w:val="center"/>
          </w:tcPr>
          <w:p w14:paraId="60CFB558" w14:textId="77777777" w:rsidR="00D92B2D" w:rsidRDefault="000D7A00">
            <w:pPr>
              <w:spacing w:after="0"/>
            </w:pPr>
            <w:r>
              <w:rPr>
                <w:color w:val="000000"/>
                <w:sz w:val="15"/>
              </w:rPr>
              <w:t>Have you lived or worked overseas in circumstances for which further criminal-record or professional-conduct information may be required?</w:t>
            </w:r>
          </w:p>
        </w:tc>
        <w:tc>
          <w:tcPr>
            <w:tcW w:w="623" w:type="dxa"/>
            <w:tcMar>
              <w:top w:w="90" w:type="dxa"/>
              <w:left w:w="110" w:type="dxa"/>
              <w:bottom w:w="90" w:type="dxa"/>
              <w:right w:w="110" w:type="dxa"/>
            </w:tcMar>
            <w:vAlign w:val="center"/>
          </w:tcPr>
          <w:p w14:paraId="1B6CCEA2" w14:textId="77777777" w:rsidR="00D92B2D" w:rsidRDefault="000D7A00">
            <w:pPr>
              <w:spacing w:after="0"/>
            </w:pPr>
            <w:r>
              <w:rPr>
                <w:color w:val="000000"/>
                <w:sz w:val="15"/>
              </w:rPr>
              <w:t>☐</w:t>
            </w:r>
          </w:p>
        </w:tc>
        <w:tc>
          <w:tcPr>
            <w:tcW w:w="623" w:type="dxa"/>
            <w:tcMar>
              <w:top w:w="90" w:type="dxa"/>
              <w:left w:w="110" w:type="dxa"/>
              <w:bottom w:w="90" w:type="dxa"/>
              <w:right w:w="110" w:type="dxa"/>
            </w:tcMar>
            <w:vAlign w:val="center"/>
          </w:tcPr>
          <w:p w14:paraId="383FD247" w14:textId="77777777" w:rsidR="00D92B2D" w:rsidRDefault="000D7A00">
            <w:pPr>
              <w:spacing w:after="0"/>
            </w:pPr>
            <w:r>
              <w:rPr>
                <w:color w:val="000000"/>
                <w:sz w:val="15"/>
              </w:rPr>
              <w:t>☐</w:t>
            </w:r>
          </w:p>
        </w:tc>
      </w:tr>
    </w:tbl>
    <w:p w14:paraId="628FE3FB" w14:textId="77777777" w:rsidR="00D92B2D" w:rsidRDefault="000D7A00">
      <w:pPr>
        <w:spacing w:after="80" w:line="252" w:lineRule="auto"/>
      </w:pPr>
      <w:r>
        <w:rPr>
          <w:sz w:val="16"/>
        </w:rPr>
        <w:t>If you answered Yes, provide relevant details. Do not disclose a protected caution or conviction. Seek independent advice if uncertain.</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37"/>
      </w:tblGrid>
      <w:tr w:rsidR="00D92B2D" w14:paraId="7A150EDE" w14:textId="77777777">
        <w:trPr>
          <w:cantSplit/>
          <w:trHeight w:val="408"/>
        </w:trPr>
        <w:tc>
          <w:tcPr>
            <w:tcW w:w="9637" w:type="dxa"/>
            <w:tcMar>
              <w:top w:w="90" w:type="dxa"/>
              <w:left w:w="110" w:type="dxa"/>
              <w:bottom w:w="90" w:type="dxa"/>
              <w:right w:w="110" w:type="dxa"/>
            </w:tcMar>
            <w:vAlign w:val="center"/>
          </w:tcPr>
          <w:p w14:paraId="452A1283" w14:textId="77777777" w:rsidR="00D92B2D" w:rsidRDefault="00D92B2D">
            <w:pPr>
              <w:spacing w:after="0"/>
            </w:pPr>
          </w:p>
        </w:tc>
      </w:tr>
      <w:tr w:rsidR="00D92B2D" w14:paraId="2F122477" w14:textId="77777777">
        <w:trPr>
          <w:cantSplit/>
          <w:trHeight w:val="408"/>
        </w:trPr>
        <w:tc>
          <w:tcPr>
            <w:tcW w:w="9637" w:type="dxa"/>
            <w:tcMar>
              <w:top w:w="90" w:type="dxa"/>
              <w:left w:w="110" w:type="dxa"/>
              <w:bottom w:w="90" w:type="dxa"/>
              <w:right w:w="110" w:type="dxa"/>
            </w:tcMar>
            <w:vAlign w:val="center"/>
          </w:tcPr>
          <w:p w14:paraId="14E84E57" w14:textId="77777777" w:rsidR="00D92B2D" w:rsidRDefault="00D92B2D">
            <w:pPr>
              <w:spacing w:after="0"/>
            </w:pPr>
          </w:p>
        </w:tc>
      </w:tr>
      <w:tr w:rsidR="00D92B2D" w14:paraId="3896FFFF" w14:textId="77777777">
        <w:trPr>
          <w:cantSplit/>
          <w:trHeight w:val="408"/>
        </w:trPr>
        <w:tc>
          <w:tcPr>
            <w:tcW w:w="9637" w:type="dxa"/>
            <w:tcMar>
              <w:top w:w="90" w:type="dxa"/>
              <w:left w:w="110" w:type="dxa"/>
              <w:bottom w:w="90" w:type="dxa"/>
              <w:right w:w="110" w:type="dxa"/>
            </w:tcMar>
            <w:vAlign w:val="center"/>
          </w:tcPr>
          <w:p w14:paraId="660DC04C" w14:textId="77777777" w:rsidR="00D92B2D" w:rsidRDefault="00D92B2D">
            <w:pPr>
              <w:spacing w:after="0"/>
            </w:pPr>
          </w:p>
        </w:tc>
      </w:tr>
      <w:tr w:rsidR="00D92B2D" w14:paraId="3AA68373" w14:textId="77777777">
        <w:trPr>
          <w:cantSplit/>
          <w:trHeight w:val="408"/>
        </w:trPr>
        <w:tc>
          <w:tcPr>
            <w:tcW w:w="9637" w:type="dxa"/>
            <w:tcMar>
              <w:top w:w="90" w:type="dxa"/>
              <w:left w:w="110" w:type="dxa"/>
              <w:bottom w:w="90" w:type="dxa"/>
              <w:right w:w="110" w:type="dxa"/>
            </w:tcMar>
            <w:vAlign w:val="center"/>
          </w:tcPr>
          <w:p w14:paraId="13E7B20E" w14:textId="77777777" w:rsidR="00D92B2D" w:rsidRDefault="00D92B2D">
            <w:pPr>
              <w:spacing w:after="0"/>
            </w:pPr>
          </w:p>
        </w:tc>
      </w:tr>
    </w:tbl>
    <w:p w14:paraId="210DADBE" w14:textId="77777777" w:rsidR="00D92B2D" w:rsidRDefault="000D7A00">
      <w:pPr>
        <w:spacing w:after="80" w:line="252" w:lineRule="auto"/>
      </w:pPr>
      <w:r>
        <w:rPr>
          <w:sz w:val="17"/>
        </w:rPr>
        <w:t>I declare that the information in this confidential declaration is true and complete and that I have not included protected information.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09FFBDBB" w14:textId="77777777">
        <w:trPr>
          <w:cantSplit/>
          <w:trHeight w:val="425"/>
          <w:jc w:val="center"/>
        </w:trPr>
        <w:tc>
          <w:tcPr>
            <w:tcW w:w="4818" w:type="dxa"/>
            <w:tcMar>
              <w:top w:w="90" w:type="dxa"/>
              <w:left w:w="110" w:type="dxa"/>
              <w:bottom w:w="90" w:type="dxa"/>
              <w:right w:w="110" w:type="dxa"/>
            </w:tcMar>
            <w:vAlign w:val="center"/>
          </w:tcPr>
          <w:p w14:paraId="24CF1922" w14:textId="77777777" w:rsidR="00D92B2D" w:rsidRDefault="000D7A00">
            <w:r>
              <w:rPr>
                <w:color w:val="000000"/>
                <w:sz w:val="17"/>
              </w:rPr>
              <w:t>Candidate signature</w:t>
            </w:r>
          </w:p>
        </w:tc>
        <w:tc>
          <w:tcPr>
            <w:tcW w:w="4818" w:type="dxa"/>
            <w:tcMar>
              <w:top w:w="90" w:type="dxa"/>
              <w:left w:w="110" w:type="dxa"/>
              <w:bottom w:w="90" w:type="dxa"/>
              <w:right w:w="110" w:type="dxa"/>
            </w:tcMar>
            <w:vAlign w:val="center"/>
          </w:tcPr>
          <w:p w14:paraId="3803EF4A" w14:textId="77777777" w:rsidR="00D92B2D" w:rsidRDefault="000D7A00">
            <w:r>
              <w:rPr>
                <w:color w:val="000000"/>
                <w:sz w:val="17"/>
              </w:rPr>
              <w:t>Date</w:t>
            </w:r>
          </w:p>
        </w:tc>
      </w:tr>
      <w:tr w:rsidR="00D92B2D" w14:paraId="4EB685FE" w14:textId="77777777">
        <w:trPr>
          <w:cantSplit/>
          <w:trHeight w:val="425"/>
          <w:jc w:val="center"/>
        </w:trPr>
        <w:tc>
          <w:tcPr>
            <w:tcW w:w="4818" w:type="dxa"/>
            <w:tcMar>
              <w:top w:w="90" w:type="dxa"/>
              <w:left w:w="110" w:type="dxa"/>
              <w:bottom w:w="90" w:type="dxa"/>
              <w:right w:w="110" w:type="dxa"/>
            </w:tcMar>
            <w:vAlign w:val="center"/>
          </w:tcPr>
          <w:p w14:paraId="331E6C3A" w14:textId="77777777" w:rsidR="00D92B2D" w:rsidRDefault="000D7A00">
            <w:r>
              <w:rPr>
                <w:color w:val="000000"/>
                <w:sz w:val="17"/>
              </w:rPr>
              <w:t>HR received by</w:t>
            </w:r>
          </w:p>
        </w:tc>
        <w:tc>
          <w:tcPr>
            <w:tcW w:w="4818" w:type="dxa"/>
            <w:tcMar>
              <w:top w:w="90" w:type="dxa"/>
              <w:left w:w="110" w:type="dxa"/>
              <w:bottom w:w="90" w:type="dxa"/>
              <w:right w:w="110" w:type="dxa"/>
            </w:tcMar>
            <w:vAlign w:val="center"/>
          </w:tcPr>
          <w:p w14:paraId="312AB6E0" w14:textId="77777777" w:rsidR="00D92B2D" w:rsidRDefault="000D7A00">
            <w:r>
              <w:rPr>
                <w:color w:val="000000"/>
                <w:sz w:val="17"/>
              </w:rPr>
              <w:t>Date received</w:t>
            </w:r>
          </w:p>
        </w:tc>
      </w:tr>
    </w:tbl>
    <w:p w14:paraId="4B3F3A37" w14:textId="77777777" w:rsidR="00D92B2D" w:rsidRDefault="000D7A00">
      <w:r>
        <w:br w:type="page"/>
      </w:r>
    </w:p>
    <w:p w14:paraId="53A91AC2" w14:textId="77777777" w:rsidR="00D92B2D" w:rsidRDefault="000D7A00">
      <w:pPr>
        <w:pStyle w:val="Heading1"/>
        <w:spacing w:before="160" w:after="80"/>
      </w:pPr>
      <w:r>
        <w:rPr>
          <w:rFonts w:ascii="Arial" w:hAnsi="Arial"/>
          <w:color w:val="F58220"/>
          <w:sz w:val="30"/>
        </w:rPr>
        <w:lastRenderedPageBreak/>
        <w:t>Part J  Equality monitoring form</w:t>
      </w:r>
    </w:p>
    <w:p w14:paraId="197468F5" w14:textId="77777777" w:rsidR="00D92B2D" w:rsidRDefault="000D7A00">
      <w:pPr>
        <w:spacing w:after="80" w:line="252" w:lineRule="auto"/>
      </w:pPr>
      <w:r>
        <w:t>Completion is voluntary. This page will be detached on receipt, will not be seen by the selection panel and will not form part of the appointment decision. Choose ‘Prefer not to say’ wherever you wish.</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1C39D7FA" w14:textId="77777777">
        <w:trPr>
          <w:cantSplit/>
          <w:trHeight w:val="425"/>
          <w:jc w:val="center"/>
        </w:trPr>
        <w:tc>
          <w:tcPr>
            <w:tcW w:w="4818" w:type="dxa"/>
            <w:tcMar>
              <w:top w:w="90" w:type="dxa"/>
              <w:left w:w="110" w:type="dxa"/>
              <w:bottom w:w="90" w:type="dxa"/>
              <w:right w:w="110" w:type="dxa"/>
            </w:tcMar>
            <w:vAlign w:val="center"/>
          </w:tcPr>
          <w:p w14:paraId="21EB48BC" w14:textId="77777777" w:rsidR="00D92B2D" w:rsidRDefault="000D7A00">
            <w:r>
              <w:rPr>
                <w:color w:val="000000"/>
                <w:sz w:val="17"/>
              </w:rPr>
              <w:t>Post applied for</w:t>
            </w:r>
          </w:p>
        </w:tc>
        <w:tc>
          <w:tcPr>
            <w:tcW w:w="4818" w:type="dxa"/>
            <w:tcMar>
              <w:top w:w="90" w:type="dxa"/>
              <w:left w:w="110" w:type="dxa"/>
              <w:bottom w:w="90" w:type="dxa"/>
              <w:right w:w="110" w:type="dxa"/>
            </w:tcMar>
            <w:vAlign w:val="center"/>
          </w:tcPr>
          <w:p w14:paraId="5A5223F2" w14:textId="77777777" w:rsidR="00D92B2D" w:rsidRDefault="000D7A00">
            <w:r>
              <w:rPr>
                <w:color w:val="000000"/>
                <w:sz w:val="17"/>
              </w:rPr>
              <w:t>Vacancy reference</w:t>
            </w:r>
          </w:p>
        </w:tc>
      </w:tr>
    </w:tbl>
    <w:p w14:paraId="721F5C39" w14:textId="77777777" w:rsidR="00D92B2D" w:rsidRDefault="000D7A00">
      <w:pPr>
        <w:pStyle w:val="Heading2"/>
        <w:spacing w:before="100" w:after="80"/>
      </w:pPr>
      <w:r>
        <w:rPr>
          <w:rFonts w:ascii="Arial" w:hAnsi="Arial"/>
          <w:color w:val="17171D"/>
          <w:sz w:val="22"/>
        </w:rPr>
        <w:t>Age group</w:t>
      </w:r>
    </w:p>
    <w:p w14:paraId="3821DEB5" w14:textId="77777777" w:rsidR="00D92B2D" w:rsidRDefault="000D7A00">
      <w:pPr>
        <w:spacing w:after="80" w:line="252" w:lineRule="auto"/>
      </w:pPr>
      <w:r>
        <w:rPr>
          <w:sz w:val="17"/>
        </w:rPr>
        <w:t>☐ Under 18   ☐ 18–24   ☐ 25–34   ☐ 35–44   ☐ 45–54   ☐ 55–64   ☐ 65+   ☐ Prefer not to say</w:t>
      </w:r>
    </w:p>
    <w:p w14:paraId="0669A418" w14:textId="77777777" w:rsidR="00D92B2D" w:rsidRDefault="000D7A00">
      <w:pPr>
        <w:pStyle w:val="Heading2"/>
        <w:spacing w:before="100" w:after="80"/>
      </w:pPr>
      <w:r>
        <w:rPr>
          <w:rFonts w:ascii="Arial" w:hAnsi="Arial"/>
          <w:color w:val="17171D"/>
          <w:sz w:val="22"/>
        </w:rPr>
        <w:t>Sex</w:t>
      </w:r>
    </w:p>
    <w:p w14:paraId="1DC8D422" w14:textId="77777777" w:rsidR="00D92B2D" w:rsidRDefault="000D7A00">
      <w:pPr>
        <w:spacing w:after="80" w:line="252" w:lineRule="auto"/>
      </w:pPr>
      <w:r>
        <w:rPr>
          <w:sz w:val="17"/>
        </w:rPr>
        <w:t>☐ Female   ☐ Male   ☐ Prefer to self-describe ____________________   ☐ Prefer not to say</w:t>
      </w:r>
    </w:p>
    <w:p w14:paraId="3C7EE4A8" w14:textId="77777777" w:rsidR="00D92B2D" w:rsidRDefault="000D7A00">
      <w:pPr>
        <w:pStyle w:val="Heading2"/>
        <w:spacing w:before="100" w:after="80"/>
      </w:pPr>
      <w:r>
        <w:rPr>
          <w:rFonts w:ascii="Arial" w:hAnsi="Arial"/>
          <w:color w:val="17171D"/>
          <w:sz w:val="22"/>
        </w:rPr>
        <w:t>Gender reassignment</w:t>
      </w:r>
    </w:p>
    <w:p w14:paraId="6B16E5BC" w14:textId="77777777" w:rsidR="00D92B2D" w:rsidRDefault="000D7A00">
      <w:pPr>
        <w:spacing w:after="80" w:line="252" w:lineRule="auto"/>
      </w:pPr>
      <w:r>
        <w:rPr>
          <w:sz w:val="17"/>
        </w:rPr>
        <w:t>Is your gender identity the same as the sex registered at birth?  ☐ Yes   ☐ No   ☐ Prefer not to say</w:t>
      </w:r>
    </w:p>
    <w:p w14:paraId="68783BEE" w14:textId="77777777" w:rsidR="00D92B2D" w:rsidRDefault="000D7A00">
      <w:pPr>
        <w:pStyle w:val="Heading2"/>
        <w:spacing w:before="100" w:after="80"/>
      </w:pPr>
      <w:r>
        <w:rPr>
          <w:rFonts w:ascii="Arial" w:hAnsi="Arial"/>
          <w:color w:val="17171D"/>
          <w:sz w:val="22"/>
        </w:rPr>
        <w:t>Disability</w:t>
      </w:r>
    </w:p>
    <w:p w14:paraId="67A0032F" w14:textId="77777777" w:rsidR="00D92B2D" w:rsidRDefault="000D7A00">
      <w:pPr>
        <w:spacing w:after="80" w:line="252" w:lineRule="auto"/>
      </w:pPr>
      <w:r>
        <w:rPr>
          <w:sz w:val="17"/>
        </w:rPr>
        <w:t>Do you consider yourself disabled under the Equality Act 2010?  ☐ Yes   ☐ No   ☐ Prefer not to say</w:t>
      </w:r>
    </w:p>
    <w:p w14:paraId="00A7073B" w14:textId="77777777" w:rsidR="00D92B2D" w:rsidRDefault="000D7A00">
      <w:pPr>
        <w:pStyle w:val="Heading2"/>
        <w:spacing w:before="100" w:after="80"/>
      </w:pPr>
      <w:r>
        <w:rPr>
          <w:rFonts w:ascii="Arial" w:hAnsi="Arial"/>
          <w:color w:val="17171D"/>
          <w:sz w:val="22"/>
        </w:rPr>
        <w:t>Ethnic group</w:t>
      </w:r>
    </w:p>
    <w:p w14:paraId="22CD1E27" w14:textId="77777777" w:rsidR="00D92B2D" w:rsidRDefault="000D7A00">
      <w:pPr>
        <w:spacing w:after="80" w:line="252" w:lineRule="auto"/>
      </w:pPr>
      <w:r>
        <w:rPr>
          <w:sz w:val="16"/>
        </w:rPr>
        <w:t>☐ White British   ☐ White Irish   ☐ Gypsy or Irish Traveller   ☐ Roma   ☐ Other White background</w:t>
      </w:r>
      <w:r>
        <w:rPr>
          <w:sz w:val="16"/>
        </w:rPr>
        <w:br/>
        <w:t>☐ White and Black Caribbean   ☐ White and Black African   ☐ White and Asian   ☐ Other Mixed background</w:t>
      </w:r>
      <w:r>
        <w:rPr>
          <w:sz w:val="16"/>
        </w:rPr>
        <w:br/>
        <w:t>☐ Indian   ☐ Pakistani   ☐ Bangladeshi   ☐ Chinese   ☐ Other Asian background</w:t>
      </w:r>
      <w:r>
        <w:rPr>
          <w:sz w:val="16"/>
        </w:rPr>
        <w:br/>
        <w:t>☐ African   ☐ Caribbean   ☐ Other Black background   ☐ Arab   ☐ Other ____________________   ☐ Prefer not to say</w:t>
      </w:r>
    </w:p>
    <w:p w14:paraId="320A8F18" w14:textId="77777777" w:rsidR="00D92B2D" w:rsidRDefault="000D7A00">
      <w:pPr>
        <w:pStyle w:val="Heading2"/>
        <w:spacing w:before="100" w:after="80"/>
      </w:pPr>
      <w:r>
        <w:rPr>
          <w:rFonts w:ascii="Arial" w:hAnsi="Arial"/>
          <w:color w:val="17171D"/>
          <w:sz w:val="22"/>
        </w:rPr>
        <w:t>Religion or belief</w:t>
      </w:r>
    </w:p>
    <w:p w14:paraId="5A20514A" w14:textId="77777777" w:rsidR="00D92B2D" w:rsidRDefault="000D7A00">
      <w:pPr>
        <w:spacing w:after="80" w:line="252" w:lineRule="auto"/>
      </w:pPr>
      <w:r>
        <w:rPr>
          <w:sz w:val="16"/>
        </w:rPr>
        <w:t>☐ None   ☐ Buddhist   ☐ Christian   ☐ Hindu   ☐ Jewish   ☐ Muslim   ☐ Sikh   ☐ Other __________   ☐ Prefer not to say</w:t>
      </w:r>
    </w:p>
    <w:p w14:paraId="24DB639B" w14:textId="77777777" w:rsidR="00D92B2D" w:rsidRDefault="000D7A00">
      <w:pPr>
        <w:pStyle w:val="Heading2"/>
        <w:spacing w:before="100" w:after="80"/>
      </w:pPr>
      <w:r>
        <w:rPr>
          <w:rFonts w:ascii="Arial" w:hAnsi="Arial"/>
          <w:color w:val="17171D"/>
          <w:sz w:val="22"/>
        </w:rPr>
        <w:t>Sexual orientation</w:t>
      </w:r>
    </w:p>
    <w:p w14:paraId="0F88F9B1" w14:textId="77777777" w:rsidR="00D92B2D" w:rsidRDefault="000D7A00">
      <w:pPr>
        <w:spacing w:after="80" w:line="252" w:lineRule="auto"/>
      </w:pPr>
      <w:r>
        <w:rPr>
          <w:sz w:val="16"/>
        </w:rPr>
        <w:t>☐ Heterosexual / straight   ☐ Gay or lesbian   ☐ Bisexual   ☐ Self-describe __________   ☐ Prefer not to say</w:t>
      </w:r>
    </w:p>
    <w:p w14:paraId="14DFC09D" w14:textId="77777777" w:rsidR="00D92B2D" w:rsidRDefault="000D7A00">
      <w:pPr>
        <w:pStyle w:val="Heading2"/>
        <w:spacing w:before="100" w:after="80"/>
      </w:pPr>
      <w:r>
        <w:rPr>
          <w:rFonts w:ascii="Arial" w:hAnsi="Arial"/>
          <w:color w:val="17171D"/>
          <w:sz w:val="22"/>
        </w:rPr>
        <w:t>Monitoring declaration</w:t>
      </w:r>
    </w:p>
    <w:p w14:paraId="66ECFB2F" w14:textId="77777777" w:rsidR="00D92B2D" w:rsidRDefault="000D7A00">
      <w:pPr>
        <w:spacing w:after="80" w:line="252" w:lineRule="auto"/>
      </w:pPr>
      <w:r>
        <w:rPr>
          <w:sz w:val="16"/>
        </w:rPr>
        <w:t>I confirm that this information is accurate to the best of my knowledge and understand that it will be used only for equality monitoring.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818"/>
        <w:gridCol w:w="4818"/>
      </w:tblGrid>
      <w:tr w:rsidR="00D92B2D" w14:paraId="382C49FC" w14:textId="77777777">
        <w:trPr>
          <w:cantSplit/>
          <w:trHeight w:val="425"/>
          <w:jc w:val="center"/>
        </w:trPr>
        <w:tc>
          <w:tcPr>
            <w:tcW w:w="4818" w:type="dxa"/>
            <w:tcMar>
              <w:top w:w="90" w:type="dxa"/>
              <w:left w:w="110" w:type="dxa"/>
              <w:bottom w:w="90" w:type="dxa"/>
              <w:right w:w="110" w:type="dxa"/>
            </w:tcMar>
            <w:vAlign w:val="center"/>
          </w:tcPr>
          <w:p w14:paraId="2C6D2419" w14:textId="77777777" w:rsidR="00D92B2D" w:rsidRDefault="000D7A00">
            <w:r>
              <w:rPr>
                <w:color w:val="000000"/>
                <w:sz w:val="17"/>
              </w:rPr>
              <w:t>Applicant name, optional</w:t>
            </w:r>
          </w:p>
        </w:tc>
        <w:tc>
          <w:tcPr>
            <w:tcW w:w="4818" w:type="dxa"/>
            <w:tcMar>
              <w:top w:w="90" w:type="dxa"/>
              <w:left w:w="110" w:type="dxa"/>
              <w:bottom w:w="90" w:type="dxa"/>
              <w:right w:w="110" w:type="dxa"/>
            </w:tcMar>
            <w:vAlign w:val="center"/>
          </w:tcPr>
          <w:p w14:paraId="720EADBE" w14:textId="77777777" w:rsidR="00D92B2D" w:rsidRDefault="000D7A00">
            <w:r>
              <w:rPr>
                <w:color w:val="000000"/>
                <w:sz w:val="17"/>
              </w:rPr>
              <w:t>Date</w:t>
            </w:r>
          </w:p>
        </w:tc>
      </w:tr>
    </w:tbl>
    <w:p w14:paraId="161F1B0C" w14:textId="77777777" w:rsidR="00D92B2D" w:rsidRDefault="000D7A00">
      <w:r>
        <w:br w:type="page"/>
      </w:r>
    </w:p>
    <w:p w14:paraId="425D4E50" w14:textId="77777777" w:rsidR="00D92B2D" w:rsidRDefault="000D7A00">
      <w:pPr>
        <w:pStyle w:val="Heading1"/>
        <w:spacing w:before="160" w:after="80"/>
      </w:pPr>
      <w:r>
        <w:rPr>
          <w:rFonts w:ascii="Arial" w:hAnsi="Arial"/>
          <w:color w:val="F58220"/>
          <w:sz w:val="30"/>
        </w:rPr>
        <w:lastRenderedPageBreak/>
        <w:t>Recruitment privacy information</w:t>
      </w:r>
    </w:p>
    <w:p w14:paraId="10921A53" w14:textId="77777777" w:rsidR="00D92B2D" w:rsidRDefault="000D7A00">
      <w:pPr>
        <w:spacing w:after="80" w:line="252" w:lineRule="auto"/>
      </w:pPr>
      <w:r>
        <w:t>Blackpool Skills Academy is the data controller for recruitment information. Enquiries should be sent to info@blackpoolskillsacademy.co.uk or 01253 759854.</w:t>
      </w:r>
    </w:p>
    <w:p w14:paraId="50088BA9" w14:textId="77777777" w:rsidR="00D92B2D" w:rsidRDefault="000D7A00">
      <w:pPr>
        <w:spacing w:after="80" w:line="252" w:lineRule="auto"/>
      </w:pPr>
      <w:r>
        <w:rPr>
          <w:b/>
          <w:sz w:val="17"/>
        </w:rPr>
        <w:t xml:space="preserve">Why information is used. </w:t>
      </w:r>
      <w:r>
        <w:rPr>
          <w:sz w:val="17"/>
        </w:rPr>
        <w:t>To assess suitability, communicate with applicants, obtain references, verify information, complete lawful safeguarding and employment checks and manage recruitment records.</w:t>
      </w:r>
    </w:p>
    <w:p w14:paraId="72E2C45C" w14:textId="77777777" w:rsidR="00D92B2D" w:rsidRDefault="000D7A00">
      <w:pPr>
        <w:spacing w:after="80" w:line="252" w:lineRule="auto"/>
      </w:pPr>
      <w:r>
        <w:rPr>
          <w:b/>
          <w:sz w:val="17"/>
        </w:rPr>
        <w:t xml:space="preserve">Information collected. </w:t>
      </w:r>
      <w:r>
        <w:rPr>
          <w:sz w:val="17"/>
        </w:rPr>
        <w:t>Application and contact details, employment and education history, qualifications, references, recruitment assessments and, at the appropriate stage, identity, right-to-work, safeguarding, criminal-record and fitness information. Equality monitoring is separated from selection.</w:t>
      </w:r>
    </w:p>
    <w:p w14:paraId="0093E1D4" w14:textId="77777777" w:rsidR="00D92B2D" w:rsidRDefault="000D7A00">
      <w:pPr>
        <w:spacing w:after="80" w:line="252" w:lineRule="auto"/>
      </w:pPr>
      <w:r>
        <w:rPr>
          <w:b/>
          <w:sz w:val="17"/>
        </w:rPr>
        <w:t xml:space="preserve">Lawful bases. </w:t>
      </w:r>
      <w:r>
        <w:rPr>
          <w:sz w:val="17"/>
        </w:rPr>
        <w:t>Steps before entering a contract, legal obligations, legitimate interests and, where special-category or criminal-offence data is processed, the applicable employment, safeguarding and substantial-public-interest conditions.</w:t>
      </w:r>
    </w:p>
    <w:p w14:paraId="444B44C7" w14:textId="77777777" w:rsidR="00D92B2D" w:rsidRDefault="000D7A00">
      <w:pPr>
        <w:spacing w:after="80" w:line="252" w:lineRule="auto"/>
      </w:pPr>
      <w:r>
        <w:rPr>
          <w:b/>
          <w:sz w:val="17"/>
        </w:rPr>
        <w:t xml:space="preserve">Who receives it. </w:t>
      </w:r>
      <w:r>
        <w:rPr>
          <w:sz w:val="17"/>
        </w:rPr>
        <w:t>Authorised panel members and HR staff, referees and organisations involved in lawful checks, including the DBS, Teaching Regulation Agency, Department for Education and relevant professional bodies.</w:t>
      </w:r>
    </w:p>
    <w:p w14:paraId="169A5A11" w14:textId="77777777" w:rsidR="00D92B2D" w:rsidRDefault="000D7A00">
      <w:pPr>
        <w:spacing w:after="80" w:line="252" w:lineRule="auto"/>
      </w:pPr>
      <w:r>
        <w:rPr>
          <w:b/>
          <w:sz w:val="17"/>
        </w:rPr>
        <w:t xml:space="preserve">Online searches. </w:t>
      </w:r>
      <w:r>
        <w:rPr>
          <w:sz w:val="17"/>
        </w:rPr>
        <w:t>The Academy may search publicly available online information about shortlisted candidates as part of safeguarding due diligence. Relevant matters will be considered in context and may be discussed at interview.</w:t>
      </w:r>
    </w:p>
    <w:p w14:paraId="3A7DFFF7" w14:textId="77777777" w:rsidR="00D92B2D" w:rsidRDefault="000D7A00">
      <w:pPr>
        <w:spacing w:after="80" w:line="252" w:lineRule="auto"/>
      </w:pPr>
      <w:r>
        <w:rPr>
          <w:b/>
          <w:sz w:val="17"/>
        </w:rPr>
        <w:t xml:space="preserve">Retention. </w:t>
      </w:r>
      <w:r>
        <w:rPr>
          <w:sz w:val="17"/>
        </w:rPr>
        <w:t>Successful-applicant records become part of the personnel file. Unsuccessful-applicant records are normally retained for six months after the process ends unless a longer period is justified and documented. Equality monitoring data is held separately for statistical purposes.</w:t>
      </w:r>
    </w:p>
    <w:p w14:paraId="0ED16CA4" w14:textId="77777777" w:rsidR="00D92B2D" w:rsidRDefault="000D7A00">
      <w:pPr>
        <w:spacing w:after="80" w:line="252" w:lineRule="auto"/>
      </w:pPr>
      <w:r>
        <w:rPr>
          <w:b/>
          <w:sz w:val="17"/>
        </w:rPr>
        <w:t xml:space="preserve">Your rights. </w:t>
      </w:r>
      <w:r>
        <w:rPr>
          <w:sz w:val="17"/>
        </w:rPr>
        <w:t>Depending on the circumstances, you may request access, correction, restriction or object to processing. You may complain to the Information Commissioner's Office at ico.org.uk or 0303 123 1113.</w:t>
      </w:r>
    </w:p>
    <w:p w14:paraId="1341951D" w14:textId="10D4A803" w:rsidR="00D92B2D" w:rsidRDefault="00D92B2D"/>
    <w:sectPr w:rsidR="00D92B2D" w:rsidSect="00034616">
      <w:headerReference w:type="default" r:id="rId12"/>
      <w:footerReference w:type="default" r:id="rId13"/>
      <w:pgSz w:w="11906" w:h="16838"/>
      <w:pgMar w:top="822" w:right="935" w:bottom="765" w:left="935"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4AE75" w14:textId="77777777" w:rsidR="002743FD" w:rsidRDefault="002743FD">
      <w:pPr>
        <w:spacing w:after="0" w:line="240" w:lineRule="auto"/>
      </w:pPr>
      <w:r>
        <w:separator/>
      </w:r>
    </w:p>
  </w:endnote>
  <w:endnote w:type="continuationSeparator" w:id="0">
    <w:p w14:paraId="6ADA4811" w14:textId="77777777" w:rsidR="002743FD" w:rsidRDefault="00274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0821" w14:textId="77777777" w:rsidR="00D92B2D" w:rsidRDefault="000D7A00">
    <w:pPr>
      <w:pStyle w:val="Footer"/>
      <w:jc w:val="center"/>
    </w:pPr>
    <w:r>
      <w:rPr>
        <w:color w:val="666666"/>
        <w:sz w:val="15"/>
      </w:rPr>
      <w:t xml:space="preserve">BSA Application and Recruitment Pack 2026–27   |   Page </w:t>
    </w:r>
    <w:r>
      <w:fldChar w:fldCharType="begin"/>
    </w:r>
    <w:r>
      <w:instrText>PAGE</w:instrText>
    </w:r>
    <w:r>
      <w:fldChar w:fldCharType="separate"/>
    </w:r>
    <w:r w:rsidR="00F2566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8B3AB" w14:textId="77777777" w:rsidR="002743FD" w:rsidRDefault="002743FD">
      <w:pPr>
        <w:spacing w:after="0" w:line="240" w:lineRule="auto"/>
      </w:pPr>
      <w:r>
        <w:separator/>
      </w:r>
    </w:p>
  </w:footnote>
  <w:footnote w:type="continuationSeparator" w:id="0">
    <w:p w14:paraId="4C928134" w14:textId="77777777" w:rsidR="002743FD" w:rsidRDefault="00274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ED70" w14:textId="77777777" w:rsidR="00D92B2D" w:rsidRDefault="000D7A00">
    <w:pPr>
      <w:pStyle w:val="Header"/>
      <w:jc w:val="right"/>
    </w:pPr>
    <w:r>
      <w:rPr>
        <w:b/>
        <w:color w:val="17171D"/>
        <w:sz w:val="20"/>
      </w:rPr>
      <w:t xml:space="preserve">BLACKPOOL </w:t>
    </w:r>
    <w:r>
      <w:rPr>
        <w:b/>
        <w:color w:val="F58220"/>
        <w:sz w:val="20"/>
      </w:rPr>
      <w:t>SKILLS ACADEMY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59AF7A4"/>
    <w:lvl w:ilvl="0">
      <w:start w:val="1"/>
      <w:numFmt w:val="bullet"/>
      <w:pStyle w:val="ListBullet"/>
      <w:lvlText w:val=""/>
      <w:lvlJc w:val="left"/>
      <w:pPr>
        <w:tabs>
          <w:tab w:val="num" w:pos="360"/>
        </w:tabs>
        <w:ind w:left="360" w:hanging="360"/>
      </w:pPr>
      <w:rPr>
        <w:rFonts w:ascii="Symbol" w:hAnsi="Symbol" w:hint="default"/>
      </w:rPr>
    </w:lvl>
  </w:abstractNum>
  <w:num w:numId="1" w16cid:durableId="1364557329">
    <w:abstractNumId w:val="8"/>
  </w:num>
  <w:num w:numId="2" w16cid:durableId="1727558341">
    <w:abstractNumId w:val="6"/>
  </w:num>
  <w:num w:numId="3" w16cid:durableId="1244874228">
    <w:abstractNumId w:val="5"/>
  </w:num>
  <w:num w:numId="4" w16cid:durableId="1429155798">
    <w:abstractNumId w:val="4"/>
  </w:num>
  <w:num w:numId="5" w16cid:durableId="1423527699">
    <w:abstractNumId w:val="7"/>
  </w:num>
  <w:num w:numId="6" w16cid:durableId="373043002">
    <w:abstractNumId w:val="3"/>
  </w:num>
  <w:num w:numId="7" w16cid:durableId="751515098">
    <w:abstractNumId w:val="2"/>
  </w:num>
  <w:num w:numId="8" w16cid:durableId="620647640">
    <w:abstractNumId w:val="1"/>
  </w:num>
  <w:num w:numId="9" w16cid:durableId="1488519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A00"/>
    <w:rsid w:val="0015074B"/>
    <w:rsid w:val="001A5888"/>
    <w:rsid w:val="0020455C"/>
    <w:rsid w:val="002743FD"/>
    <w:rsid w:val="0029639D"/>
    <w:rsid w:val="00326F90"/>
    <w:rsid w:val="004E575A"/>
    <w:rsid w:val="004F7632"/>
    <w:rsid w:val="0057176B"/>
    <w:rsid w:val="006F6BA0"/>
    <w:rsid w:val="00AA1D8D"/>
    <w:rsid w:val="00B02561"/>
    <w:rsid w:val="00B47730"/>
    <w:rsid w:val="00CB0664"/>
    <w:rsid w:val="00D92B2D"/>
    <w:rsid w:val="00DC3E6E"/>
    <w:rsid w:val="00F256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3C373B"/>
  <w14:defaultImageDpi w14:val="300"/>
  <w15:docId w15:val="{E298E6DC-76C4-430A-947D-25C7C446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6e2b771-4bb3-4d6e-96c5-1e0c108901ad" xsi:nil="true"/>
    <lcf76f155ced4ddcb4097134ff3c332f xmlns="7410f791-1dd3-4651-ab2f-f0689a2ced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22777F4BD659489987D3AF9A79B629" ma:contentTypeVersion="15" ma:contentTypeDescription="Create a new document." ma:contentTypeScope="" ma:versionID="ef8c9cf262eb7bc936a12af876b50889">
  <xsd:schema xmlns:xsd="http://www.w3.org/2001/XMLSchema" xmlns:xs="http://www.w3.org/2001/XMLSchema" xmlns:p="http://schemas.microsoft.com/office/2006/metadata/properties" xmlns:ns2="7410f791-1dd3-4651-ab2f-f0689a2cedc2" xmlns:ns3="96e2b771-4bb3-4d6e-96c5-1e0c108901ad" targetNamespace="http://schemas.microsoft.com/office/2006/metadata/properties" ma:root="true" ma:fieldsID="37d95e21391a05a6f9edb5dea8b07e56" ns2:_="" ns3:_="">
    <xsd:import namespace="7410f791-1dd3-4651-ab2f-f0689a2cedc2"/>
    <xsd:import namespace="96e2b771-4bb3-4d6e-96c5-1e0c108901a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0f791-1dd3-4651-ab2f-f0689a2ced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0d0eb88-04c7-450d-8c84-9c27b6599e2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e2b771-4bb3-4d6e-96c5-1e0c108901a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0d8c23-056a-4e9f-81f8-09e7678ba900}" ma:internalName="TaxCatchAll" ma:showField="CatchAllData" ma:web="96e2b771-4bb3-4d6e-96c5-1e0c108901a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AF1EA37-DC63-41EA-B373-E930D01D8F55}">
  <ds:schemaRefs>
    <ds:schemaRef ds:uri="http://schemas.microsoft.com/office/2006/metadata/properties"/>
    <ds:schemaRef ds:uri="http://schemas.microsoft.com/office/infopath/2007/PartnerControls"/>
    <ds:schemaRef ds:uri="96e2b771-4bb3-4d6e-96c5-1e0c108901ad"/>
    <ds:schemaRef ds:uri="7410f791-1dd3-4651-ab2f-f0689a2cedc2"/>
  </ds:schemaRefs>
</ds:datastoreItem>
</file>

<file path=customXml/itemProps3.xml><?xml version="1.0" encoding="utf-8"?>
<ds:datastoreItem xmlns:ds="http://schemas.openxmlformats.org/officeDocument/2006/customXml" ds:itemID="{D378AD23-D21A-4409-89FD-8A83D8ACE15B}">
  <ds:schemaRefs>
    <ds:schemaRef ds:uri="http://schemas.microsoft.com/sharepoint/v3/contenttype/forms"/>
  </ds:schemaRefs>
</ds:datastoreItem>
</file>

<file path=customXml/itemProps4.xml><?xml version="1.0" encoding="utf-8"?>
<ds:datastoreItem xmlns:ds="http://schemas.openxmlformats.org/officeDocument/2006/customXml" ds:itemID="{829408AD-D64B-4410-AFAB-207E4BCEA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0f791-1dd3-4651-ab2f-f0689a2cedc2"/>
    <ds:schemaRef ds:uri="96e2b771-4bb3-4d6e-96c5-1e0c10890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2193</Words>
  <Characters>12502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Blackpool Skills Academy Application and HR Recruitment Pack 2026–27</dc:title>
  <dc:subject>Applicant form and restricted HR safer-recruitment record</dc:subject>
  <dc:creator>Blackpool Skills Academy</dc:creator>
  <cp:keywords/>
  <dc:description>generated by python-docx</dc:description>
  <cp:lastModifiedBy>Oscar Marshall</cp:lastModifiedBy>
  <cp:revision>4</cp:revision>
  <dcterms:created xsi:type="dcterms:W3CDTF">2026-09-16T14:46:00Z</dcterms:created>
  <dcterms:modified xsi:type="dcterms:W3CDTF">2026-09-16T14:47:00Z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0x010100A822777F4BD659489987D3AF9A79B629</vt:lpwstr>
  </property>
</Properties>
</file>