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BEB2" w14:textId="7AF23E71" w:rsidR="39183E7B" w:rsidRDefault="39183E7B" w:rsidP="39183E7B">
      <w:pPr>
        <w:pStyle w:val="Title"/>
        <w:jc w:val="center"/>
        <w:rPr>
          <w:rFonts w:ascii="Arial" w:eastAsia="Arial" w:hAnsi="Arial" w:cs="Arial"/>
          <w:color w:val="auto"/>
          <w:sz w:val="24"/>
          <w:szCs w:val="24"/>
        </w:rPr>
      </w:pPr>
    </w:p>
    <w:p w14:paraId="759FDDC1" w14:textId="3D619413" w:rsidR="39183E7B" w:rsidRDefault="39183E7B" w:rsidP="39183E7B">
      <w:pPr>
        <w:pStyle w:val="Title"/>
        <w:jc w:val="center"/>
        <w:rPr>
          <w:rFonts w:ascii="Arial" w:eastAsia="Arial" w:hAnsi="Arial" w:cs="Arial"/>
          <w:color w:val="auto"/>
          <w:sz w:val="24"/>
          <w:szCs w:val="24"/>
        </w:rPr>
      </w:pPr>
    </w:p>
    <w:p w14:paraId="0C20247D" w14:textId="477F3AA4" w:rsidR="002816BD" w:rsidRDefault="39183E7B" w:rsidP="39183E7B">
      <w:pPr>
        <w:pStyle w:val="Title"/>
        <w:jc w:val="center"/>
        <w:rPr>
          <w:rFonts w:ascii="Arial" w:eastAsia="Arial" w:hAnsi="Arial" w:cs="Arial"/>
          <w:color w:val="auto"/>
        </w:rPr>
      </w:pPr>
      <w:r w:rsidRPr="39183E7B">
        <w:rPr>
          <w:rFonts w:ascii="Arial" w:eastAsia="Arial" w:hAnsi="Arial" w:cs="Arial"/>
          <w:color w:val="auto"/>
        </w:rPr>
        <w:t>APPLICATION FOR EMPLOYMENT</w:t>
      </w:r>
    </w:p>
    <w:p w14:paraId="3B5A9C76" w14:textId="77777777" w:rsidR="002816BD" w:rsidRDefault="39183E7B" w:rsidP="39183E7B">
      <w:pPr>
        <w:rPr>
          <w:rFonts w:cs="Arial"/>
          <w:sz w:val="24"/>
          <w:szCs w:val="24"/>
        </w:rPr>
      </w:pPr>
      <w:r w:rsidRPr="39183E7B">
        <w:rPr>
          <w:rFonts w:cs="Arial"/>
          <w:b/>
          <w:bCs/>
          <w:sz w:val="24"/>
          <w:szCs w:val="24"/>
        </w:rPr>
        <w:t xml:space="preserve">Version: </w:t>
      </w:r>
      <w:r w:rsidRPr="39183E7B">
        <w:rPr>
          <w:rFonts w:cs="Arial"/>
          <w:sz w:val="24"/>
          <w:szCs w:val="24"/>
        </w:rPr>
        <w:t>1.0</w:t>
      </w:r>
      <w:r w:rsidR="00822B04">
        <w:br/>
      </w:r>
      <w:r w:rsidRPr="39183E7B">
        <w:rPr>
          <w:rFonts w:cs="Arial"/>
          <w:b/>
          <w:bCs/>
          <w:sz w:val="24"/>
          <w:szCs w:val="24"/>
        </w:rPr>
        <w:t xml:space="preserve">Reviewed: </w:t>
      </w:r>
      <w:r w:rsidRPr="39183E7B">
        <w:rPr>
          <w:rFonts w:cs="Arial"/>
          <w:sz w:val="24"/>
          <w:szCs w:val="24"/>
        </w:rPr>
        <w:t>30 June 2026</w:t>
      </w:r>
      <w:r w:rsidR="00822B04">
        <w:br/>
      </w:r>
      <w:r w:rsidRPr="39183E7B">
        <w:rPr>
          <w:rFonts w:cs="Arial"/>
          <w:b/>
          <w:bCs/>
          <w:sz w:val="24"/>
          <w:szCs w:val="24"/>
        </w:rPr>
        <w:t xml:space="preserve">Next Review: </w:t>
      </w:r>
      <w:r w:rsidRPr="39183E7B">
        <w:rPr>
          <w:rFonts w:cs="Arial"/>
          <w:sz w:val="24"/>
          <w:szCs w:val="24"/>
        </w:rPr>
        <w:t>30 June 2027</w:t>
      </w:r>
      <w:r w:rsidR="00822B04">
        <w:br/>
      </w:r>
      <w:r w:rsidRPr="39183E7B">
        <w:rPr>
          <w:rFonts w:cs="Arial"/>
          <w:b/>
          <w:bCs/>
          <w:sz w:val="24"/>
          <w:szCs w:val="24"/>
        </w:rPr>
        <w:t xml:space="preserve">Category: </w:t>
      </w:r>
      <w:r w:rsidRPr="39183E7B">
        <w:rPr>
          <w:rFonts w:cs="Arial"/>
          <w:sz w:val="24"/>
          <w:szCs w:val="24"/>
        </w:rPr>
        <w:t>Human Resources / Safer Recruitment</w:t>
      </w:r>
    </w:p>
    <w:p w14:paraId="6AC28A93" w14:textId="77777777" w:rsidR="002816BD" w:rsidRDefault="39183E7B" w:rsidP="39183E7B">
      <w:pPr>
        <w:pStyle w:val="Heading1"/>
        <w:rPr>
          <w:rFonts w:ascii="Arial" w:eastAsia="Arial" w:hAnsi="Arial" w:cs="Arial"/>
          <w:color w:val="auto"/>
          <w:sz w:val="24"/>
          <w:szCs w:val="24"/>
        </w:rPr>
      </w:pPr>
      <w:r w:rsidRPr="39183E7B">
        <w:rPr>
          <w:rFonts w:ascii="Arial" w:eastAsia="Arial" w:hAnsi="Arial" w:cs="Arial"/>
          <w:color w:val="auto"/>
          <w:sz w:val="24"/>
          <w:szCs w:val="24"/>
        </w:rPr>
        <w:t>Guidance for Applicants</w:t>
      </w:r>
    </w:p>
    <w:p w14:paraId="4B2CA5F1" w14:textId="77777777" w:rsidR="002816BD" w:rsidRDefault="39183E7B" w:rsidP="39183E7B">
      <w:pPr>
        <w:rPr>
          <w:rFonts w:cs="Arial"/>
          <w:sz w:val="24"/>
          <w:szCs w:val="24"/>
        </w:rPr>
      </w:pPr>
      <w:r w:rsidRPr="39183E7B">
        <w:rPr>
          <w:rFonts w:cs="Arial"/>
          <w:sz w:val="24"/>
          <w:szCs w:val="24"/>
        </w:rPr>
        <w:t>Thank you for your interest in joining Blackpool Skills Academy. Please complete every section of this form. CVs may be submitted in support of your application but will not be accepted instead of this application form. In line with Keeping Children Safe in Education, the Academy requires a full employment history and satisfactory references. Shortlisted candidates may be subject to an online search as part of the safer recruitment process.</w:t>
      </w:r>
    </w:p>
    <w:p w14:paraId="028C4E55" w14:textId="77777777" w:rsidR="002816BD" w:rsidRDefault="39183E7B" w:rsidP="39183E7B">
      <w:pPr>
        <w:pStyle w:val="Heading1"/>
        <w:rPr>
          <w:rFonts w:ascii="Arial" w:eastAsia="Arial" w:hAnsi="Arial" w:cs="Arial"/>
          <w:color w:val="auto"/>
          <w:sz w:val="24"/>
          <w:szCs w:val="24"/>
        </w:rPr>
      </w:pPr>
      <w:r w:rsidRPr="39183E7B">
        <w:rPr>
          <w:rFonts w:ascii="Arial" w:eastAsia="Arial" w:hAnsi="Arial" w:cs="Arial"/>
          <w:color w:val="auto"/>
          <w:sz w:val="24"/>
          <w:szCs w:val="24"/>
        </w:rPr>
        <w:t>1. Vacancy Details</w:t>
      </w:r>
    </w:p>
    <w:p w14:paraId="0750ED27" w14:textId="77777777" w:rsidR="002816BD" w:rsidRDefault="39183E7B" w:rsidP="39183E7B">
      <w:pPr>
        <w:rPr>
          <w:rFonts w:cs="Arial"/>
          <w:sz w:val="24"/>
          <w:szCs w:val="24"/>
        </w:rPr>
      </w:pPr>
      <w:r w:rsidRPr="39183E7B">
        <w:rPr>
          <w:rFonts w:cs="Arial"/>
          <w:sz w:val="24"/>
          <w:szCs w:val="24"/>
        </w:rPr>
        <w:t>Job Title: _________________________________________________</w:t>
      </w:r>
    </w:p>
    <w:p w14:paraId="18DCEBDD" w14:textId="77777777" w:rsidR="002816BD" w:rsidRDefault="39183E7B" w:rsidP="39183E7B">
      <w:pPr>
        <w:rPr>
          <w:rFonts w:cs="Arial"/>
          <w:sz w:val="24"/>
          <w:szCs w:val="24"/>
        </w:rPr>
      </w:pPr>
      <w:r w:rsidRPr="39183E7B">
        <w:rPr>
          <w:rFonts w:cs="Arial"/>
          <w:sz w:val="24"/>
          <w:szCs w:val="24"/>
        </w:rPr>
        <w:t>Vacancy Reference: _________________________________________________</w:t>
      </w:r>
    </w:p>
    <w:p w14:paraId="15447667" w14:textId="77777777" w:rsidR="002816BD" w:rsidRDefault="39183E7B" w:rsidP="39183E7B">
      <w:pPr>
        <w:rPr>
          <w:rFonts w:cs="Arial"/>
          <w:sz w:val="24"/>
          <w:szCs w:val="24"/>
        </w:rPr>
      </w:pPr>
      <w:r w:rsidRPr="39183E7B">
        <w:rPr>
          <w:rFonts w:cs="Arial"/>
          <w:sz w:val="24"/>
          <w:szCs w:val="24"/>
        </w:rPr>
        <w:t>Working Pattern: _________________________________________________</w:t>
      </w:r>
    </w:p>
    <w:p w14:paraId="6A8BC701" w14:textId="77777777" w:rsidR="002816BD" w:rsidRDefault="39183E7B" w:rsidP="39183E7B">
      <w:pPr>
        <w:rPr>
          <w:rFonts w:cs="Arial"/>
          <w:sz w:val="24"/>
          <w:szCs w:val="24"/>
        </w:rPr>
      </w:pPr>
      <w:r w:rsidRPr="39183E7B">
        <w:rPr>
          <w:rFonts w:cs="Arial"/>
          <w:sz w:val="24"/>
          <w:szCs w:val="24"/>
        </w:rPr>
        <w:t>Date of Application: _________________________________________________</w:t>
      </w:r>
    </w:p>
    <w:p w14:paraId="151B94A1" w14:textId="77777777" w:rsidR="002816BD" w:rsidRDefault="39183E7B" w:rsidP="39183E7B">
      <w:pPr>
        <w:pStyle w:val="Heading1"/>
        <w:rPr>
          <w:rFonts w:ascii="Arial" w:eastAsia="Arial" w:hAnsi="Arial" w:cs="Arial"/>
          <w:color w:val="auto"/>
          <w:sz w:val="24"/>
          <w:szCs w:val="24"/>
        </w:rPr>
      </w:pPr>
      <w:r w:rsidRPr="39183E7B">
        <w:rPr>
          <w:rFonts w:ascii="Arial" w:eastAsia="Arial" w:hAnsi="Arial" w:cs="Arial"/>
          <w:color w:val="auto"/>
          <w:sz w:val="24"/>
          <w:szCs w:val="24"/>
        </w:rPr>
        <w:t>2. Personal Details</w:t>
      </w:r>
    </w:p>
    <w:p w14:paraId="6C769104" w14:textId="77777777" w:rsidR="002816BD" w:rsidRDefault="39183E7B" w:rsidP="39183E7B">
      <w:pPr>
        <w:rPr>
          <w:rFonts w:cs="Arial"/>
          <w:sz w:val="24"/>
          <w:szCs w:val="24"/>
        </w:rPr>
      </w:pPr>
      <w:r w:rsidRPr="39183E7B">
        <w:rPr>
          <w:rFonts w:cs="Arial"/>
          <w:sz w:val="24"/>
          <w:szCs w:val="24"/>
        </w:rPr>
        <w:t>Title: _________________________________________________</w:t>
      </w:r>
    </w:p>
    <w:p w14:paraId="4E520305" w14:textId="77777777" w:rsidR="002816BD" w:rsidRDefault="39183E7B" w:rsidP="39183E7B">
      <w:pPr>
        <w:rPr>
          <w:rFonts w:cs="Arial"/>
          <w:sz w:val="24"/>
          <w:szCs w:val="24"/>
        </w:rPr>
      </w:pPr>
      <w:r w:rsidRPr="39183E7B">
        <w:rPr>
          <w:rFonts w:cs="Arial"/>
          <w:sz w:val="24"/>
          <w:szCs w:val="24"/>
        </w:rPr>
        <w:t>First Name: _________________________________________________</w:t>
      </w:r>
    </w:p>
    <w:p w14:paraId="3B5DBD9D" w14:textId="77777777" w:rsidR="002816BD" w:rsidRDefault="39183E7B" w:rsidP="39183E7B">
      <w:pPr>
        <w:rPr>
          <w:rFonts w:cs="Arial"/>
          <w:sz w:val="24"/>
          <w:szCs w:val="24"/>
        </w:rPr>
      </w:pPr>
      <w:r w:rsidRPr="39183E7B">
        <w:rPr>
          <w:rFonts w:cs="Arial"/>
          <w:sz w:val="24"/>
          <w:szCs w:val="24"/>
        </w:rPr>
        <w:t>Middle Name(s): _________________________________________________</w:t>
      </w:r>
    </w:p>
    <w:p w14:paraId="6E05363F" w14:textId="77777777" w:rsidR="002816BD" w:rsidRDefault="39183E7B" w:rsidP="39183E7B">
      <w:pPr>
        <w:rPr>
          <w:rFonts w:cs="Arial"/>
          <w:sz w:val="24"/>
          <w:szCs w:val="24"/>
        </w:rPr>
      </w:pPr>
      <w:r w:rsidRPr="39183E7B">
        <w:rPr>
          <w:rFonts w:cs="Arial"/>
          <w:sz w:val="24"/>
          <w:szCs w:val="24"/>
        </w:rPr>
        <w:lastRenderedPageBreak/>
        <w:t>Surname: _________________________________________________</w:t>
      </w:r>
    </w:p>
    <w:p w14:paraId="365CACF7" w14:textId="77777777" w:rsidR="002816BD" w:rsidRDefault="39183E7B" w:rsidP="39183E7B">
      <w:pPr>
        <w:rPr>
          <w:rFonts w:cs="Arial"/>
          <w:sz w:val="24"/>
          <w:szCs w:val="24"/>
        </w:rPr>
      </w:pPr>
      <w:r w:rsidRPr="39183E7B">
        <w:rPr>
          <w:rFonts w:cs="Arial"/>
          <w:sz w:val="24"/>
          <w:szCs w:val="24"/>
        </w:rPr>
        <w:t>Previous Name(s): _________________________________________________</w:t>
      </w:r>
    </w:p>
    <w:p w14:paraId="663684D2" w14:textId="77777777" w:rsidR="002816BD" w:rsidRDefault="39183E7B" w:rsidP="39183E7B">
      <w:pPr>
        <w:rPr>
          <w:rFonts w:cs="Arial"/>
          <w:sz w:val="24"/>
          <w:szCs w:val="24"/>
        </w:rPr>
      </w:pPr>
      <w:r w:rsidRPr="39183E7B">
        <w:rPr>
          <w:rFonts w:cs="Arial"/>
          <w:sz w:val="24"/>
          <w:szCs w:val="24"/>
        </w:rPr>
        <w:t>Address: _________________________________________________</w:t>
      </w:r>
    </w:p>
    <w:p w14:paraId="34F08A0A" w14:textId="77777777" w:rsidR="002816BD" w:rsidRDefault="39183E7B" w:rsidP="39183E7B">
      <w:pPr>
        <w:rPr>
          <w:rFonts w:cs="Arial"/>
          <w:sz w:val="24"/>
          <w:szCs w:val="24"/>
        </w:rPr>
      </w:pPr>
      <w:r w:rsidRPr="39183E7B">
        <w:rPr>
          <w:rFonts w:cs="Arial"/>
          <w:sz w:val="24"/>
          <w:szCs w:val="24"/>
        </w:rPr>
        <w:t>Postcode: _________________________________________________</w:t>
      </w:r>
    </w:p>
    <w:p w14:paraId="5912CC8D" w14:textId="77777777" w:rsidR="004B4470" w:rsidRDefault="004E3FF0" w:rsidP="39183E7B">
      <w:pPr>
        <w:rPr>
          <w:rFonts w:cs="Arial"/>
          <w:sz w:val="24"/>
          <w:szCs w:val="24"/>
          <w:u w:val="single"/>
        </w:rPr>
      </w:pPr>
      <w:r>
        <w:rPr>
          <w:rFonts w:cs="Arial"/>
          <w:sz w:val="24"/>
          <w:szCs w:val="24"/>
        </w:rPr>
        <w:t>Previous Address</w:t>
      </w:r>
      <w:r w:rsidR="00B547CB">
        <w:rPr>
          <w:rFonts w:cs="Arial"/>
          <w:sz w:val="24"/>
          <w:szCs w:val="24"/>
        </w:rPr>
        <w:t xml:space="preserve"> (within the last 5 years) </w:t>
      </w:r>
      <w:r w:rsidR="00B547CB">
        <w:rPr>
          <w:rFonts w:cs="Arial"/>
          <w:sz w:val="24"/>
          <w:szCs w:val="24"/>
          <w:u w:val="single"/>
        </w:rPr>
        <w:t xml:space="preserve"> </w:t>
      </w:r>
    </w:p>
    <w:p w14:paraId="590FFE80" w14:textId="413E2D8B" w:rsidR="004E3FF0" w:rsidRDefault="004B4470" w:rsidP="39183E7B">
      <w:pPr>
        <w:rPr>
          <w:rFonts w:cs="Arial"/>
          <w:sz w:val="24"/>
          <w:szCs w:val="24"/>
        </w:rPr>
      </w:pPr>
      <w:r w:rsidRPr="39183E7B">
        <w:rPr>
          <w:rFonts w:cs="Arial"/>
          <w:sz w:val="24"/>
          <w:szCs w:val="24"/>
        </w:rPr>
        <w:t>_________________________________________________</w:t>
      </w:r>
      <w:r w:rsidR="00B547CB">
        <w:rPr>
          <w:rFonts w:cs="Arial"/>
          <w:sz w:val="24"/>
          <w:szCs w:val="24"/>
          <w:u w:val="single"/>
        </w:rPr>
        <w:t xml:space="preserve">                        </w:t>
      </w:r>
      <w:r w:rsidR="00B547CB">
        <w:rPr>
          <w:rFonts w:cs="Arial"/>
          <w:sz w:val="24"/>
          <w:szCs w:val="24"/>
        </w:rPr>
        <w:t xml:space="preserve"> </w:t>
      </w:r>
    </w:p>
    <w:p w14:paraId="4D6DE737" w14:textId="77777777" w:rsidR="002816BD" w:rsidRDefault="39183E7B" w:rsidP="39183E7B">
      <w:pPr>
        <w:rPr>
          <w:rFonts w:cs="Arial"/>
          <w:sz w:val="24"/>
          <w:szCs w:val="24"/>
        </w:rPr>
      </w:pPr>
      <w:r w:rsidRPr="39183E7B">
        <w:rPr>
          <w:rFonts w:cs="Arial"/>
          <w:sz w:val="24"/>
          <w:szCs w:val="24"/>
        </w:rPr>
        <w:t>Email: _________________________________________________</w:t>
      </w:r>
    </w:p>
    <w:p w14:paraId="379837D6" w14:textId="77777777" w:rsidR="002816BD" w:rsidRDefault="39183E7B" w:rsidP="39183E7B">
      <w:pPr>
        <w:rPr>
          <w:rFonts w:cs="Arial"/>
          <w:sz w:val="24"/>
          <w:szCs w:val="24"/>
        </w:rPr>
      </w:pPr>
      <w:r w:rsidRPr="39183E7B">
        <w:rPr>
          <w:rFonts w:cs="Arial"/>
          <w:sz w:val="24"/>
          <w:szCs w:val="24"/>
        </w:rPr>
        <w:t>Mobile: _________________________________________________</w:t>
      </w:r>
    </w:p>
    <w:p w14:paraId="0CA88D4F" w14:textId="77777777" w:rsidR="002816BD" w:rsidRDefault="39183E7B" w:rsidP="39183E7B">
      <w:pPr>
        <w:rPr>
          <w:rFonts w:cs="Arial"/>
          <w:sz w:val="24"/>
          <w:szCs w:val="24"/>
        </w:rPr>
      </w:pPr>
      <w:r w:rsidRPr="39183E7B">
        <w:rPr>
          <w:rFonts w:cs="Arial"/>
          <w:sz w:val="24"/>
          <w:szCs w:val="24"/>
        </w:rPr>
        <w:t>Home Telephone: _________________________________________________</w:t>
      </w:r>
    </w:p>
    <w:p w14:paraId="37502F9A" w14:textId="77777777" w:rsidR="002816BD" w:rsidRDefault="39183E7B" w:rsidP="39183E7B">
      <w:pPr>
        <w:rPr>
          <w:rFonts w:cs="Arial"/>
          <w:sz w:val="24"/>
          <w:szCs w:val="24"/>
        </w:rPr>
      </w:pPr>
      <w:r w:rsidRPr="39183E7B">
        <w:rPr>
          <w:rFonts w:cs="Arial"/>
          <w:sz w:val="24"/>
          <w:szCs w:val="24"/>
        </w:rPr>
        <w:t>National Insurance Number: _________________________________________________</w:t>
      </w:r>
    </w:p>
    <w:p w14:paraId="3A4FD81D" w14:textId="77777777" w:rsidR="002816BD" w:rsidRDefault="39183E7B" w:rsidP="39183E7B">
      <w:pPr>
        <w:pStyle w:val="Heading1"/>
        <w:rPr>
          <w:rFonts w:ascii="Arial" w:eastAsia="Arial" w:hAnsi="Arial" w:cs="Arial"/>
          <w:color w:val="auto"/>
          <w:sz w:val="24"/>
          <w:szCs w:val="24"/>
        </w:rPr>
      </w:pPr>
      <w:r w:rsidRPr="39183E7B">
        <w:rPr>
          <w:rFonts w:ascii="Arial" w:eastAsia="Arial" w:hAnsi="Arial" w:cs="Arial"/>
          <w:color w:val="auto"/>
          <w:sz w:val="24"/>
          <w:szCs w:val="24"/>
        </w:rPr>
        <w:t>3. Right to Work</w:t>
      </w:r>
    </w:p>
    <w:p w14:paraId="10E8695C" w14:textId="77777777" w:rsidR="002816BD" w:rsidRDefault="39183E7B" w:rsidP="39183E7B">
      <w:pPr>
        <w:rPr>
          <w:rFonts w:cs="Arial"/>
          <w:sz w:val="24"/>
          <w:szCs w:val="24"/>
        </w:rPr>
      </w:pPr>
      <w:r w:rsidRPr="39183E7B">
        <w:rPr>
          <w:rFonts w:cs="Arial"/>
          <w:sz w:val="24"/>
          <w:szCs w:val="24"/>
        </w:rPr>
        <w:t>☐ Yes   ☐ No    Do you have the legal right to work in the UK?</w:t>
      </w:r>
    </w:p>
    <w:p w14:paraId="06E95631" w14:textId="77777777" w:rsidR="002816BD" w:rsidRDefault="39183E7B" w:rsidP="39183E7B">
      <w:pPr>
        <w:rPr>
          <w:rFonts w:cs="Arial"/>
          <w:sz w:val="24"/>
          <w:szCs w:val="24"/>
        </w:rPr>
      </w:pPr>
      <w:r w:rsidRPr="39183E7B">
        <w:rPr>
          <w:rFonts w:cs="Arial"/>
          <w:sz w:val="24"/>
          <w:szCs w:val="24"/>
        </w:rPr>
        <w:t>☐ Yes   ☐ No    Will you require sponsorship now or in the future?</w:t>
      </w:r>
    </w:p>
    <w:p w14:paraId="5F7D9225" w14:textId="77777777" w:rsidR="002816BD" w:rsidRDefault="39183E7B" w:rsidP="39183E7B">
      <w:pPr>
        <w:pStyle w:val="Heading1"/>
        <w:rPr>
          <w:rFonts w:ascii="Arial" w:eastAsia="Arial" w:hAnsi="Arial" w:cs="Arial"/>
          <w:color w:val="auto"/>
          <w:sz w:val="24"/>
          <w:szCs w:val="24"/>
        </w:rPr>
      </w:pPr>
      <w:r w:rsidRPr="39183E7B">
        <w:rPr>
          <w:rFonts w:ascii="Arial" w:eastAsia="Arial" w:hAnsi="Arial" w:cs="Arial"/>
          <w:color w:val="auto"/>
          <w:sz w:val="24"/>
          <w:szCs w:val="24"/>
        </w:rPr>
        <w:t>4. Qualifications</w:t>
      </w:r>
    </w:p>
    <w:tbl>
      <w:tblPr>
        <w:tblStyle w:val="TableGrid"/>
        <w:tblW w:w="0" w:type="auto"/>
        <w:tblLook w:val="04A0" w:firstRow="1" w:lastRow="0" w:firstColumn="1" w:lastColumn="0" w:noHBand="0" w:noVBand="1"/>
      </w:tblPr>
      <w:tblGrid>
        <w:gridCol w:w="1728"/>
        <w:gridCol w:w="1728"/>
        <w:gridCol w:w="1728"/>
        <w:gridCol w:w="1728"/>
        <w:gridCol w:w="1728"/>
      </w:tblGrid>
      <w:tr w:rsidR="002816BD" w14:paraId="10D6EBDC" w14:textId="77777777" w:rsidTr="39183E7B">
        <w:tc>
          <w:tcPr>
            <w:tcW w:w="1728" w:type="dxa"/>
          </w:tcPr>
          <w:p w14:paraId="14084DAF" w14:textId="77777777" w:rsidR="002816BD" w:rsidRDefault="39183E7B" w:rsidP="39183E7B">
            <w:pPr>
              <w:rPr>
                <w:rFonts w:cs="Arial"/>
                <w:sz w:val="24"/>
                <w:szCs w:val="24"/>
              </w:rPr>
            </w:pPr>
            <w:r w:rsidRPr="39183E7B">
              <w:rPr>
                <w:rFonts w:cs="Arial"/>
                <w:sz w:val="24"/>
                <w:szCs w:val="24"/>
              </w:rPr>
              <w:t>Qualification</w:t>
            </w:r>
          </w:p>
        </w:tc>
        <w:tc>
          <w:tcPr>
            <w:tcW w:w="1728" w:type="dxa"/>
          </w:tcPr>
          <w:p w14:paraId="27B6226E" w14:textId="77777777" w:rsidR="002816BD" w:rsidRDefault="39183E7B" w:rsidP="39183E7B">
            <w:pPr>
              <w:rPr>
                <w:rFonts w:cs="Arial"/>
                <w:sz w:val="24"/>
                <w:szCs w:val="24"/>
              </w:rPr>
            </w:pPr>
            <w:r w:rsidRPr="39183E7B">
              <w:rPr>
                <w:rFonts w:cs="Arial"/>
                <w:sz w:val="24"/>
                <w:szCs w:val="24"/>
              </w:rPr>
              <w:t>Subject</w:t>
            </w:r>
          </w:p>
        </w:tc>
        <w:tc>
          <w:tcPr>
            <w:tcW w:w="1728" w:type="dxa"/>
          </w:tcPr>
          <w:p w14:paraId="50E1B160" w14:textId="77777777" w:rsidR="002816BD" w:rsidRDefault="39183E7B" w:rsidP="39183E7B">
            <w:pPr>
              <w:rPr>
                <w:rFonts w:cs="Arial"/>
                <w:sz w:val="24"/>
                <w:szCs w:val="24"/>
              </w:rPr>
            </w:pPr>
            <w:r w:rsidRPr="39183E7B">
              <w:rPr>
                <w:rFonts w:cs="Arial"/>
                <w:sz w:val="24"/>
                <w:szCs w:val="24"/>
              </w:rPr>
              <w:t>Grade</w:t>
            </w:r>
          </w:p>
        </w:tc>
        <w:tc>
          <w:tcPr>
            <w:tcW w:w="1728" w:type="dxa"/>
          </w:tcPr>
          <w:p w14:paraId="6422776E" w14:textId="77777777" w:rsidR="002816BD" w:rsidRDefault="39183E7B" w:rsidP="39183E7B">
            <w:pPr>
              <w:rPr>
                <w:rFonts w:cs="Arial"/>
                <w:sz w:val="24"/>
                <w:szCs w:val="24"/>
              </w:rPr>
            </w:pPr>
            <w:r w:rsidRPr="39183E7B">
              <w:rPr>
                <w:rFonts w:cs="Arial"/>
                <w:sz w:val="24"/>
                <w:szCs w:val="24"/>
              </w:rPr>
              <w:t>Awarding Body</w:t>
            </w:r>
          </w:p>
        </w:tc>
        <w:tc>
          <w:tcPr>
            <w:tcW w:w="1728" w:type="dxa"/>
          </w:tcPr>
          <w:p w14:paraId="491072FA" w14:textId="77777777" w:rsidR="002816BD" w:rsidRDefault="39183E7B" w:rsidP="39183E7B">
            <w:pPr>
              <w:rPr>
                <w:rFonts w:cs="Arial"/>
                <w:sz w:val="24"/>
                <w:szCs w:val="24"/>
              </w:rPr>
            </w:pPr>
            <w:r w:rsidRPr="39183E7B">
              <w:rPr>
                <w:rFonts w:cs="Arial"/>
                <w:sz w:val="24"/>
                <w:szCs w:val="24"/>
              </w:rPr>
              <w:t>Date</w:t>
            </w:r>
          </w:p>
        </w:tc>
      </w:tr>
      <w:tr w:rsidR="002816BD" w14:paraId="672A6659" w14:textId="77777777" w:rsidTr="39183E7B">
        <w:tc>
          <w:tcPr>
            <w:tcW w:w="1728" w:type="dxa"/>
          </w:tcPr>
          <w:p w14:paraId="0A37501D" w14:textId="77777777" w:rsidR="002816BD" w:rsidRDefault="002816BD" w:rsidP="39183E7B">
            <w:pPr>
              <w:rPr>
                <w:rFonts w:cs="Arial"/>
                <w:sz w:val="24"/>
                <w:szCs w:val="24"/>
              </w:rPr>
            </w:pPr>
          </w:p>
        </w:tc>
        <w:tc>
          <w:tcPr>
            <w:tcW w:w="1728" w:type="dxa"/>
          </w:tcPr>
          <w:p w14:paraId="5DAB6C7B" w14:textId="77777777" w:rsidR="002816BD" w:rsidRDefault="002816BD" w:rsidP="39183E7B">
            <w:pPr>
              <w:rPr>
                <w:rFonts w:cs="Arial"/>
                <w:sz w:val="24"/>
                <w:szCs w:val="24"/>
              </w:rPr>
            </w:pPr>
          </w:p>
        </w:tc>
        <w:tc>
          <w:tcPr>
            <w:tcW w:w="1728" w:type="dxa"/>
          </w:tcPr>
          <w:p w14:paraId="02EB378F" w14:textId="77777777" w:rsidR="002816BD" w:rsidRDefault="002816BD" w:rsidP="39183E7B">
            <w:pPr>
              <w:rPr>
                <w:rFonts w:cs="Arial"/>
                <w:sz w:val="24"/>
                <w:szCs w:val="24"/>
              </w:rPr>
            </w:pPr>
          </w:p>
        </w:tc>
        <w:tc>
          <w:tcPr>
            <w:tcW w:w="1728" w:type="dxa"/>
          </w:tcPr>
          <w:p w14:paraId="6A05A809" w14:textId="77777777" w:rsidR="002816BD" w:rsidRDefault="002816BD" w:rsidP="39183E7B">
            <w:pPr>
              <w:rPr>
                <w:rFonts w:cs="Arial"/>
                <w:sz w:val="24"/>
                <w:szCs w:val="24"/>
              </w:rPr>
            </w:pPr>
          </w:p>
        </w:tc>
        <w:tc>
          <w:tcPr>
            <w:tcW w:w="1728" w:type="dxa"/>
          </w:tcPr>
          <w:p w14:paraId="5A39BBE3" w14:textId="77777777" w:rsidR="002816BD" w:rsidRDefault="002816BD" w:rsidP="39183E7B">
            <w:pPr>
              <w:rPr>
                <w:rFonts w:cs="Arial"/>
                <w:sz w:val="24"/>
                <w:szCs w:val="24"/>
              </w:rPr>
            </w:pPr>
          </w:p>
        </w:tc>
      </w:tr>
      <w:tr w:rsidR="002816BD" w14:paraId="41C8F396" w14:textId="77777777" w:rsidTr="39183E7B">
        <w:tc>
          <w:tcPr>
            <w:tcW w:w="1728" w:type="dxa"/>
          </w:tcPr>
          <w:p w14:paraId="72A3D3EC" w14:textId="77777777" w:rsidR="002816BD" w:rsidRDefault="002816BD" w:rsidP="39183E7B">
            <w:pPr>
              <w:rPr>
                <w:rFonts w:cs="Arial"/>
                <w:sz w:val="24"/>
                <w:szCs w:val="24"/>
              </w:rPr>
            </w:pPr>
          </w:p>
        </w:tc>
        <w:tc>
          <w:tcPr>
            <w:tcW w:w="1728" w:type="dxa"/>
          </w:tcPr>
          <w:p w14:paraId="0D0B940D" w14:textId="77777777" w:rsidR="002816BD" w:rsidRDefault="002816BD" w:rsidP="39183E7B">
            <w:pPr>
              <w:rPr>
                <w:rFonts w:cs="Arial"/>
                <w:sz w:val="24"/>
                <w:szCs w:val="24"/>
              </w:rPr>
            </w:pPr>
          </w:p>
        </w:tc>
        <w:tc>
          <w:tcPr>
            <w:tcW w:w="1728" w:type="dxa"/>
          </w:tcPr>
          <w:p w14:paraId="0E27B00A" w14:textId="77777777" w:rsidR="002816BD" w:rsidRDefault="002816BD" w:rsidP="39183E7B">
            <w:pPr>
              <w:rPr>
                <w:rFonts w:cs="Arial"/>
                <w:sz w:val="24"/>
                <w:szCs w:val="24"/>
              </w:rPr>
            </w:pPr>
          </w:p>
        </w:tc>
        <w:tc>
          <w:tcPr>
            <w:tcW w:w="1728" w:type="dxa"/>
          </w:tcPr>
          <w:p w14:paraId="60061E4C" w14:textId="77777777" w:rsidR="002816BD" w:rsidRDefault="002816BD" w:rsidP="39183E7B">
            <w:pPr>
              <w:rPr>
                <w:rFonts w:cs="Arial"/>
                <w:sz w:val="24"/>
                <w:szCs w:val="24"/>
              </w:rPr>
            </w:pPr>
          </w:p>
        </w:tc>
        <w:tc>
          <w:tcPr>
            <w:tcW w:w="1728" w:type="dxa"/>
          </w:tcPr>
          <w:p w14:paraId="44EAFD9C" w14:textId="77777777" w:rsidR="002816BD" w:rsidRDefault="002816BD" w:rsidP="39183E7B">
            <w:pPr>
              <w:rPr>
                <w:rFonts w:cs="Arial"/>
                <w:sz w:val="24"/>
                <w:szCs w:val="24"/>
              </w:rPr>
            </w:pPr>
          </w:p>
        </w:tc>
      </w:tr>
      <w:tr w:rsidR="002816BD" w14:paraId="4B94D5A5" w14:textId="77777777" w:rsidTr="39183E7B">
        <w:tc>
          <w:tcPr>
            <w:tcW w:w="1728" w:type="dxa"/>
          </w:tcPr>
          <w:p w14:paraId="3DEEC669" w14:textId="77777777" w:rsidR="002816BD" w:rsidRDefault="002816BD" w:rsidP="39183E7B">
            <w:pPr>
              <w:rPr>
                <w:rFonts w:cs="Arial"/>
                <w:sz w:val="24"/>
                <w:szCs w:val="24"/>
              </w:rPr>
            </w:pPr>
          </w:p>
        </w:tc>
        <w:tc>
          <w:tcPr>
            <w:tcW w:w="1728" w:type="dxa"/>
          </w:tcPr>
          <w:p w14:paraId="3656B9AB" w14:textId="77777777" w:rsidR="002816BD" w:rsidRDefault="002816BD" w:rsidP="39183E7B">
            <w:pPr>
              <w:rPr>
                <w:rFonts w:cs="Arial"/>
                <w:sz w:val="24"/>
                <w:szCs w:val="24"/>
              </w:rPr>
            </w:pPr>
          </w:p>
        </w:tc>
        <w:tc>
          <w:tcPr>
            <w:tcW w:w="1728" w:type="dxa"/>
          </w:tcPr>
          <w:p w14:paraId="45FB0818" w14:textId="77777777" w:rsidR="002816BD" w:rsidRDefault="002816BD" w:rsidP="39183E7B">
            <w:pPr>
              <w:rPr>
                <w:rFonts w:cs="Arial"/>
                <w:sz w:val="24"/>
                <w:szCs w:val="24"/>
              </w:rPr>
            </w:pPr>
          </w:p>
        </w:tc>
        <w:tc>
          <w:tcPr>
            <w:tcW w:w="1728" w:type="dxa"/>
          </w:tcPr>
          <w:p w14:paraId="049F31CB" w14:textId="77777777" w:rsidR="002816BD" w:rsidRDefault="002816BD" w:rsidP="39183E7B">
            <w:pPr>
              <w:rPr>
                <w:rFonts w:cs="Arial"/>
                <w:sz w:val="24"/>
                <w:szCs w:val="24"/>
              </w:rPr>
            </w:pPr>
          </w:p>
        </w:tc>
        <w:tc>
          <w:tcPr>
            <w:tcW w:w="1728" w:type="dxa"/>
          </w:tcPr>
          <w:p w14:paraId="53128261" w14:textId="77777777" w:rsidR="002816BD" w:rsidRDefault="002816BD" w:rsidP="39183E7B">
            <w:pPr>
              <w:rPr>
                <w:rFonts w:cs="Arial"/>
                <w:sz w:val="24"/>
                <w:szCs w:val="24"/>
              </w:rPr>
            </w:pPr>
          </w:p>
        </w:tc>
      </w:tr>
      <w:tr w:rsidR="002816BD" w14:paraId="62486C05" w14:textId="77777777" w:rsidTr="39183E7B">
        <w:tc>
          <w:tcPr>
            <w:tcW w:w="1728" w:type="dxa"/>
          </w:tcPr>
          <w:p w14:paraId="4101652C" w14:textId="77777777" w:rsidR="002816BD" w:rsidRDefault="002816BD" w:rsidP="39183E7B">
            <w:pPr>
              <w:rPr>
                <w:rFonts w:cs="Arial"/>
                <w:sz w:val="24"/>
                <w:szCs w:val="24"/>
              </w:rPr>
            </w:pPr>
          </w:p>
        </w:tc>
        <w:tc>
          <w:tcPr>
            <w:tcW w:w="1728" w:type="dxa"/>
          </w:tcPr>
          <w:p w14:paraId="4B99056E" w14:textId="77777777" w:rsidR="002816BD" w:rsidRDefault="002816BD" w:rsidP="39183E7B">
            <w:pPr>
              <w:rPr>
                <w:rFonts w:cs="Arial"/>
                <w:sz w:val="24"/>
                <w:szCs w:val="24"/>
              </w:rPr>
            </w:pPr>
          </w:p>
        </w:tc>
        <w:tc>
          <w:tcPr>
            <w:tcW w:w="1728" w:type="dxa"/>
          </w:tcPr>
          <w:p w14:paraId="1299C43A" w14:textId="77777777" w:rsidR="002816BD" w:rsidRDefault="002816BD" w:rsidP="39183E7B">
            <w:pPr>
              <w:rPr>
                <w:rFonts w:cs="Arial"/>
                <w:sz w:val="24"/>
                <w:szCs w:val="24"/>
              </w:rPr>
            </w:pPr>
          </w:p>
        </w:tc>
        <w:tc>
          <w:tcPr>
            <w:tcW w:w="1728" w:type="dxa"/>
          </w:tcPr>
          <w:p w14:paraId="4DDBEF00" w14:textId="77777777" w:rsidR="002816BD" w:rsidRDefault="002816BD" w:rsidP="39183E7B">
            <w:pPr>
              <w:rPr>
                <w:rFonts w:cs="Arial"/>
                <w:sz w:val="24"/>
                <w:szCs w:val="24"/>
              </w:rPr>
            </w:pPr>
          </w:p>
        </w:tc>
        <w:tc>
          <w:tcPr>
            <w:tcW w:w="1728" w:type="dxa"/>
          </w:tcPr>
          <w:p w14:paraId="3461D779" w14:textId="77777777" w:rsidR="002816BD" w:rsidRDefault="002816BD" w:rsidP="39183E7B">
            <w:pPr>
              <w:rPr>
                <w:rFonts w:cs="Arial"/>
                <w:sz w:val="24"/>
                <w:szCs w:val="24"/>
              </w:rPr>
            </w:pPr>
          </w:p>
        </w:tc>
      </w:tr>
      <w:tr w:rsidR="002816BD" w14:paraId="3CF2D8B6" w14:textId="77777777" w:rsidTr="39183E7B">
        <w:tc>
          <w:tcPr>
            <w:tcW w:w="1728" w:type="dxa"/>
          </w:tcPr>
          <w:p w14:paraId="0FB78278" w14:textId="77777777" w:rsidR="002816BD" w:rsidRDefault="002816BD" w:rsidP="39183E7B">
            <w:pPr>
              <w:rPr>
                <w:rFonts w:cs="Arial"/>
                <w:sz w:val="24"/>
                <w:szCs w:val="24"/>
              </w:rPr>
            </w:pPr>
          </w:p>
        </w:tc>
        <w:tc>
          <w:tcPr>
            <w:tcW w:w="1728" w:type="dxa"/>
          </w:tcPr>
          <w:p w14:paraId="1FC39945" w14:textId="77777777" w:rsidR="002816BD" w:rsidRDefault="002816BD" w:rsidP="39183E7B">
            <w:pPr>
              <w:rPr>
                <w:rFonts w:cs="Arial"/>
                <w:sz w:val="24"/>
                <w:szCs w:val="24"/>
              </w:rPr>
            </w:pPr>
          </w:p>
        </w:tc>
        <w:tc>
          <w:tcPr>
            <w:tcW w:w="1728" w:type="dxa"/>
          </w:tcPr>
          <w:p w14:paraId="0562CB0E" w14:textId="77777777" w:rsidR="002816BD" w:rsidRDefault="002816BD" w:rsidP="39183E7B">
            <w:pPr>
              <w:rPr>
                <w:rFonts w:cs="Arial"/>
                <w:sz w:val="24"/>
                <w:szCs w:val="24"/>
              </w:rPr>
            </w:pPr>
          </w:p>
        </w:tc>
        <w:tc>
          <w:tcPr>
            <w:tcW w:w="1728" w:type="dxa"/>
          </w:tcPr>
          <w:p w14:paraId="34CE0A41" w14:textId="77777777" w:rsidR="002816BD" w:rsidRDefault="002816BD" w:rsidP="39183E7B">
            <w:pPr>
              <w:rPr>
                <w:rFonts w:cs="Arial"/>
                <w:sz w:val="24"/>
                <w:szCs w:val="24"/>
              </w:rPr>
            </w:pPr>
          </w:p>
        </w:tc>
        <w:tc>
          <w:tcPr>
            <w:tcW w:w="1728" w:type="dxa"/>
          </w:tcPr>
          <w:p w14:paraId="62EBF3C5" w14:textId="77777777" w:rsidR="002816BD" w:rsidRDefault="002816BD" w:rsidP="39183E7B">
            <w:pPr>
              <w:rPr>
                <w:rFonts w:cs="Arial"/>
                <w:sz w:val="24"/>
                <w:szCs w:val="24"/>
              </w:rPr>
            </w:pPr>
          </w:p>
        </w:tc>
      </w:tr>
      <w:tr w:rsidR="002816BD" w14:paraId="6D98A12B" w14:textId="77777777" w:rsidTr="39183E7B">
        <w:tc>
          <w:tcPr>
            <w:tcW w:w="1728" w:type="dxa"/>
          </w:tcPr>
          <w:p w14:paraId="2946DB82" w14:textId="77777777" w:rsidR="002816BD" w:rsidRDefault="002816BD" w:rsidP="39183E7B">
            <w:pPr>
              <w:rPr>
                <w:rFonts w:cs="Arial"/>
                <w:sz w:val="24"/>
                <w:szCs w:val="24"/>
              </w:rPr>
            </w:pPr>
          </w:p>
        </w:tc>
        <w:tc>
          <w:tcPr>
            <w:tcW w:w="1728" w:type="dxa"/>
          </w:tcPr>
          <w:p w14:paraId="5997CC1D" w14:textId="77777777" w:rsidR="002816BD" w:rsidRDefault="002816BD" w:rsidP="39183E7B">
            <w:pPr>
              <w:rPr>
                <w:rFonts w:cs="Arial"/>
                <w:sz w:val="24"/>
                <w:szCs w:val="24"/>
              </w:rPr>
            </w:pPr>
          </w:p>
        </w:tc>
        <w:tc>
          <w:tcPr>
            <w:tcW w:w="1728" w:type="dxa"/>
          </w:tcPr>
          <w:p w14:paraId="110FFD37" w14:textId="77777777" w:rsidR="002816BD" w:rsidRDefault="002816BD" w:rsidP="39183E7B">
            <w:pPr>
              <w:rPr>
                <w:rFonts w:cs="Arial"/>
                <w:sz w:val="24"/>
                <w:szCs w:val="24"/>
              </w:rPr>
            </w:pPr>
          </w:p>
        </w:tc>
        <w:tc>
          <w:tcPr>
            <w:tcW w:w="1728" w:type="dxa"/>
          </w:tcPr>
          <w:p w14:paraId="6B699379" w14:textId="77777777" w:rsidR="002816BD" w:rsidRDefault="002816BD" w:rsidP="39183E7B">
            <w:pPr>
              <w:rPr>
                <w:rFonts w:cs="Arial"/>
                <w:sz w:val="24"/>
                <w:szCs w:val="24"/>
              </w:rPr>
            </w:pPr>
          </w:p>
        </w:tc>
        <w:tc>
          <w:tcPr>
            <w:tcW w:w="1728" w:type="dxa"/>
          </w:tcPr>
          <w:p w14:paraId="3FE9F23F" w14:textId="77777777" w:rsidR="002816BD" w:rsidRDefault="002816BD" w:rsidP="39183E7B">
            <w:pPr>
              <w:rPr>
                <w:rFonts w:cs="Arial"/>
                <w:sz w:val="24"/>
                <w:szCs w:val="24"/>
              </w:rPr>
            </w:pPr>
          </w:p>
        </w:tc>
      </w:tr>
      <w:tr w:rsidR="002816BD" w14:paraId="1F72F646" w14:textId="77777777" w:rsidTr="39183E7B">
        <w:tc>
          <w:tcPr>
            <w:tcW w:w="1728" w:type="dxa"/>
          </w:tcPr>
          <w:p w14:paraId="08CE6F91" w14:textId="77777777" w:rsidR="002816BD" w:rsidRDefault="002816BD" w:rsidP="39183E7B">
            <w:pPr>
              <w:rPr>
                <w:rFonts w:cs="Arial"/>
                <w:sz w:val="24"/>
                <w:szCs w:val="24"/>
              </w:rPr>
            </w:pPr>
          </w:p>
        </w:tc>
        <w:tc>
          <w:tcPr>
            <w:tcW w:w="1728" w:type="dxa"/>
          </w:tcPr>
          <w:p w14:paraId="61CDCEAD" w14:textId="77777777" w:rsidR="002816BD" w:rsidRDefault="002816BD" w:rsidP="39183E7B">
            <w:pPr>
              <w:rPr>
                <w:rFonts w:cs="Arial"/>
                <w:sz w:val="24"/>
                <w:szCs w:val="24"/>
              </w:rPr>
            </w:pPr>
          </w:p>
        </w:tc>
        <w:tc>
          <w:tcPr>
            <w:tcW w:w="1728" w:type="dxa"/>
          </w:tcPr>
          <w:p w14:paraId="6BB9E253" w14:textId="77777777" w:rsidR="002816BD" w:rsidRDefault="002816BD" w:rsidP="39183E7B">
            <w:pPr>
              <w:rPr>
                <w:rFonts w:cs="Arial"/>
                <w:sz w:val="24"/>
                <w:szCs w:val="24"/>
              </w:rPr>
            </w:pPr>
          </w:p>
        </w:tc>
        <w:tc>
          <w:tcPr>
            <w:tcW w:w="1728" w:type="dxa"/>
          </w:tcPr>
          <w:p w14:paraId="23DE523C" w14:textId="77777777" w:rsidR="002816BD" w:rsidRDefault="002816BD" w:rsidP="39183E7B">
            <w:pPr>
              <w:rPr>
                <w:rFonts w:cs="Arial"/>
                <w:sz w:val="24"/>
                <w:szCs w:val="24"/>
              </w:rPr>
            </w:pPr>
          </w:p>
        </w:tc>
        <w:tc>
          <w:tcPr>
            <w:tcW w:w="1728" w:type="dxa"/>
          </w:tcPr>
          <w:p w14:paraId="52E56223" w14:textId="77777777" w:rsidR="002816BD" w:rsidRDefault="002816BD" w:rsidP="39183E7B">
            <w:pPr>
              <w:rPr>
                <w:rFonts w:cs="Arial"/>
                <w:sz w:val="24"/>
                <w:szCs w:val="24"/>
              </w:rPr>
            </w:pPr>
          </w:p>
        </w:tc>
      </w:tr>
      <w:tr w:rsidR="002816BD" w14:paraId="07547A01" w14:textId="77777777" w:rsidTr="39183E7B">
        <w:tc>
          <w:tcPr>
            <w:tcW w:w="1728" w:type="dxa"/>
          </w:tcPr>
          <w:p w14:paraId="5043CB0F" w14:textId="77777777" w:rsidR="002816BD" w:rsidRDefault="002816BD" w:rsidP="39183E7B">
            <w:pPr>
              <w:rPr>
                <w:rFonts w:cs="Arial"/>
                <w:sz w:val="24"/>
                <w:szCs w:val="24"/>
              </w:rPr>
            </w:pPr>
          </w:p>
        </w:tc>
        <w:tc>
          <w:tcPr>
            <w:tcW w:w="1728" w:type="dxa"/>
          </w:tcPr>
          <w:p w14:paraId="07459315" w14:textId="77777777" w:rsidR="002816BD" w:rsidRDefault="002816BD" w:rsidP="39183E7B">
            <w:pPr>
              <w:rPr>
                <w:rFonts w:cs="Arial"/>
                <w:sz w:val="24"/>
                <w:szCs w:val="24"/>
              </w:rPr>
            </w:pPr>
          </w:p>
        </w:tc>
        <w:tc>
          <w:tcPr>
            <w:tcW w:w="1728" w:type="dxa"/>
          </w:tcPr>
          <w:p w14:paraId="6537F28F" w14:textId="77777777" w:rsidR="002816BD" w:rsidRDefault="002816BD" w:rsidP="39183E7B">
            <w:pPr>
              <w:rPr>
                <w:rFonts w:cs="Arial"/>
                <w:sz w:val="24"/>
                <w:szCs w:val="24"/>
              </w:rPr>
            </w:pPr>
          </w:p>
        </w:tc>
        <w:tc>
          <w:tcPr>
            <w:tcW w:w="1728" w:type="dxa"/>
          </w:tcPr>
          <w:p w14:paraId="6DFB9E20" w14:textId="77777777" w:rsidR="002816BD" w:rsidRDefault="002816BD" w:rsidP="39183E7B">
            <w:pPr>
              <w:rPr>
                <w:rFonts w:cs="Arial"/>
                <w:sz w:val="24"/>
                <w:szCs w:val="24"/>
              </w:rPr>
            </w:pPr>
          </w:p>
        </w:tc>
        <w:tc>
          <w:tcPr>
            <w:tcW w:w="1728" w:type="dxa"/>
          </w:tcPr>
          <w:p w14:paraId="70DF9E56" w14:textId="77777777" w:rsidR="002816BD" w:rsidRDefault="002816BD" w:rsidP="39183E7B">
            <w:pPr>
              <w:rPr>
                <w:rFonts w:cs="Arial"/>
                <w:sz w:val="24"/>
                <w:szCs w:val="24"/>
              </w:rPr>
            </w:pPr>
          </w:p>
        </w:tc>
      </w:tr>
      <w:tr w:rsidR="002816BD" w14:paraId="44E871BC" w14:textId="77777777" w:rsidTr="39183E7B">
        <w:tc>
          <w:tcPr>
            <w:tcW w:w="1728" w:type="dxa"/>
          </w:tcPr>
          <w:p w14:paraId="144A5D23" w14:textId="77777777" w:rsidR="002816BD" w:rsidRDefault="002816BD" w:rsidP="39183E7B">
            <w:pPr>
              <w:rPr>
                <w:rFonts w:cs="Arial"/>
                <w:sz w:val="24"/>
                <w:szCs w:val="24"/>
              </w:rPr>
            </w:pPr>
          </w:p>
        </w:tc>
        <w:tc>
          <w:tcPr>
            <w:tcW w:w="1728" w:type="dxa"/>
          </w:tcPr>
          <w:p w14:paraId="738610EB" w14:textId="77777777" w:rsidR="002816BD" w:rsidRDefault="002816BD" w:rsidP="39183E7B">
            <w:pPr>
              <w:rPr>
                <w:rFonts w:cs="Arial"/>
                <w:sz w:val="24"/>
                <w:szCs w:val="24"/>
              </w:rPr>
            </w:pPr>
          </w:p>
        </w:tc>
        <w:tc>
          <w:tcPr>
            <w:tcW w:w="1728" w:type="dxa"/>
          </w:tcPr>
          <w:p w14:paraId="637805D2" w14:textId="77777777" w:rsidR="002816BD" w:rsidRDefault="002816BD" w:rsidP="39183E7B">
            <w:pPr>
              <w:rPr>
                <w:rFonts w:cs="Arial"/>
                <w:sz w:val="24"/>
                <w:szCs w:val="24"/>
              </w:rPr>
            </w:pPr>
          </w:p>
        </w:tc>
        <w:tc>
          <w:tcPr>
            <w:tcW w:w="1728" w:type="dxa"/>
          </w:tcPr>
          <w:p w14:paraId="463F29E8" w14:textId="77777777" w:rsidR="002816BD" w:rsidRDefault="002816BD" w:rsidP="39183E7B">
            <w:pPr>
              <w:rPr>
                <w:rFonts w:cs="Arial"/>
                <w:sz w:val="24"/>
                <w:szCs w:val="24"/>
              </w:rPr>
            </w:pPr>
          </w:p>
        </w:tc>
        <w:tc>
          <w:tcPr>
            <w:tcW w:w="1728" w:type="dxa"/>
          </w:tcPr>
          <w:p w14:paraId="3B7B4B86" w14:textId="77777777" w:rsidR="002816BD" w:rsidRDefault="002816BD" w:rsidP="39183E7B">
            <w:pPr>
              <w:rPr>
                <w:rFonts w:cs="Arial"/>
                <w:sz w:val="24"/>
                <w:szCs w:val="24"/>
              </w:rPr>
            </w:pPr>
          </w:p>
        </w:tc>
      </w:tr>
      <w:tr w:rsidR="002816BD" w14:paraId="3A0FF5F2" w14:textId="77777777" w:rsidTr="39183E7B">
        <w:tc>
          <w:tcPr>
            <w:tcW w:w="1728" w:type="dxa"/>
          </w:tcPr>
          <w:p w14:paraId="5630AD66" w14:textId="77777777" w:rsidR="002816BD" w:rsidRDefault="002816BD" w:rsidP="39183E7B">
            <w:pPr>
              <w:rPr>
                <w:rFonts w:cs="Arial"/>
                <w:sz w:val="24"/>
                <w:szCs w:val="24"/>
              </w:rPr>
            </w:pPr>
          </w:p>
        </w:tc>
        <w:tc>
          <w:tcPr>
            <w:tcW w:w="1728" w:type="dxa"/>
          </w:tcPr>
          <w:p w14:paraId="61829076" w14:textId="77777777" w:rsidR="002816BD" w:rsidRDefault="002816BD" w:rsidP="39183E7B">
            <w:pPr>
              <w:rPr>
                <w:rFonts w:cs="Arial"/>
                <w:sz w:val="24"/>
                <w:szCs w:val="24"/>
              </w:rPr>
            </w:pPr>
          </w:p>
        </w:tc>
        <w:tc>
          <w:tcPr>
            <w:tcW w:w="1728" w:type="dxa"/>
          </w:tcPr>
          <w:p w14:paraId="2BA226A1" w14:textId="77777777" w:rsidR="002816BD" w:rsidRDefault="002816BD" w:rsidP="39183E7B">
            <w:pPr>
              <w:rPr>
                <w:rFonts w:cs="Arial"/>
                <w:sz w:val="24"/>
                <w:szCs w:val="24"/>
              </w:rPr>
            </w:pPr>
          </w:p>
        </w:tc>
        <w:tc>
          <w:tcPr>
            <w:tcW w:w="1728" w:type="dxa"/>
          </w:tcPr>
          <w:p w14:paraId="17AD93B2" w14:textId="77777777" w:rsidR="002816BD" w:rsidRDefault="002816BD" w:rsidP="39183E7B">
            <w:pPr>
              <w:rPr>
                <w:rFonts w:cs="Arial"/>
                <w:sz w:val="24"/>
                <w:szCs w:val="24"/>
              </w:rPr>
            </w:pPr>
          </w:p>
        </w:tc>
        <w:tc>
          <w:tcPr>
            <w:tcW w:w="1728" w:type="dxa"/>
          </w:tcPr>
          <w:p w14:paraId="0DE4B5B7" w14:textId="77777777" w:rsidR="002816BD" w:rsidRDefault="002816BD" w:rsidP="39183E7B">
            <w:pPr>
              <w:rPr>
                <w:rFonts w:cs="Arial"/>
                <w:sz w:val="24"/>
                <w:szCs w:val="24"/>
              </w:rPr>
            </w:pPr>
          </w:p>
        </w:tc>
      </w:tr>
    </w:tbl>
    <w:p w14:paraId="283776CE" w14:textId="77777777" w:rsidR="004B4470" w:rsidRDefault="004B4470" w:rsidP="004B4470"/>
    <w:p w14:paraId="68CCDF45" w14:textId="77777777" w:rsidR="004B4470" w:rsidRDefault="004B4470" w:rsidP="004B4470"/>
    <w:p w14:paraId="569610C8" w14:textId="0965FA14" w:rsidR="002816BD" w:rsidRDefault="39183E7B" w:rsidP="39183E7B">
      <w:pPr>
        <w:pStyle w:val="Heading1"/>
        <w:rPr>
          <w:rFonts w:ascii="Arial" w:eastAsia="Arial" w:hAnsi="Arial" w:cs="Arial"/>
          <w:color w:val="auto"/>
          <w:sz w:val="24"/>
          <w:szCs w:val="24"/>
        </w:rPr>
      </w:pPr>
      <w:r w:rsidRPr="39183E7B">
        <w:rPr>
          <w:rFonts w:ascii="Arial" w:eastAsia="Arial" w:hAnsi="Arial" w:cs="Arial"/>
          <w:color w:val="auto"/>
          <w:sz w:val="24"/>
          <w:szCs w:val="24"/>
        </w:rPr>
        <w:lastRenderedPageBreak/>
        <w:t>5. Employment History</w:t>
      </w:r>
    </w:p>
    <w:p w14:paraId="05CC8717" w14:textId="77777777" w:rsidR="002816BD" w:rsidRDefault="39183E7B" w:rsidP="39183E7B">
      <w:pPr>
        <w:rPr>
          <w:rFonts w:cs="Arial"/>
          <w:sz w:val="24"/>
          <w:szCs w:val="24"/>
        </w:rPr>
      </w:pPr>
      <w:r w:rsidRPr="39183E7B">
        <w:rPr>
          <w:rFonts w:cs="Arial"/>
          <w:sz w:val="24"/>
          <w:szCs w:val="24"/>
        </w:rPr>
        <w:t>Provide a complete employment history since leaving full-time education. Account for every gap.</w:t>
      </w:r>
    </w:p>
    <w:tbl>
      <w:tblPr>
        <w:tblStyle w:val="TableGrid"/>
        <w:tblW w:w="0" w:type="auto"/>
        <w:tblLook w:val="04A0" w:firstRow="1" w:lastRow="0" w:firstColumn="1" w:lastColumn="0" w:noHBand="0" w:noVBand="1"/>
      </w:tblPr>
      <w:tblGrid>
        <w:gridCol w:w="1234"/>
        <w:gridCol w:w="1234"/>
        <w:gridCol w:w="1234"/>
        <w:gridCol w:w="1234"/>
        <w:gridCol w:w="1234"/>
        <w:gridCol w:w="1234"/>
        <w:gridCol w:w="1234"/>
      </w:tblGrid>
      <w:tr w:rsidR="002816BD" w14:paraId="0D083F91" w14:textId="77777777" w:rsidTr="39183E7B">
        <w:tc>
          <w:tcPr>
            <w:tcW w:w="1234" w:type="dxa"/>
          </w:tcPr>
          <w:p w14:paraId="41930566" w14:textId="77777777" w:rsidR="002816BD" w:rsidRDefault="39183E7B" w:rsidP="39183E7B">
            <w:pPr>
              <w:rPr>
                <w:rFonts w:cs="Arial"/>
                <w:sz w:val="24"/>
                <w:szCs w:val="24"/>
              </w:rPr>
            </w:pPr>
            <w:r w:rsidRPr="39183E7B">
              <w:rPr>
                <w:rFonts w:cs="Arial"/>
                <w:sz w:val="24"/>
                <w:szCs w:val="24"/>
              </w:rPr>
              <w:t>Employer</w:t>
            </w:r>
          </w:p>
        </w:tc>
        <w:tc>
          <w:tcPr>
            <w:tcW w:w="1234" w:type="dxa"/>
          </w:tcPr>
          <w:p w14:paraId="7810568A" w14:textId="77777777" w:rsidR="002816BD" w:rsidRDefault="39183E7B" w:rsidP="39183E7B">
            <w:pPr>
              <w:rPr>
                <w:rFonts w:cs="Arial"/>
                <w:sz w:val="24"/>
                <w:szCs w:val="24"/>
              </w:rPr>
            </w:pPr>
            <w:r w:rsidRPr="39183E7B">
              <w:rPr>
                <w:rFonts w:cs="Arial"/>
                <w:sz w:val="24"/>
                <w:szCs w:val="24"/>
              </w:rPr>
              <w:t>Role</w:t>
            </w:r>
          </w:p>
        </w:tc>
        <w:tc>
          <w:tcPr>
            <w:tcW w:w="1234" w:type="dxa"/>
          </w:tcPr>
          <w:p w14:paraId="08A80BAF" w14:textId="77777777" w:rsidR="002816BD" w:rsidRDefault="39183E7B" w:rsidP="39183E7B">
            <w:pPr>
              <w:rPr>
                <w:rFonts w:cs="Arial"/>
                <w:sz w:val="24"/>
                <w:szCs w:val="24"/>
              </w:rPr>
            </w:pPr>
            <w:r w:rsidRPr="39183E7B">
              <w:rPr>
                <w:rFonts w:cs="Arial"/>
                <w:sz w:val="24"/>
                <w:szCs w:val="24"/>
              </w:rPr>
              <w:t>From</w:t>
            </w:r>
          </w:p>
        </w:tc>
        <w:tc>
          <w:tcPr>
            <w:tcW w:w="1234" w:type="dxa"/>
          </w:tcPr>
          <w:p w14:paraId="70B4869A" w14:textId="77777777" w:rsidR="002816BD" w:rsidRDefault="39183E7B" w:rsidP="39183E7B">
            <w:pPr>
              <w:rPr>
                <w:rFonts w:cs="Arial"/>
                <w:sz w:val="24"/>
                <w:szCs w:val="24"/>
              </w:rPr>
            </w:pPr>
            <w:r w:rsidRPr="39183E7B">
              <w:rPr>
                <w:rFonts w:cs="Arial"/>
                <w:sz w:val="24"/>
                <w:szCs w:val="24"/>
              </w:rPr>
              <w:t>To</w:t>
            </w:r>
          </w:p>
        </w:tc>
        <w:tc>
          <w:tcPr>
            <w:tcW w:w="1234" w:type="dxa"/>
          </w:tcPr>
          <w:p w14:paraId="487CE032" w14:textId="77777777" w:rsidR="002816BD" w:rsidRDefault="39183E7B" w:rsidP="39183E7B">
            <w:pPr>
              <w:rPr>
                <w:rFonts w:cs="Arial"/>
                <w:sz w:val="24"/>
                <w:szCs w:val="24"/>
              </w:rPr>
            </w:pPr>
            <w:r w:rsidRPr="39183E7B">
              <w:rPr>
                <w:rFonts w:cs="Arial"/>
                <w:sz w:val="24"/>
                <w:szCs w:val="24"/>
              </w:rPr>
              <w:t>Reason for Leaving</w:t>
            </w:r>
          </w:p>
        </w:tc>
        <w:tc>
          <w:tcPr>
            <w:tcW w:w="1234" w:type="dxa"/>
          </w:tcPr>
          <w:p w14:paraId="629623D6" w14:textId="77777777" w:rsidR="002816BD" w:rsidRDefault="39183E7B" w:rsidP="39183E7B">
            <w:pPr>
              <w:rPr>
                <w:rFonts w:cs="Arial"/>
                <w:sz w:val="24"/>
                <w:szCs w:val="24"/>
              </w:rPr>
            </w:pPr>
            <w:r w:rsidRPr="39183E7B">
              <w:rPr>
                <w:rFonts w:cs="Arial"/>
                <w:sz w:val="24"/>
                <w:szCs w:val="24"/>
              </w:rPr>
              <w:t>Main Duties</w:t>
            </w:r>
          </w:p>
        </w:tc>
        <w:tc>
          <w:tcPr>
            <w:tcW w:w="1234" w:type="dxa"/>
          </w:tcPr>
          <w:p w14:paraId="506B207D" w14:textId="77777777" w:rsidR="002816BD" w:rsidRDefault="39183E7B" w:rsidP="39183E7B">
            <w:pPr>
              <w:rPr>
                <w:rFonts w:cs="Arial"/>
                <w:sz w:val="24"/>
                <w:szCs w:val="24"/>
              </w:rPr>
            </w:pPr>
            <w:r w:rsidRPr="39183E7B">
              <w:rPr>
                <w:rFonts w:cs="Arial"/>
                <w:sz w:val="24"/>
                <w:szCs w:val="24"/>
              </w:rPr>
              <w:t>Ref?</w:t>
            </w:r>
          </w:p>
        </w:tc>
      </w:tr>
      <w:tr w:rsidR="002816BD" w14:paraId="66204FF1" w14:textId="77777777" w:rsidTr="39183E7B">
        <w:tc>
          <w:tcPr>
            <w:tcW w:w="1234" w:type="dxa"/>
          </w:tcPr>
          <w:p w14:paraId="2DBF0D7D" w14:textId="77777777" w:rsidR="002816BD" w:rsidRDefault="002816BD" w:rsidP="39183E7B">
            <w:pPr>
              <w:rPr>
                <w:rFonts w:cs="Arial"/>
                <w:sz w:val="24"/>
                <w:szCs w:val="24"/>
              </w:rPr>
            </w:pPr>
          </w:p>
        </w:tc>
        <w:tc>
          <w:tcPr>
            <w:tcW w:w="1234" w:type="dxa"/>
          </w:tcPr>
          <w:p w14:paraId="6B62F1B3" w14:textId="77777777" w:rsidR="002816BD" w:rsidRDefault="002816BD" w:rsidP="39183E7B">
            <w:pPr>
              <w:rPr>
                <w:rFonts w:cs="Arial"/>
                <w:sz w:val="24"/>
                <w:szCs w:val="24"/>
              </w:rPr>
            </w:pPr>
          </w:p>
        </w:tc>
        <w:tc>
          <w:tcPr>
            <w:tcW w:w="1234" w:type="dxa"/>
          </w:tcPr>
          <w:p w14:paraId="02F2C34E" w14:textId="77777777" w:rsidR="002816BD" w:rsidRDefault="002816BD" w:rsidP="39183E7B">
            <w:pPr>
              <w:rPr>
                <w:rFonts w:cs="Arial"/>
                <w:sz w:val="24"/>
                <w:szCs w:val="24"/>
              </w:rPr>
            </w:pPr>
          </w:p>
        </w:tc>
        <w:tc>
          <w:tcPr>
            <w:tcW w:w="1234" w:type="dxa"/>
          </w:tcPr>
          <w:p w14:paraId="680A4E5D" w14:textId="77777777" w:rsidR="002816BD" w:rsidRDefault="002816BD" w:rsidP="39183E7B">
            <w:pPr>
              <w:rPr>
                <w:rFonts w:cs="Arial"/>
                <w:sz w:val="24"/>
                <w:szCs w:val="24"/>
              </w:rPr>
            </w:pPr>
          </w:p>
        </w:tc>
        <w:tc>
          <w:tcPr>
            <w:tcW w:w="1234" w:type="dxa"/>
          </w:tcPr>
          <w:p w14:paraId="19219836" w14:textId="77777777" w:rsidR="002816BD" w:rsidRDefault="002816BD" w:rsidP="39183E7B">
            <w:pPr>
              <w:rPr>
                <w:rFonts w:cs="Arial"/>
                <w:sz w:val="24"/>
                <w:szCs w:val="24"/>
              </w:rPr>
            </w:pPr>
          </w:p>
        </w:tc>
        <w:tc>
          <w:tcPr>
            <w:tcW w:w="1234" w:type="dxa"/>
          </w:tcPr>
          <w:p w14:paraId="296FEF7D" w14:textId="77777777" w:rsidR="002816BD" w:rsidRDefault="002816BD" w:rsidP="39183E7B">
            <w:pPr>
              <w:rPr>
                <w:rFonts w:cs="Arial"/>
                <w:sz w:val="24"/>
                <w:szCs w:val="24"/>
              </w:rPr>
            </w:pPr>
          </w:p>
        </w:tc>
        <w:tc>
          <w:tcPr>
            <w:tcW w:w="1234" w:type="dxa"/>
          </w:tcPr>
          <w:p w14:paraId="7194DBDC" w14:textId="77777777" w:rsidR="002816BD" w:rsidRDefault="002816BD" w:rsidP="39183E7B">
            <w:pPr>
              <w:rPr>
                <w:rFonts w:cs="Arial"/>
                <w:sz w:val="24"/>
                <w:szCs w:val="24"/>
              </w:rPr>
            </w:pPr>
          </w:p>
        </w:tc>
      </w:tr>
      <w:tr w:rsidR="002816BD" w14:paraId="769D0D3C" w14:textId="77777777" w:rsidTr="39183E7B">
        <w:tc>
          <w:tcPr>
            <w:tcW w:w="1234" w:type="dxa"/>
          </w:tcPr>
          <w:p w14:paraId="54CD245A" w14:textId="77777777" w:rsidR="002816BD" w:rsidRDefault="002816BD" w:rsidP="39183E7B">
            <w:pPr>
              <w:rPr>
                <w:rFonts w:cs="Arial"/>
                <w:sz w:val="24"/>
                <w:szCs w:val="24"/>
              </w:rPr>
            </w:pPr>
          </w:p>
        </w:tc>
        <w:tc>
          <w:tcPr>
            <w:tcW w:w="1234" w:type="dxa"/>
          </w:tcPr>
          <w:p w14:paraId="1231BE67" w14:textId="77777777" w:rsidR="002816BD" w:rsidRDefault="002816BD" w:rsidP="39183E7B">
            <w:pPr>
              <w:rPr>
                <w:rFonts w:cs="Arial"/>
                <w:sz w:val="24"/>
                <w:szCs w:val="24"/>
              </w:rPr>
            </w:pPr>
          </w:p>
        </w:tc>
        <w:tc>
          <w:tcPr>
            <w:tcW w:w="1234" w:type="dxa"/>
          </w:tcPr>
          <w:p w14:paraId="36FEB5B0" w14:textId="77777777" w:rsidR="002816BD" w:rsidRDefault="002816BD" w:rsidP="39183E7B">
            <w:pPr>
              <w:rPr>
                <w:rFonts w:cs="Arial"/>
                <w:sz w:val="24"/>
                <w:szCs w:val="24"/>
              </w:rPr>
            </w:pPr>
          </w:p>
        </w:tc>
        <w:tc>
          <w:tcPr>
            <w:tcW w:w="1234" w:type="dxa"/>
          </w:tcPr>
          <w:p w14:paraId="30D7AA69" w14:textId="77777777" w:rsidR="002816BD" w:rsidRDefault="002816BD" w:rsidP="39183E7B">
            <w:pPr>
              <w:rPr>
                <w:rFonts w:cs="Arial"/>
                <w:sz w:val="24"/>
                <w:szCs w:val="24"/>
              </w:rPr>
            </w:pPr>
          </w:p>
        </w:tc>
        <w:tc>
          <w:tcPr>
            <w:tcW w:w="1234" w:type="dxa"/>
          </w:tcPr>
          <w:p w14:paraId="7196D064" w14:textId="77777777" w:rsidR="002816BD" w:rsidRDefault="002816BD" w:rsidP="39183E7B">
            <w:pPr>
              <w:rPr>
                <w:rFonts w:cs="Arial"/>
                <w:sz w:val="24"/>
                <w:szCs w:val="24"/>
              </w:rPr>
            </w:pPr>
          </w:p>
        </w:tc>
        <w:tc>
          <w:tcPr>
            <w:tcW w:w="1234" w:type="dxa"/>
          </w:tcPr>
          <w:p w14:paraId="34FF1C98" w14:textId="77777777" w:rsidR="002816BD" w:rsidRDefault="002816BD" w:rsidP="39183E7B">
            <w:pPr>
              <w:rPr>
                <w:rFonts w:cs="Arial"/>
                <w:sz w:val="24"/>
                <w:szCs w:val="24"/>
              </w:rPr>
            </w:pPr>
          </w:p>
        </w:tc>
        <w:tc>
          <w:tcPr>
            <w:tcW w:w="1234" w:type="dxa"/>
          </w:tcPr>
          <w:p w14:paraId="6D072C0D" w14:textId="77777777" w:rsidR="002816BD" w:rsidRDefault="002816BD" w:rsidP="39183E7B">
            <w:pPr>
              <w:rPr>
                <w:rFonts w:cs="Arial"/>
                <w:sz w:val="24"/>
                <w:szCs w:val="24"/>
              </w:rPr>
            </w:pPr>
          </w:p>
        </w:tc>
      </w:tr>
      <w:tr w:rsidR="002816BD" w14:paraId="48A21919" w14:textId="77777777" w:rsidTr="39183E7B">
        <w:tc>
          <w:tcPr>
            <w:tcW w:w="1234" w:type="dxa"/>
          </w:tcPr>
          <w:p w14:paraId="6BD18F9B" w14:textId="77777777" w:rsidR="002816BD" w:rsidRDefault="002816BD" w:rsidP="39183E7B">
            <w:pPr>
              <w:rPr>
                <w:rFonts w:cs="Arial"/>
                <w:sz w:val="24"/>
                <w:szCs w:val="24"/>
              </w:rPr>
            </w:pPr>
          </w:p>
        </w:tc>
        <w:tc>
          <w:tcPr>
            <w:tcW w:w="1234" w:type="dxa"/>
          </w:tcPr>
          <w:p w14:paraId="238601FE" w14:textId="77777777" w:rsidR="002816BD" w:rsidRDefault="002816BD" w:rsidP="39183E7B">
            <w:pPr>
              <w:rPr>
                <w:rFonts w:cs="Arial"/>
                <w:sz w:val="24"/>
                <w:szCs w:val="24"/>
              </w:rPr>
            </w:pPr>
          </w:p>
        </w:tc>
        <w:tc>
          <w:tcPr>
            <w:tcW w:w="1234" w:type="dxa"/>
          </w:tcPr>
          <w:p w14:paraId="0F3CABC7" w14:textId="77777777" w:rsidR="002816BD" w:rsidRDefault="002816BD" w:rsidP="39183E7B">
            <w:pPr>
              <w:rPr>
                <w:rFonts w:cs="Arial"/>
                <w:sz w:val="24"/>
                <w:szCs w:val="24"/>
              </w:rPr>
            </w:pPr>
          </w:p>
        </w:tc>
        <w:tc>
          <w:tcPr>
            <w:tcW w:w="1234" w:type="dxa"/>
          </w:tcPr>
          <w:p w14:paraId="5B08B5D1" w14:textId="77777777" w:rsidR="002816BD" w:rsidRDefault="002816BD" w:rsidP="39183E7B">
            <w:pPr>
              <w:rPr>
                <w:rFonts w:cs="Arial"/>
                <w:sz w:val="24"/>
                <w:szCs w:val="24"/>
              </w:rPr>
            </w:pPr>
          </w:p>
        </w:tc>
        <w:tc>
          <w:tcPr>
            <w:tcW w:w="1234" w:type="dxa"/>
          </w:tcPr>
          <w:p w14:paraId="16DEB4AB" w14:textId="77777777" w:rsidR="002816BD" w:rsidRDefault="002816BD" w:rsidP="39183E7B">
            <w:pPr>
              <w:rPr>
                <w:rFonts w:cs="Arial"/>
                <w:sz w:val="24"/>
                <w:szCs w:val="24"/>
              </w:rPr>
            </w:pPr>
          </w:p>
        </w:tc>
        <w:tc>
          <w:tcPr>
            <w:tcW w:w="1234" w:type="dxa"/>
          </w:tcPr>
          <w:p w14:paraId="0AD9C6F4" w14:textId="77777777" w:rsidR="002816BD" w:rsidRDefault="002816BD" w:rsidP="39183E7B">
            <w:pPr>
              <w:rPr>
                <w:rFonts w:cs="Arial"/>
                <w:sz w:val="24"/>
                <w:szCs w:val="24"/>
              </w:rPr>
            </w:pPr>
          </w:p>
        </w:tc>
        <w:tc>
          <w:tcPr>
            <w:tcW w:w="1234" w:type="dxa"/>
          </w:tcPr>
          <w:p w14:paraId="4B1F511A" w14:textId="77777777" w:rsidR="002816BD" w:rsidRDefault="002816BD" w:rsidP="39183E7B">
            <w:pPr>
              <w:rPr>
                <w:rFonts w:cs="Arial"/>
                <w:sz w:val="24"/>
                <w:szCs w:val="24"/>
              </w:rPr>
            </w:pPr>
          </w:p>
        </w:tc>
      </w:tr>
      <w:tr w:rsidR="002816BD" w14:paraId="65F9C3DC" w14:textId="77777777" w:rsidTr="39183E7B">
        <w:tc>
          <w:tcPr>
            <w:tcW w:w="1234" w:type="dxa"/>
          </w:tcPr>
          <w:p w14:paraId="5023141B" w14:textId="77777777" w:rsidR="002816BD" w:rsidRDefault="002816BD" w:rsidP="39183E7B">
            <w:pPr>
              <w:rPr>
                <w:rFonts w:cs="Arial"/>
                <w:sz w:val="24"/>
                <w:szCs w:val="24"/>
              </w:rPr>
            </w:pPr>
          </w:p>
        </w:tc>
        <w:tc>
          <w:tcPr>
            <w:tcW w:w="1234" w:type="dxa"/>
          </w:tcPr>
          <w:p w14:paraId="1F3B1409" w14:textId="77777777" w:rsidR="002816BD" w:rsidRDefault="002816BD" w:rsidP="39183E7B">
            <w:pPr>
              <w:rPr>
                <w:rFonts w:cs="Arial"/>
                <w:sz w:val="24"/>
                <w:szCs w:val="24"/>
              </w:rPr>
            </w:pPr>
          </w:p>
        </w:tc>
        <w:tc>
          <w:tcPr>
            <w:tcW w:w="1234" w:type="dxa"/>
          </w:tcPr>
          <w:p w14:paraId="562C75D1" w14:textId="77777777" w:rsidR="002816BD" w:rsidRDefault="002816BD" w:rsidP="39183E7B">
            <w:pPr>
              <w:rPr>
                <w:rFonts w:cs="Arial"/>
                <w:sz w:val="24"/>
                <w:szCs w:val="24"/>
              </w:rPr>
            </w:pPr>
          </w:p>
        </w:tc>
        <w:tc>
          <w:tcPr>
            <w:tcW w:w="1234" w:type="dxa"/>
          </w:tcPr>
          <w:p w14:paraId="664355AD" w14:textId="77777777" w:rsidR="002816BD" w:rsidRDefault="002816BD" w:rsidP="39183E7B">
            <w:pPr>
              <w:rPr>
                <w:rFonts w:cs="Arial"/>
                <w:sz w:val="24"/>
                <w:szCs w:val="24"/>
              </w:rPr>
            </w:pPr>
          </w:p>
        </w:tc>
        <w:tc>
          <w:tcPr>
            <w:tcW w:w="1234" w:type="dxa"/>
          </w:tcPr>
          <w:p w14:paraId="1A965116" w14:textId="77777777" w:rsidR="002816BD" w:rsidRDefault="002816BD" w:rsidP="39183E7B">
            <w:pPr>
              <w:rPr>
                <w:rFonts w:cs="Arial"/>
                <w:sz w:val="24"/>
                <w:szCs w:val="24"/>
              </w:rPr>
            </w:pPr>
          </w:p>
        </w:tc>
        <w:tc>
          <w:tcPr>
            <w:tcW w:w="1234" w:type="dxa"/>
          </w:tcPr>
          <w:p w14:paraId="7DF4E37C" w14:textId="77777777" w:rsidR="002816BD" w:rsidRDefault="002816BD" w:rsidP="39183E7B">
            <w:pPr>
              <w:rPr>
                <w:rFonts w:cs="Arial"/>
                <w:sz w:val="24"/>
                <w:szCs w:val="24"/>
              </w:rPr>
            </w:pPr>
          </w:p>
        </w:tc>
        <w:tc>
          <w:tcPr>
            <w:tcW w:w="1234" w:type="dxa"/>
          </w:tcPr>
          <w:p w14:paraId="44FB30F8" w14:textId="77777777" w:rsidR="002816BD" w:rsidRDefault="002816BD" w:rsidP="39183E7B">
            <w:pPr>
              <w:rPr>
                <w:rFonts w:cs="Arial"/>
                <w:sz w:val="24"/>
                <w:szCs w:val="24"/>
              </w:rPr>
            </w:pPr>
          </w:p>
        </w:tc>
      </w:tr>
      <w:tr w:rsidR="002816BD" w14:paraId="1DA6542E" w14:textId="77777777" w:rsidTr="39183E7B">
        <w:tc>
          <w:tcPr>
            <w:tcW w:w="1234" w:type="dxa"/>
          </w:tcPr>
          <w:p w14:paraId="3041E394" w14:textId="77777777" w:rsidR="002816BD" w:rsidRDefault="002816BD" w:rsidP="39183E7B">
            <w:pPr>
              <w:rPr>
                <w:rFonts w:cs="Arial"/>
                <w:sz w:val="24"/>
                <w:szCs w:val="24"/>
              </w:rPr>
            </w:pPr>
          </w:p>
        </w:tc>
        <w:tc>
          <w:tcPr>
            <w:tcW w:w="1234" w:type="dxa"/>
          </w:tcPr>
          <w:p w14:paraId="722B00AE" w14:textId="77777777" w:rsidR="002816BD" w:rsidRDefault="002816BD" w:rsidP="39183E7B">
            <w:pPr>
              <w:rPr>
                <w:rFonts w:cs="Arial"/>
                <w:sz w:val="24"/>
                <w:szCs w:val="24"/>
              </w:rPr>
            </w:pPr>
          </w:p>
        </w:tc>
        <w:tc>
          <w:tcPr>
            <w:tcW w:w="1234" w:type="dxa"/>
          </w:tcPr>
          <w:p w14:paraId="42C6D796" w14:textId="77777777" w:rsidR="002816BD" w:rsidRDefault="002816BD" w:rsidP="39183E7B">
            <w:pPr>
              <w:rPr>
                <w:rFonts w:cs="Arial"/>
                <w:sz w:val="24"/>
                <w:szCs w:val="24"/>
              </w:rPr>
            </w:pPr>
          </w:p>
        </w:tc>
        <w:tc>
          <w:tcPr>
            <w:tcW w:w="1234" w:type="dxa"/>
          </w:tcPr>
          <w:p w14:paraId="6E1831B3" w14:textId="77777777" w:rsidR="002816BD" w:rsidRDefault="002816BD" w:rsidP="39183E7B">
            <w:pPr>
              <w:rPr>
                <w:rFonts w:cs="Arial"/>
                <w:sz w:val="24"/>
                <w:szCs w:val="24"/>
              </w:rPr>
            </w:pPr>
          </w:p>
        </w:tc>
        <w:tc>
          <w:tcPr>
            <w:tcW w:w="1234" w:type="dxa"/>
          </w:tcPr>
          <w:p w14:paraId="54E11D2A" w14:textId="77777777" w:rsidR="002816BD" w:rsidRDefault="002816BD" w:rsidP="39183E7B">
            <w:pPr>
              <w:rPr>
                <w:rFonts w:cs="Arial"/>
                <w:sz w:val="24"/>
                <w:szCs w:val="24"/>
              </w:rPr>
            </w:pPr>
          </w:p>
        </w:tc>
        <w:tc>
          <w:tcPr>
            <w:tcW w:w="1234" w:type="dxa"/>
          </w:tcPr>
          <w:p w14:paraId="31126E5D" w14:textId="77777777" w:rsidR="002816BD" w:rsidRDefault="002816BD" w:rsidP="39183E7B">
            <w:pPr>
              <w:rPr>
                <w:rFonts w:cs="Arial"/>
                <w:sz w:val="24"/>
                <w:szCs w:val="24"/>
              </w:rPr>
            </w:pPr>
          </w:p>
        </w:tc>
        <w:tc>
          <w:tcPr>
            <w:tcW w:w="1234" w:type="dxa"/>
          </w:tcPr>
          <w:p w14:paraId="2DE403A5" w14:textId="77777777" w:rsidR="002816BD" w:rsidRDefault="002816BD" w:rsidP="39183E7B">
            <w:pPr>
              <w:rPr>
                <w:rFonts w:cs="Arial"/>
                <w:sz w:val="24"/>
                <w:szCs w:val="24"/>
              </w:rPr>
            </w:pPr>
          </w:p>
        </w:tc>
      </w:tr>
      <w:tr w:rsidR="002816BD" w14:paraId="62431CDC" w14:textId="77777777" w:rsidTr="39183E7B">
        <w:tc>
          <w:tcPr>
            <w:tcW w:w="1234" w:type="dxa"/>
          </w:tcPr>
          <w:p w14:paraId="49E398E2" w14:textId="77777777" w:rsidR="002816BD" w:rsidRDefault="002816BD" w:rsidP="39183E7B">
            <w:pPr>
              <w:rPr>
                <w:rFonts w:cs="Arial"/>
                <w:sz w:val="24"/>
                <w:szCs w:val="24"/>
              </w:rPr>
            </w:pPr>
          </w:p>
        </w:tc>
        <w:tc>
          <w:tcPr>
            <w:tcW w:w="1234" w:type="dxa"/>
          </w:tcPr>
          <w:p w14:paraId="16287F21" w14:textId="77777777" w:rsidR="002816BD" w:rsidRDefault="002816BD" w:rsidP="39183E7B">
            <w:pPr>
              <w:rPr>
                <w:rFonts w:cs="Arial"/>
                <w:sz w:val="24"/>
                <w:szCs w:val="24"/>
              </w:rPr>
            </w:pPr>
          </w:p>
        </w:tc>
        <w:tc>
          <w:tcPr>
            <w:tcW w:w="1234" w:type="dxa"/>
          </w:tcPr>
          <w:p w14:paraId="5BE93A62" w14:textId="77777777" w:rsidR="002816BD" w:rsidRDefault="002816BD" w:rsidP="39183E7B">
            <w:pPr>
              <w:rPr>
                <w:rFonts w:cs="Arial"/>
                <w:sz w:val="24"/>
                <w:szCs w:val="24"/>
              </w:rPr>
            </w:pPr>
          </w:p>
        </w:tc>
        <w:tc>
          <w:tcPr>
            <w:tcW w:w="1234" w:type="dxa"/>
          </w:tcPr>
          <w:p w14:paraId="384BA73E" w14:textId="77777777" w:rsidR="002816BD" w:rsidRDefault="002816BD" w:rsidP="39183E7B">
            <w:pPr>
              <w:rPr>
                <w:rFonts w:cs="Arial"/>
                <w:sz w:val="24"/>
                <w:szCs w:val="24"/>
              </w:rPr>
            </w:pPr>
          </w:p>
        </w:tc>
        <w:tc>
          <w:tcPr>
            <w:tcW w:w="1234" w:type="dxa"/>
          </w:tcPr>
          <w:p w14:paraId="34B3F2EB" w14:textId="77777777" w:rsidR="002816BD" w:rsidRDefault="002816BD" w:rsidP="39183E7B">
            <w:pPr>
              <w:rPr>
                <w:rFonts w:cs="Arial"/>
                <w:sz w:val="24"/>
                <w:szCs w:val="24"/>
              </w:rPr>
            </w:pPr>
          </w:p>
        </w:tc>
        <w:tc>
          <w:tcPr>
            <w:tcW w:w="1234" w:type="dxa"/>
          </w:tcPr>
          <w:p w14:paraId="7D34F5C7" w14:textId="77777777" w:rsidR="002816BD" w:rsidRDefault="002816BD" w:rsidP="39183E7B">
            <w:pPr>
              <w:rPr>
                <w:rFonts w:cs="Arial"/>
                <w:sz w:val="24"/>
                <w:szCs w:val="24"/>
              </w:rPr>
            </w:pPr>
          </w:p>
        </w:tc>
        <w:tc>
          <w:tcPr>
            <w:tcW w:w="1234" w:type="dxa"/>
          </w:tcPr>
          <w:p w14:paraId="0B4020A7" w14:textId="77777777" w:rsidR="002816BD" w:rsidRDefault="002816BD" w:rsidP="39183E7B">
            <w:pPr>
              <w:rPr>
                <w:rFonts w:cs="Arial"/>
                <w:sz w:val="24"/>
                <w:szCs w:val="24"/>
              </w:rPr>
            </w:pPr>
          </w:p>
        </w:tc>
      </w:tr>
      <w:tr w:rsidR="002816BD" w14:paraId="1D7B270A" w14:textId="77777777" w:rsidTr="39183E7B">
        <w:tc>
          <w:tcPr>
            <w:tcW w:w="1234" w:type="dxa"/>
          </w:tcPr>
          <w:p w14:paraId="4F904CB7" w14:textId="77777777" w:rsidR="002816BD" w:rsidRDefault="002816BD" w:rsidP="39183E7B">
            <w:pPr>
              <w:rPr>
                <w:rFonts w:cs="Arial"/>
                <w:sz w:val="24"/>
                <w:szCs w:val="24"/>
              </w:rPr>
            </w:pPr>
          </w:p>
        </w:tc>
        <w:tc>
          <w:tcPr>
            <w:tcW w:w="1234" w:type="dxa"/>
          </w:tcPr>
          <w:p w14:paraId="06971CD3" w14:textId="77777777" w:rsidR="002816BD" w:rsidRDefault="002816BD" w:rsidP="39183E7B">
            <w:pPr>
              <w:rPr>
                <w:rFonts w:cs="Arial"/>
                <w:sz w:val="24"/>
                <w:szCs w:val="24"/>
              </w:rPr>
            </w:pPr>
          </w:p>
        </w:tc>
        <w:tc>
          <w:tcPr>
            <w:tcW w:w="1234" w:type="dxa"/>
          </w:tcPr>
          <w:p w14:paraId="2A1F701D" w14:textId="77777777" w:rsidR="002816BD" w:rsidRDefault="002816BD" w:rsidP="39183E7B">
            <w:pPr>
              <w:rPr>
                <w:rFonts w:cs="Arial"/>
                <w:sz w:val="24"/>
                <w:szCs w:val="24"/>
              </w:rPr>
            </w:pPr>
          </w:p>
        </w:tc>
        <w:tc>
          <w:tcPr>
            <w:tcW w:w="1234" w:type="dxa"/>
          </w:tcPr>
          <w:p w14:paraId="03EFCA41" w14:textId="77777777" w:rsidR="002816BD" w:rsidRDefault="002816BD" w:rsidP="39183E7B">
            <w:pPr>
              <w:rPr>
                <w:rFonts w:cs="Arial"/>
                <w:sz w:val="24"/>
                <w:szCs w:val="24"/>
              </w:rPr>
            </w:pPr>
          </w:p>
        </w:tc>
        <w:tc>
          <w:tcPr>
            <w:tcW w:w="1234" w:type="dxa"/>
          </w:tcPr>
          <w:p w14:paraId="5F96A722" w14:textId="77777777" w:rsidR="002816BD" w:rsidRDefault="002816BD" w:rsidP="39183E7B">
            <w:pPr>
              <w:rPr>
                <w:rFonts w:cs="Arial"/>
                <w:sz w:val="24"/>
                <w:szCs w:val="24"/>
              </w:rPr>
            </w:pPr>
          </w:p>
        </w:tc>
        <w:tc>
          <w:tcPr>
            <w:tcW w:w="1234" w:type="dxa"/>
          </w:tcPr>
          <w:p w14:paraId="5B95CD12" w14:textId="77777777" w:rsidR="002816BD" w:rsidRDefault="002816BD" w:rsidP="39183E7B">
            <w:pPr>
              <w:rPr>
                <w:rFonts w:cs="Arial"/>
                <w:sz w:val="24"/>
                <w:szCs w:val="24"/>
              </w:rPr>
            </w:pPr>
          </w:p>
        </w:tc>
        <w:tc>
          <w:tcPr>
            <w:tcW w:w="1234" w:type="dxa"/>
          </w:tcPr>
          <w:p w14:paraId="5220BBB2" w14:textId="77777777" w:rsidR="002816BD" w:rsidRDefault="002816BD" w:rsidP="39183E7B">
            <w:pPr>
              <w:rPr>
                <w:rFonts w:cs="Arial"/>
                <w:sz w:val="24"/>
                <w:szCs w:val="24"/>
              </w:rPr>
            </w:pPr>
          </w:p>
        </w:tc>
      </w:tr>
      <w:tr w:rsidR="002816BD" w14:paraId="13CB595B" w14:textId="77777777" w:rsidTr="39183E7B">
        <w:tc>
          <w:tcPr>
            <w:tcW w:w="1234" w:type="dxa"/>
          </w:tcPr>
          <w:p w14:paraId="6D9C8D39" w14:textId="77777777" w:rsidR="002816BD" w:rsidRDefault="002816BD" w:rsidP="39183E7B">
            <w:pPr>
              <w:rPr>
                <w:rFonts w:cs="Arial"/>
                <w:sz w:val="24"/>
                <w:szCs w:val="24"/>
              </w:rPr>
            </w:pPr>
          </w:p>
        </w:tc>
        <w:tc>
          <w:tcPr>
            <w:tcW w:w="1234" w:type="dxa"/>
          </w:tcPr>
          <w:p w14:paraId="675E05EE" w14:textId="77777777" w:rsidR="002816BD" w:rsidRDefault="002816BD" w:rsidP="39183E7B">
            <w:pPr>
              <w:rPr>
                <w:rFonts w:cs="Arial"/>
                <w:sz w:val="24"/>
                <w:szCs w:val="24"/>
              </w:rPr>
            </w:pPr>
          </w:p>
        </w:tc>
        <w:tc>
          <w:tcPr>
            <w:tcW w:w="1234" w:type="dxa"/>
          </w:tcPr>
          <w:p w14:paraId="2FC17F8B" w14:textId="77777777" w:rsidR="002816BD" w:rsidRDefault="002816BD" w:rsidP="39183E7B">
            <w:pPr>
              <w:rPr>
                <w:rFonts w:cs="Arial"/>
                <w:sz w:val="24"/>
                <w:szCs w:val="24"/>
              </w:rPr>
            </w:pPr>
          </w:p>
        </w:tc>
        <w:tc>
          <w:tcPr>
            <w:tcW w:w="1234" w:type="dxa"/>
          </w:tcPr>
          <w:p w14:paraId="0A4F7224" w14:textId="77777777" w:rsidR="002816BD" w:rsidRDefault="002816BD" w:rsidP="39183E7B">
            <w:pPr>
              <w:rPr>
                <w:rFonts w:cs="Arial"/>
                <w:sz w:val="24"/>
                <w:szCs w:val="24"/>
              </w:rPr>
            </w:pPr>
          </w:p>
        </w:tc>
        <w:tc>
          <w:tcPr>
            <w:tcW w:w="1234" w:type="dxa"/>
          </w:tcPr>
          <w:p w14:paraId="5AE48A43" w14:textId="77777777" w:rsidR="002816BD" w:rsidRDefault="002816BD" w:rsidP="39183E7B">
            <w:pPr>
              <w:rPr>
                <w:rFonts w:cs="Arial"/>
                <w:sz w:val="24"/>
                <w:szCs w:val="24"/>
              </w:rPr>
            </w:pPr>
          </w:p>
        </w:tc>
        <w:tc>
          <w:tcPr>
            <w:tcW w:w="1234" w:type="dxa"/>
          </w:tcPr>
          <w:p w14:paraId="50F40DEB" w14:textId="77777777" w:rsidR="002816BD" w:rsidRDefault="002816BD" w:rsidP="39183E7B">
            <w:pPr>
              <w:rPr>
                <w:rFonts w:cs="Arial"/>
                <w:sz w:val="24"/>
                <w:szCs w:val="24"/>
              </w:rPr>
            </w:pPr>
          </w:p>
        </w:tc>
        <w:tc>
          <w:tcPr>
            <w:tcW w:w="1234" w:type="dxa"/>
          </w:tcPr>
          <w:p w14:paraId="77A52294" w14:textId="77777777" w:rsidR="002816BD" w:rsidRDefault="002816BD" w:rsidP="39183E7B">
            <w:pPr>
              <w:rPr>
                <w:rFonts w:cs="Arial"/>
                <w:sz w:val="24"/>
                <w:szCs w:val="24"/>
              </w:rPr>
            </w:pPr>
          </w:p>
        </w:tc>
      </w:tr>
      <w:tr w:rsidR="002816BD" w14:paraId="007DCDA8" w14:textId="77777777" w:rsidTr="39183E7B">
        <w:tc>
          <w:tcPr>
            <w:tcW w:w="1234" w:type="dxa"/>
          </w:tcPr>
          <w:p w14:paraId="450EA2D7" w14:textId="77777777" w:rsidR="002816BD" w:rsidRDefault="002816BD" w:rsidP="39183E7B">
            <w:pPr>
              <w:rPr>
                <w:rFonts w:cs="Arial"/>
                <w:sz w:val="24"/>
                <w:szCs w:val="24"/>
              </w:rPr>
            </w:pPr>
          </w:p>
        </w:tc>
        <w:tc>
          <w:tcPr>
            <w:tcW w:w="1234" w:type="dxa"/>
          </w:tcPr>
          <w:p w14:paraId="3DD355C9" w14:textId="77777777" w:rsidR="002816BD" w:rsidRDefault="002816BD" w:rsidP="39183E7B">
            <w:pPr>
              <w:rPr>
                <w:rFonts w:cs="Arial"/>
                <w:sz w:val="24"/>
                <w:szCs w:val="24"/>
              </w:rPr>
            </w:pPr>
          </w:p>
        </w:tc>
        <w:tc>
          <w:tcPr>
            <w:tcW w:w="1234" w:type="dxa"/>
          </w:tcPr>
          <w:p w14:paraId="1A81F0B1" w14:textId="77777777" w:rsidR="002816BD" w:rsidRDefault="002816BD" w:rsidP="39183E7B">
            <w:pPr>
              <w:rPr>
                <w:rFonts w:cs="Arial"/>
                <w:sz w:val="24"/>
                <w:szCs w:val="24"/>
              </w:rPr>
            </w:pPr>
          </w:p>
        </w:tc>
        <w:tc>
          <w:tcPr>
            <w:tcW w:w="1234" w:type="dxa"/>
          </w:tcPr>
          <w:p w14:paraId="717AAFBA" w14:textId="77777777" w:rsidR="002816BD" w:rsidRDefault="002816BD" w:rsidP="39183E7B">
            <w:pPr>
              <w:rPr>
                <w:rFonts w:cs="Arial"/>
                <w:sz w:val="24"/>
                <w:szCs w:val="24"/>
              </w:rPr>
            </w:pPr>
          </w:p>
        </w:tc>
        <w:tc>
          <w:tcPr>
            <w:tcW w:w="1234" w:type="dxa"/>
          </w:tcPr>
          <w:p w14:paraId="56EE48EE" w14:textId="77777777" w:rsidR="002816BD" w:rsidRDefault="002816BD" w:rsidP="39183E7B">
            <w:pPr>
              <w:rPr>
                <w:rFonts w:cs="Arial"/>
                <w:sz w:val="24"/>
                <w:szCs w:val="24"/>
              </w:rPr>
            </w:pPr>
          </w:p>
        </w:tc>
        <w:tc>
          <w:tcPr>
            <w:tcW w:w="1234" w:type="dxa"/>
          </w:tcPr>
          <w:p w14:paraId="2908EB2C" w14:textId="77777777" w:rsidR="002816BD" w:rsidRDefault="002816BD" w:rsidP="39183E7B">
            <w:pPr>
              <w:rPr>
                <w:rFonts w:cs="Arial"/>
                <w:sz w:val="24"/>
                <w:szCs w:val="24"/>
              </w:rPr>
            </w:pPr>
          </w:p>
        </w:tc>
        <w:tc>
          <w:tcPr>
            <w:tcW w:w="1234" w:type="dxa"/>
          </w:tcPr>
          <w:p w14:paraId="121FD38A" w14:textId="77777777" w:rsidR="002816BD" w:rsidRDefault="002816BD" w:rsidP="39183E7B">
            <w:pPr>
              <w:rPr>
                <w:rFonts w:cs="Arial"/>
                <w:sz w:val="24"/>
                <w:szCs w:val="24"/>
              </w:rPr>
            </w:pPr>
          </w:p>
        </w:tc>
      </w:tr>
      <w:tr w:rsidR="002816BD" w14:paraId="1FE2DD96" w14:textId="77777777" w:rsidTr="39183E7B">
        <w:tc>
          <w:tcPr>
            <w:tcW w:w="1234" w:type="dxa"/>
          </w:tcPr>
          <w:p w14:paraId="27357532" w14:textId="77777777" w:rsidR="002816BD" w:rsidRDefault="002816BD" w:rsidP="39183E7B">
            <w:pPr>
              <w:rPr>
                <w:rFonts w:cs="Arial"/>
                <w:sz w:val="24"/>
                <w:szCs w:val="24"/>
              </w:rPr>
            </w:pPr>
          </w:p>
        </w:tc>
        <w:tc>
          <w:tcPr>
            <w:tcW w:w="1234" w:type="dxa"/>
          </w:tcPr>
          <w:p w14:paraId="07F023C8" w14:textId="77777777" w:rsidR="002816BD" w:rsidRDefault="002816BD" w:rsidP="39183E7B">
            <w:pPr>
              <w:rPr>
                <w:rFonts w:cs="Arial"/>
                <w:sz w:val="24"/>
                <w:szCs w:val="24"/>
              </w:rPr>
            </w:pPr>
          </w:p>
        </w:tc>
        <w:tc>
          <w:tcPr>
            <w:tcW w:w="1234" w:type="dxa"/>
          </w:tcPr>
          <w:p w14:paraId="4BDB5498" w14:textId="77777777" w:rsidR="002816BD" w:rsidRDefault="002816BD" w:rsidP="39183E7B">
            <w:pPr>
              <w:rPr>
                <w:rFonts w:cs="Arial"/>
                <w:sz w:val="24"/>
                <w:szCs w:val="24"/>
              </w:rPr>
            </w:pPr>
          </w:p>
        </w:tc>
        <w:tc>
          <w:tcPr>
            <w:tcW w:w="1234" w:type="dxa"/>
          </w:tcPr>
          <w:p w14:paraId="2916C19D" w14:textId="77777777" w:rsidR="002816BD" w:rsidRDefault="002816BD" w:rsidP="39183E7B">
            <w:pPr>
              <w:rPr>
                <w:rFonts w:cs="Arial"/>
                <w:sz w:val="24"/>
                <w:szCs w:val="24"/>
              </w:rPr>
            </w:pPr>
          </w:p>
        </w:tc>
        <w:tc>
          <w:tcPr>
            <w:tcW w:w="1234" w:type="dxa"/>
          </w:tcPr>
          <w:p w14:paraId="74869460" w14:textId="77777777" w:rsidR="002816BD" w:rsidRDefault="002816BD" w:rsidP="39183E7B">
            <w:pPr>
              <w:rPr>
                <w:rFonts w:cs="Arial"/>
                <w:sz w:val="24"/>
                <w:szCs w:val="24"/>
              </w:rPr>
            </w:pPr>
          </w:p>
        </w:tc>
        <w:tc>
          <w:tcPr>
            <w:tcW w:w="1234" w:type="dxa"/>
          </w:tcPr>
          <w:p w14:paraId="187F57B8" w14:textId="77777777" w:rsidR="002816BD" w:rsidRDefault="002816BD" w:rsidP="39183E7B">
            <w:pPr>
              <w:rPr>
                <w:rFonts w:cs="Arial"/>
                <w:sz w:val="24"/>
                <w:szCs w:val="24"/>
              </w:rPr>
            </w:pPr>
          </w:p>
        </w:tc>
        <w:tc>
          <w:tcPr>
            <w:tcW w:w="1234" w:type="dxa"/>
          </w:tcPr>
          <w:p w14:paraId="54738AF4" w14:textId="77777777" w:rsidR="002816BD" w:rsidRDefault="002816BD" w:rsidP="39183E7B">
            <w:pPr>
              <w:rPr>
                <w:rFonts w:cs="Arial"/>
                <w:sz w:val="24"/>
                <w:szCs w:val="24"/>
              </w:rPr>
            </w:pPr>
          </w:p>
        </w:tc>
      </w:tr>
    </w:tbl>
    <w:p w14:paraId="29720C48" w14:textId="77777777" w:rsidR="002816BD" w:rsidRDefault="39183E7B" w:rsidP="39183E7B">
      <w:pPr>
        <w:rPr>
          <w:rFonts w:cs="Arial"/>
          <w:sz w:val="24"/>
          <w:szCs w:val="24"/>
        </w:rPr>
      </w:pPr>
      <w:r w:rsidRPr="39183E7B">
        <w:rPr>
          <w:rFonts w:cs="Arial"/>
          <w:sz w:val="24"/>
          <w:szCs w:val="24"/>
        </w:rPr>
        <w:t>Explanation of gaps in employment:</w:t>
      </w:r>
    </w:p>
    <w:p w14:paraId="274F5AC9"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7DDC4BAF"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4F72D7C2"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3CE0027A"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6586D10D" w14:textId="77777777" w:rsidR="002816BD" w:rsidRDefault="39183E7B" w:rsidP="39183E7B">
      <w:pPr>
        <w:pStyle w:val="Heading1"/>
        <w:rPr>
          <w:rFonts w:ascii="Arial" w:eastAsia="Arial" w:hAnsi="Arial" w:cs="Arial"/>
          <w:color w:val="auto"/>
          <w:sz w:val="24"/>
          <w:szCs w:val="24"/>
        </w:rPr>
      </w:pPr>
      <w:r w:rsidRPr="39183E7B">
        <w:rPr>
          <w:rFonts w:ascii="Arial" w:eastAsia="Arial" w:hAnsi="Arial" w:cs="Arial"/>
          <w:color w:val="auto"/>
          <w:sz w:val="24"/>
          <w:szCs w:val="24"/>
        </w:rPr>
        <w:t>6. Supporting Statement</w:t>
      </w:r>
    </w:p>
    <w:p w14:paraId="52B7224E" w14:textId="77777777" w:rsidR="002816BD" w:rsidRDefault="39183E7B" w:rsidP="39183E7B">
      <w:pPr>
        <w:rPr>
          <w:rFonts w:cs="Arial"/>
          <w:sz w:val="24"/>
          <w:szCs w:val="24"/>
        </w:rPr>
      </w:pPr>
      <w:r w:rsidRPr="39183E7B">
        <w:rPr>
          <w:rFonts w:cs="Arial"/>
          <w:sz w:val="24"/>
          <w:szCs w:val="24"/>
        </w:rPr>
        <w:t>Explain how your experience, knowledge and personal qualities meet the person specification. Include safeguarding, behaviour management, inclusion and any relevant training.</w:t>
      </w:r>
    </w:p>
    <w:p w14:paraId="73D5BBE5"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47EBE55F"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24A30DAC"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54EDA22C" w14:textId="77777777" w:rsidR="002816BD" w:rsidRDefault="39183E7B" w:rsidP="39183E7B">
      <w:pPr>
        <w:rPr>
          <w:rFonts w:cs="Arial"/>
          <w:sz w:val="24"/>
          <w:szCs w:val="24"/>
        </w:rPr>
      </w:pPr>
      <w:r w:rsidRPr="39183E7B">
        <w:rPr>
          <w:rFonts w:cs="Arial"/>
          <w:sz w:val="24"/>
          <w:szCs w:val="24"/>
        </w:rPr>
        <w:lastRenderedPageBreak/>
        <w:t>_______________________________________________________________________________________________</w:t>
      </w:r>
    </w:p>
    <w:p w14:paraId="77F616DF"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10B48142"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5362CCEF"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3B773AE1"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5E1BEE2F"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42D673CF"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01A162EF"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7B006C67"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16FB3A7B"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2A58DCD4"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11DBBBB4"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12F802FA"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3B10FC1A"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55877561"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511F258E" w14:textId="77777777" w:rsidR="002816BD" w:rsidRDefault="39183E7B" w:rsidP="39183E7B">
      <w:pPr>
        <w:pStyle w:val="Heading1"/>
        <w:rPr>
          <w:rFonts w:ascii="Arial" w:eastAsia="Arial" w:hAnsi="Arial" w:cs="Arial"/>
          <w:color w:val="auto"/>
          <w:sz w:val="24"/>
          <w:szCs w:val="24"/>
        </w:rPr>
      </w:pPr>
      <w:r w:rsidRPr="39183E7B">
        <w:rPr>
          <w:rFonts w:ascii="Arial" w:eastAsia="Arial" w:hAnsi="Arial" w:cs="Arial"/>
          <w:color w:val="auto"/>
          <w:sz w:val="24"/>
          <w:szCs w:val="24"/>
        </w:rPr>
        <w:lastRenderedPageBreak/>
        <w:t>7. References</w:t>
      </w:r>
    </w:p>
    <w:p w14:paraId="00BF5EB6" w14:textId="1F0081EC" w:rsidR="00A5723F" w:rsidRPr="007E3768" w:rsidRDefault="007E3768" w:rsidP="00A5723F">
      <w:pPr>
        <w:rPr>
          <w:lang w:val="en-GB"/>
        </w:rPr>
      </w:pPr>
      <w:r w:rsidRPr="007E3768">
        <w:rPr>
          <w:lang w:val="en-GB"/>
        </w:rPr>
        <w:t>One referee must normally be the applicant's current or most recent employer.</w:t>
      </w:r>
    </w:p>
    <w:p w14:paraId="4A70E873" w14:textId="77777777" w:rsidR="002816BD" w:rsidRDefault="39183E7B" w:rsidP="39183E7B">
      <w:pPr>
        <w:pStyle w:val="Heading2"/>
        <w:rPr>
          <w:rFonts w:ascii="Arial" w:eastAsia="Arial" w:hAnsi="Arial" w:cs="Arial"/>
          <w:color w:val="auto"/>
          <w:sz w:val="24"/>
          <w:szCs w:val="24"/>
        </w:rPr>
      </w:pPr>
      <w:r w:rsidRPr="39183E7B">
        <w:rPr>
          <w:rFonts w:ascii="Arial" w:eastAsia="Arial" w:hAnsi="Arial" w:cs="Arial"/>
          <w:color w:val="auto"/>
          <w:sz w:val="24"/>
          <w:szCs w:val="24"/>
        </w:rPr>
        <w:t>Reference 1</w:t>
      </w:r>
    </w:p>
    <w:p w14:paraId="1495857B" w14:textId="77777777" w:rsidR="002816BD" w:rsidRDefault="39183E7B" w:rsidP="39183E7B">
      <w:pPr>
        <w:rPr>
          <w:rFonts w:cs="Arial"/>
          <w:sz w:val="24"/>
          <w:szCs w:val="24"/>
        </w:rPr>
      </w:pPr>
      <w:r w:rsidRPr="39183E7B">
        <w:rPr>
          <w:rFonts w:cs="Arial"/>
          <w:sz w:val="24"/>
          <w:szCs w:val="24"/>
        </w:rPr>
        <w:t>Name: _________________________________________________</w:t>
      </w:r>
    </w:p>
    <w:p w14:paraId="6756B1B4" w14:textId="77777777" w:rsidR="002816BD" w:rsidRDefault="39183E7B" w:rsidP="39183E7B">
      <w:pPr>
        <w:rPr>
          <w:rFonts w:cs="Arial"/>
          <w:sz w:val="24"/>
          <w:szCs w:val="24"/>
        </w:rPr>
      </w:pPr>
      <w:r w:rsidRPr="39183E7B">
        <w:rPr>
          <w:rFonts w:cs="Arial"/>
          <w:sz w:val="24"/>
          <w:szCs w:val="24"/>
        </w:rPr>
        <w:t>Job Title: _________________________________________________</w:t>
      </w:r>
    </w:p>
    <w:p w14:paraId="6BB51750" w14:textId="77777777" w:rsidR="002816BD" w:rsidRDefault="39183E7B" w:rsidP="39183E7B">
      <w:pPr>
        <w:rPr>
          <w:rFonts w:cs="Arial"/>
          <w:sz w:val="24"/>
          <w:szCs w:val="24"/>
        </w:rPr>
      </w:pPr>
      <w:r w:rsidRPr="39183E7B">
        <w:rPr>
          <w:rFonts w:cs="Arial"/>
          <w:sz w:val="24"/>
          <w:szCs w:val="24"/>
        </w:rPr>
        <w:t>Organisation: _________________________________________________</w:t>
      </w:r>
    </w:p>
    <w:p w14:paraId="0149B86A" w14:textId="77777777" w:rsidR="002816BD" w:rsidRDefault="39183E7B" w:rsidP="39183E7B">
      <w:pPr>
        <w:rPr>
          <w:rFonts w:cs="Arial"/>
          <w:sz w:val="24"/>
          <w:szCs w:val="24"/>
        </w:rPr>
      </w:pPr>
      <w:r w:rsidRPr="39183E7B">
        <w:rPr>
          <w:rFonts w:cs="Arial"/>
          <w:sz w:val="24"/>
          <w:szCs w:val="24"/>
        </w:rPr>
        <w:t>Email: _________________________________________________</w:t>
      </w:r>
    </w:p>
    <w:p w14:paraId="21D46911" w14:textId="77777777" w:rsidR="002816BD" w:rsidRDefault="39183E7B" w:rsidP="39183E7B">
      <w:pPr>
        <w:rPr>
          <w:rFonts w:cs="Arial"/>
          <w:sz w:val="24"/>
          <w:szCs w:val="24"/>
        </w:rPr>
      </w:pPr>
      <w:r w:rsidRPr="39183E7B">
        <w:rPr>
          <w:rFonts w:cs="Arial"/>
          <w:sz w:val="24"/>
          <w:szCs w:val="24"/>
        </w:rPr>
        <w:t>Telephone: _________________________________________________</w:t>
      </w:r>
    </w:p>
    <w:p w14:paraId="077CD7AB" w14:textId="77777777" w:rsidR="002816BD" w:rsidRDefault="39183E7B" w:rsidP="39183E7B">
      <w:pPr>
        <w:rPr>
          <w:rFonts w:cs="Arial"/>
          <w:sz w:val="24"/>
          <w:szCs w:val="24"/>
        </w:rPr>
      </w:pPr>
      <w:r w:rsidRPr="39183E7B">
        <w:rPr>
          <w:rFonts w:cs="Arial"/>
          <w:sz w:val="24"/>
          <w:szCs w:val="24"/>
        </w:rPr>
        <w:t>Relationship: _________________________________________________</w:t>
      </w:r>
    </w:p>
    <w:p w14:paraId="18C6181D" w14:textId="77777777" w:rsidR="002816BD" w:rsidRDefault="39183E7B" w:rsidP="39183E7B">
      <w:pPr>
        <w:rPr>
          <w:rFonts w:cs="Arial"/>
          <w:sz w:val="24"/>
          <w:szCs w:val="24"/>
        </w:rPr>
      </w:pPr>
      <w:r w:rsidRPr="39183E7B">
        <w:rPr>
          <w:rFonts w:cs="Arial"/>
          <w:sz w:val="24"/>
          <w:szCs w:val="24"/>
        </w:rPr>
        <w:t>May we contact before interview?: _________________________________________________</w:t>
      </w:r>
    </w:p>
    <w:p w14:paraId="39C88772" w14:textId="77777777" w:rsidR="002816BD" w:rsidRDefault="39183E7B" w:rsidP="39183E7B">
      <w:pPr>
        <w:pStyle w:val="Heading2"/>
        <w:rPr>
          <w:rFonts w:ascii="Arial" w:eastAsia="Arial" w:hAnsi="Arial" w:cs="Arial"/>
          <w:color w:val="auto"/>
          <w:sz w:val="24"/>
          <w:szCs w:val="24"/>
        </w:rPr>
      </w:pPr>
      <w:r w:rsidRPr="39183E7B">
        <w:rPr>
          <w:rFonts w:ascii="Arial" w:eastAsia="Arial" w:hAnsi="Arial" w:cs="Arial"/>
          <w:color w:val="auto"/>
          <w:sz w:val="24"/>
          <w:szCs w:val="24"/>
        </w:rPr>
        <w:t>Reference 2</w:t>
      </w:r>
    </w:p>
    <w:p w14:paraId="19B95EDE" w14:textId="77777777" w:rsidR="002816BD" w:rsidRDefault="39183E7B" w:rsidP="39183E7B">
      <w:pPr>
        <w:rPr>
          <w:rFonts w:cs="Arial"/>
          <w:sz w:val="24"/>
          <w:szCs w:val="24"/>
        </w:rPr>
      </w:pPr>
      <w:r w:rsidRPr="39183E7B">
        <w:rPr>
          <w:rFonts w:cs="Arial"/>
          <w:sz w:val="24"/>
          <w:szCs w:val="24"/>
        </w:rPr>
        <w:t>Name: _________________________________________________</w:t>
      </w:r>
    </w:p>
    <w:p w14:paraId="4A5273C0" w14:textId="77777777" w:rsidR="002816BD" w:rsidRDefault="39183E7B" w:rsidP="39183E7B">
      <w:pPr>
        <w:rPr>
          <w:rFonts w:cs="Arial"/>
          <w:sz w:val="24"/>
          <w:szCs w:val="24"/>
        </w:rPr>
      </w:pPr>
      <w:r w:rsidRPr="39183E7B">
        <w:rPr>
          <w:rFonts w:cs="Arial"/>
          <w:sz w:val="24"/>
          <w:szCs w:val="24"/>
        </w:rPr>
        <w:t>Job Title: _________________________________________________</w:t>
      </w:r>
    </w:p>
    <w:p w14:paraId="13326EBA" w14:textId="77777777" w:rsidR="002816BD" w:rsidRDefault="39183E7B" w:rsidP="39183E7B">
      <w:pPr>
        <w:rPr>
          <w:rFonts w:cs="Arial"/>
          <w:sz w:val="24"/>
          <w:szCs w:val="24"/>
        </w:rPr>
      </w:pPr>
      <w:r w:rsidRPr="39183E7B">
        <w:rPr>
          <w:rFonts w:cs="Arial"/>
          <w:sz w:val="24"/>
          <w:szCs w:val="24"/>
        </w:rPr>
        <w:t>Organisation: _________________________________________________</w:t>
      </w:r>
    </w:p>
    <w:p w14:paraId="3B474642" w14:textId="77777777" w:rsidR="002816BD" w:rsidRDefault="39183E7B" w:rsidP="39183E7B">
      <w:pPr>
        <w:rPr>
          <w:rFonts w:cs="Arial"/>
          <w:sz w:val="24"/>
          <w:szCs w:val="24"/>
        </w:rPr>
      </w:pPr>
      <w:r w:rsidRPr="39183E7B">
        <w:rPr>
          <w:rFonts w:cs="Arial"/>
          <w:sz w:val="24"/>
          <w:szCs w:val="24"/>
        </w:rPr>
        <w:t>Email: _________________________________________________</w:t>
      </w:r>
    </w:p>
    <w:p w14:paraId="210FCCC4" w14:textId="77777777" w:rsidR="002816BD" w:rsidRDefault="39183E7B" w:rsidP="39183E7B">
      <w:pPr>
        <w:rPr>
          <w:rFonts w:cs="Arial"/>
          <w:sz w:val="24"/>
          <w:szCs w:val="24"/>
        </w:rPr>
      </w:pPr>
      <w:r w:rsidRPr="39183E7B">
        <w:rPr>
          <w:rFonts w:cs="Arial"/>
          <w:sz w:val="24"/>
          <w:szCs w:val="24"/>
        </w:rPr>
        <w:t>Telephone: _________________________________________________</w:t>
      </w:r>
    </w:p>
    <w:p w14:paraId="41739164" w14:textId="77777777" w:rsidR="002816BD" w:rsidRDefault="39183E7B" w:rsidP="39183E7B">
      <w:pPr>
        <w:rPr>
          <w:rFonts w:cs="Arial"/>
          <w:sz w:val="24"/>
          <w:szCs w:val="24"/>
        </w:rPr>
      </w:pPr>
      <w:r w:rsidRPr="39183E7B">
        <w:rPr>
          <w:rFonts w:cs="Arial"/>
          <w:sz w:val="24"/>
          <w:szCs w:val="24"/>
        </w:rPr>
        <w:t>Relationship: _________________________________________________</w:t>
      </w:r>
    </w:p>
    <w:p w14:paraId="39A315FC" w14:textId="77777777" w:rsidR="002816BD" w:rsidRDefault="39183E7B" w:rsidP="39183E7B">
      <w:pPr>
        <w:rPr>
          <w:rFonts w:cs="Arial"/>
          <w:sz w:val="24"/>
          <w:szCs w:val="24"/>
        </w:rPr>
      </w:pPr>
      <w:r w:rsidRPr="39183E7B">
        <w:rPr>
          <w:rFonts w:cs="Arial"/>
          <w:sz w:val="24"/>
          <w:szCs w:val="24"/>
        </w:rPr>
        <w:t>May we contact before interview?: _________________________________________________</w:t>
      </w:r>
    </w:p>
    <w:p w14:paraId="09D3767F" w14:textId="77777777" w:rsidR="002816BD" w:rsidRDefault="39183E7B" w:rsidP="39183E7B">
      <w:pPr>
        <w:pStyle w:val="Heading1"/>
        <w:rPr>
          <w:rFonts w:ascii="Arial" w:eastAsia="Arial" w:hAnsi="Arial" w:cs="Arial"/>
          <w:color w:val="auto"/>
          <w:sz w:val="24"/>
          <w:szCs w:val="24"/>
        </w:rPr>
      </w:pPr>
      <w:r w:rsidRPr="39183E7B">
        <w:rPr>
          <w:rFonts w:ascii="Arial" w:eastAsia="Arial" w:hAnsi="Arial" w:cs="Arial"/>
          <w:color w:val="auto"/>
          <w:sz w:val="24"/>
          <w:szCs w:val="24"/>
        </w:rPr>
        <w:t>8. Safeguarding Declaration</w:t>
      </w:r>
    </w:p>
    <w:p w14:paraId="125B6CE0" w14:textId="77777777" w:rsidR="002816BD" w:rsidRDefault="39183E7B" w:rsidP="39183E7B">
      <w:pPr>
        <w:rPr>
          <w:rFonts w:cs="Arial"/>
          <w:sz w:val="24"/>
          <w:szCs w:val="24"/>
        </w:rPr>
      </w:pPr>
      <w:r w:rsidRPr="39183E7B">
        <w:rPr>
          <w:rFonts w:cs="Arial"/>
          <w:sz w:val="24"/>
          <w:szCs w:val="24"/>
        </w:rPr>
        <w:t>☐ I understand this post involves safeguarding children and young people.</w:t>
      </w:r>
    </w:p>
    <w:p w14:paraId="3A937F52" w14:textId="77777777" w:rsidR="002816BD" w:rsidRDefault="39183E7B" w:rsidP="39183E7B">
      <w:pPr>
        <w:rPr>
          <w:rFonts w:cs="Arial"/>
          <w:sz w:val="24"/>
          <w:szCs w:val="24"/>
        </w:rPr>
      </w:pPr>
      <w:r w:rsidRPr="39183E7B">
        <w:rPr>
          <w:rFonts w:cs="Arial"/>
          <w:sz w:val="24"/>
          <w:szCs w:val="24"/>
        </w:rPr>
        <w:t>☐ I understand an Enhanced DBS check will be required if appointed.</w:t>
      </w:r>
    </w:p>
    <w:p w14:paraId="3E6EABB8" w14:textId="77777777" w:rsidR="002816BD" w:rsidRDefault="39183E7B" w:rsidP="39183E7B">
      <w:pPr>
        <w:rPr>
          <w:rFonts w:cs="Arial"/>
          <w:sz w:val="24"/>
          <w:szCs w:val="24"/>
        </w:rPr>
      </w:pPr>
      <w:r w:rsidRPr="39183E7B">
        <w:rPr>
          <w:rFonts w:cs="Arial"/>
          <w:sz w:val="24"/>
          <w:szCs w:val="24"/>
        </w:rPr>
        <w:t>☐ I understand online searches may be carried out for shortlisted candidates.</w:t>
      </w:r>
    </w:p>
    <w:p w14:paraId="10A5A8D9" w14:textId="77777777" w:rsidR="002816BD" w:rsidRDefault="39183E7B" w:rsidP="39183E7B">
      <w:pPr>
        <w:rPr>
          <w:rFonts w:cs="Arial"/>
          <w:sz w:val="24"/>
          <w:szCs w:val="24"/>
        </w:rPr>
      </w:pPr>
      <w:r w:rsidRPr="39183E7B">
        <w:rPr>
          <w:rFonts w:cs="Arial"/>
          <w:sz w:val="24"/>
          <w:szCs w:val="24"/>
        </w:rPr>
        <w:t>☐ I understand references may be requested before interview.</w:t>
      </w:r>
    </w:p>
    <w:p w14:paraId="25300018" w14:textId="77777777" w:rsidR="00827EA7" w:rsidRDefault="00827EA7" w:rsidP="00827EA7">
      <w:pPr>
        <w:rPr>
          <w:rFonts w:cs="Arial"/>
          <w:b/>
          <w:bCs/>
          <w:sz w:val="24"/>
          <w:szCs w:val="24"/>
          <w:lang w:val="en-GB"/>
        </w:rPr>
      </w:pPr>
    </w:p>
    <w:p w14:paraId="00A9CCCD" w14:textId="77777777" w:rsidR="00827EA7" w:rsidRDefault="00827EA7" w:rsidP="00827EA7">
      <w:pPr>
        <w:rPr>
          <w:rFonts w:cs="Arial"/>
          <w:b/>
          <w:bCs/>
          <w:sz w:val="24"/>
          <w:szCs w:val="24"/>
          <w:lang w:val="en-GB"/>
        </w:rPr>
      </w:pPr>
    </w:p>
    <w:p w14:paraId="676B8738" w14:textId="3D805E2E" w:rsidR="00827EA7" w:rsidRPr="00827EA7" w:rsidRDefault="00827EA7" w:rsidP="00827EA7">
      <w:pPr>
        <w:rPr>
          <w:rFonts w:cs="Arial"/>
          <w:b/>
          <w:bCs/>
          <w:sz w:val="24"/>
          <w:szCs w:val="24"/>
          <w:lang w:val="en-GB"/>
        </w:rPr>
      </w:pPr>
      <w:r w:rsidRPr="00827EA7">
        <w:rPr>
          <w:rFonts w:cs="Arial"/>
          <w:b/>
          <w:bCs/>
          <w:sz w:val="24"/>
          <w:szCs w:val="24"/>
          <w:lang w:val="en-GB"/>
        </w:rPr>
        <w:t>Safeguarding Suitability Declaration</w:t>
      </w:r>
    </w:p>
    <w:p w14:paraId="232F680E" w14:textId="77777777" w:rsidR="00827EA7" w:rsidRPr="00827EA7" w:rsidRDefault="00827EA7" w:rsidP="00827EA7">
      <w:pPr>
        <w:rPr>
          <w:rFonts w:cs="Arial"/>
          <w:sz w:val="24"/>
          <w:szCs w:val="24"/>
          <w:lang w:val="en-GB"/>
        </w:rPr>
      </w:pPr>
      <w:r w:rsidRPr="00827EA7">
        <w:rPr>
          <w:rFonts w:cs="Arial"/>
          <w:sz w:val="24"/>
          <w:szCs w:val="24"/>
          <w:lang w:val="en-GB"/>
        </w:rPr>
        <w:t>Have you ever:</w:t>
      </w:r>
    </w:p>
    <w:p w14:paraId="6CB7AC76" w14:textId="77777777" w:rsidR="00827EA7" w:rsidRPr="00827EA7" w:rsidRDefault="00827EA7" w:rsidP="00827EA7">
      <w:pPr>
        <w:numPr>
          <w:ilvl w:val="0"/>
          <w:numId w:val="21"/>
        </w:numPr>
        <w:rPr>
          <w:rFonts w:cs="Arial"/>
          <w:sz w:val="24"/>
          <w:szCs w:val="24"/>
          <w:lang w:val="en-GB"/>
        </w:rPr>
      </w:pPr>
      <w:r w:rsidRPr="00827EA7">
        <w:rPr>
          <w:rFonts w:cs="Arial"/>
          <w:sz w:val="24"/>
          <w:szCs w:val="24"/>
          <w:lang w:val="en-GB"/>
        </w:rPr>
        <w:t>Been subject to disciplinary action relating to children?</w:t>
      </w:r>
    </w:p>
    <w:p w14:paraId="5D6020BA" w14:textId="77777777" w:rsidR="00827EA7" w:rsidRPr="00827EA7" w:rsidRDefault="00827EA7" w:rsidP="00827EA7">
      <w:pPr>
        <w:numPr>
          <w:ilvl w:val="0"/>
          <w:numId w:val="21"/>
        </w:numPr>
        <w:rPr>
          <w:rFonts w:cs="Arial"/>
          <w:sz w:val="24"/>
          <w:szCs w:val="24"/>
          <w:lang w:val="en-GB"/>
        </w:rPr>
      </w:pPr>
      <w:r w:rsidRPr="00827EA7">
        <w:rPr>
          <w:rFonts w:cs="Arial"/>
          <w:sz w:val="24"/>
          <w:szCs w:val="24"/>
          <w:lang w:val="en-GB"/>
        </w:rPr>
        <w:t>Had allegations made against you involving children?</w:t>
      </w:r>
    </w:p>
    <w:p w14:paraId="4BD47522" w14:textId="77777777" w:rsidR="00827EA7" w:rsidRPr="00827EA7" w:rsidRDefault="00827EA7" w:rsidP="00827EA7">
      <w:pPr>
        <w:numPr>
          <w:ilvl w:val="0"/>
          <w:numId w:val="21"/>
        </w:numPr>
        <w:rPr>
          <w:rFonts w:cs="Arial"/>
          <w:sz w:val="24"/>
          <w:szCs w:val="24"/>
          <w:lang w:val="en-GB"/>
        </w:rPr>
      </w:pPr>
      <w:r w:rsidRPr="00827EA7">
        <w:rPr>
          <w:rFonts w:cs="Arial"/>
          <w:sz w:val="24"/>
          <w:szCs w:val="24"/>
          <w:lang w:val="en-GB"/>
        </w:rPr>
        <w:t>Been barred from working with children?</w:t>
      </w:r>
    </w:p>
    <w:p w14:paraId="309E72F8" w14:textId="77777777" w:rsidR="00827EA7" w:rsidRPr="00827EA7" w:rsidRDefault="00827EA7" w:rsidP="00827EA7">
      <w:pPr>
        <w:numPr>
          <w:ilvl w:val="0"/>
          <w:numId w:val="21"/>
        </w:numPr>
        <w:rPr>
          <w:rFonts w:cs="Arial"/>
          <w:sz w:val="24"/>
          <w:szCs w:val="24"/>
          <w:lang w:val="en-GB"/>
        </w:rPr>
      </w:pPr>
      <w:r w:rsidRPr="00827EA7">
        <w:rPr>
          <w:rFonts w:cs="Arial"/>
          <w:sz w:val="24"/>
          <w:szCs w:val="24"/>
          <w:lang w:val="en-GB"/>
        </w:rPr>
        <w:t>Been prohibited from teaching?</w:t>
      </w:r>
    </w:p>
    <w:p w14:paraId="49AD50DC" w14:textId="77777777" w:rsidR="00827EA7" w:rsidRPr="00827EA7" w:rsidRDefault="00827EA7" w:rsidP="00827EA7">
      <w:pPr>
        <w:numPr>
          <w:ilvl w:val="0"/>
          <w:numId w:val="21"/>
        </w:numPr>
        <w:rPr>
          <w:rFonts w:cs="Arial"/>
          <w:sz w:val="24"/>
          <w:szCs w:val="24"/>
          <w:lang w:val="en-GB"/>
        </w:rPr>
      </w:pPr>
      <w:r w:rsidRPr="00827EA7">
        <w:rPr>
          <w:rFonts w:cs="Arial"/>
          <w:sz w:val="24"/>
          <w:szCs w:val="24"/>
          <w:lang w:val="en-GB"/>
        </w:rPr>
        <w:t>Been subject to safeguarding investigations?</w:t>
      </w:r>
    </w:p>
    <w:p w14:paraId="1903EDAD" w14:textId="77777777" w:rsidR="00827EA7" w:rsidRPr="00827EA7" w:rsidRDefault="00827EA7" w:rsidP="00827EA7">
      <w:pPr>
        <w:rPr>
          <w:rFonts w:cs="Arial"/>
          <w:sz w:val="24"/>
          <w:szCs w:val="24"/>
          <w:lang w:val="en-GB"/>
        </w:rPr>
      </w:pPr>
      <w:r w:rsidRPr="00827EA7">
        <w:rPr>
          <w:rFonts w:ascii="Segoe UI Symbol" w:hAnsi="Segoe UI Symbol" w:cs="Segoe UI Symbol"/>
          <w:sz w:val="24"/>
          <w:szCs w:val="24"/>
          <w:lang w:val="en-GB"/>
        </w:rPr>
        <w:t>☐</w:t>
      </w:r>
      <w:r w:rsidRPr="00827EA7">
        <w:rPr>
          <w:rFonts w:cs="Arial"/>
          <w:sz w:val="24"/>
          <w:szCs w:val="24"/>
          <w:lang w:val="en-GB"/>
        </w:rPr>
        <w:t xml:space="preserve"> Yes</w:t>
      </w:r>
    </w:p>
    <w:p w14:paraId="46C1D2F3" w14:textId="77777777" w:rsidR="00827EA7" w:rsidRPr="00827EA7" w:rsidRDefault="00827EA7" w:rsidP="00827EA7">
      <w:pPr>
        <w:rPr>
          <w:rFonts w:cs="Arial"/>
          <w:sz w:val="24"/>
          <w:szCs w:val="24"/>
          <w:lang w:val="en-GB"/>
        </w:rPr>
      </w:pPr>
      <w:r w:rsidRPr="00827EA7">
        <w:rPr>
          <w:rFonts w:ascii="Segoe UI Symbol" w:hAnsi="Segoe UI Symbol" w:cs="Segoe UI Symbol"/>
          <w:sz w:val="24"/>
          <w:szCs w:val="24"/>
          <w:lang w:val="en-GB"/>
        </w:rPr>
        <w:t>☐</w:t>
      </w:r>
      <w:r w:rsidRPr="00827EA7">
        <w:rPr>
          <w:rFonts w:cs="Arial"/>
          <w:sz w:val="24"/>
          <w:szCs w:val="24"/>
          <w:lang w:val="en-GB"/>
        </w:rPr>
        <w:t xml:space="preserve"> No</w:t>
      </w:r>
    </w:p>
    <w:p w14:paraId="05D2FB94" w14:textId="2E3BF39A" w:rsidR="00827EA7" w:rsidRPr="00272766" w:rsidRDefault="00827EA7" w:rsidP="39183E7B">
      <w:pPr>
        <w:rPr>
          <w:rFonts w:cs="Arial"/>
          <w:sz w:val="24"/>
          <w:szCs w:val="24"/>
          <w:lang w:val="en-GB"/>
        </w:rPr>
      </w:pPr>
      <w:r w:rsidRPr="00827EA7">
        <w:rPr>
          <w:rFonts w:cs="Arial"/>
          <w:sz w:val="24"/>
          <w:szCs w:val="24"/>
          <w:lang w:val="en-GB"/>
        </w:rPr>
        <w:t>If yes, please provide details.</w:t>
      </w:r>
    </w:p>
    <w:p w14:paraId="471E7713" w14:textId="475D0319" w:rsidR="00272766" w:rsidRPr="00272766" w:rsidRDefault="00272766" w:rsidP="39183E7B">
      <w:pPr>
        <w:rPr>
          <w:rFonts w:cs="Arial"/>
          <w:sz w:val="24"/>
          <w:szCs w:val="24"/>
          <w:lang w:val="en-GB"/>
        </w:rPr>
      </w:pPr>
      <w:r w:rsidRPr="00272766">
        <w:rPr>
          <w:rFonts w:cs="Arial"/>
          <w:b/>
          <w:bCs/>
          <w:sz w:val="24"/>
          <w:szCs w:val="24"/>
          <w:lang w:val="en-GB"/>
        </w:rPr>
        <w:t>Teacher Reference Number</w:t>
      </w:r>
      <w:r w:rsidRPr="00272766">
        <w:rPr>
          <w:rFonts w:cs="Arial"/>
          <w:sz w:val="24"/>
          <w:szCs w:val="24"/>
          <w:lang w:val="en-GB"/>
        </w:rPr>
        <w:t xml:space="preserve"> (TRN): __________</w:t>
      </w:r>
    </w:p>
    <w:p w14:paraId="4E4776A0" w14:textId="77777777" w:rsidR="00202922" w:rsidRPr="00202922" w:rsidRDefault="39183E7B" w:rsidP="00202922">
      <w:pPr>
        <w:pStyle w:val="Heading1"/>
        <w:rPr>
          <w:rFonts w:ascii="Arial" w:eastAsia="Arial" w:hAnsi="Arial" w:cs="Arial"/>
          <w:color w:val="auto"/>
          <w:sz w:val="24"/>
          <w:szCs w:val="24"/>
          <w:lang w:val="en-GB"/>
        </w:rPr>
      </w:pPr>
      <w:r w:rsidRPr="39183E7B">
        <w:rPr>
          <w:rFonts w:ascii="Arial" w:eastAsia="Arial" w:hAnsi="Arial" w:cs="Arial"/>
          <w:color w:val="auto"/>
          <w:sz w:val="24"/>
          <w:szCs w:val="24"/>
        </w:rPr>
        <w:t xml:space="preserve">9. </w:t>
      </w:r>
      <w:r w:rsidR="00202922" w:rsidRPr="00202922">
        <w:rPr>
          <w:rFonts w:ascii="Arial" w:eastAsia="Arial" w:hAnsi="Arial" w:cs="Arial"/>
          <w:color w:val="auto"/>
          <w:sz w:val="24"/>
          <w:szCs w:val="24"/>
          <w:lang w:val="en-GB"/>
        </w:rPr>
        <w:t>Criminal Record Declaration</w:t>
      </w:r>
    </w:p>
    <w:p w14:paraId="269EAFDE" w14:textId="77777777" w:rsidR="00202922" w:rsidRPr="00202922" w:rsidRDefault="00202922" w:rsidP="00202922">
      <w:pPr>
        <w:pStyle w:val="Heading1"/>
        <w:spacing w:before="0"/>
        <w:rPr>
          <w:rFonts w:ascii="Arial" w:hAnsi="Arial" w:cs="Arial"/>
          <w:b w:val="0"/>
          <w:bCs w:val="0"/>
          <w:color w:val="auto"/>
          <w:sz w:val="24"/>
          <w:szCs w:val="24"/>
          <w:lang w:val="en-GB"/>
        </w:rPr>
      </w:pPr>
      <w:r w:rsidRPr="00202922">
        <w:rPr>
          <w:rFonts w:ascii="Arial" w:hAnsi="Arial" w:cs="Arial"/>
          <w:b w:val="0"/>
          <w:bCs w:val="0"/>
          <w:color w:val="auto"/>
          <w:sz w:val="24"/>
          <w:szCs w:val="24"/>
          <w:lang w:val="en-GB"/>
        </w:rPr>
        <w:t>This post is exempt from the Rehabilitation of Offenders Act 1974.</w:t>
      </w:r>
    </w:p>
    <w:p w14:paraId="30CDA606" w14:textId="77777777" w:rsidR="00202922" w:rsidRDefault="00202922" w:rsidP="00202922">
      <w:pPr>
        <w:pStyle w:val="Heading1"/>
        <w:spacing w:before="0"/>
        <w:rPr>
          <w:rFonts w:ascii="Arial" w:hAnsi="Arial" w:cs="Arial"/>
          <w:b w:val="0"/>
          <w:bCs w:val="0"/>
          <w:color w:val="auto"/>
          <w:sz w:val="24"/>
          <w:szCs w:val="24"/>
          <w:lang w:val="en-GB"/>
        </w:rPr>
      </w:pPr>
      <w:r w:rsidRPr="00202922">
        <w:rPr>
          <w:rFonts w:ascii="Arial" w:hAnsi="Arial" w:cs="Arial"/>
          <w:b w:val="0"/>
          <w:bCs w:val="0"/>
          <w:color w:val="auto"/>
          <w:sz w:val="24"/>
          <w:szCs w:val="24"/>
          <w:lang w:val="en-GB"/>
        </w:rPr>
        <w:t>Do you have any convictions, cautions, reprimands, warnings or other information that may be disclosed on an Enhanced DBS Certificate?</w:t>
      </w:r>
    </w:p>
    <w:p w14:paraId="0BB5CB12" w14:textId="77777777" w:rsidR="00202922" w:rsidRPr="00202922" w:rsidRDefault="00202922" w:rsidP="00202922">
      <w:pPr>
        <w:rPr>
          <w:lang w:val="en-GB"/>
        </w:rPr>
      </w:pPr>
    </w:p>
    <w:p w14:paraId="5C670DDE" w14:textId="77777777" w:rsidR="00202922" w:rsidRPr="00202922" w:rsidRDefault="00202922" w:rsidP="00202922">
      <w:pPr>
        <w:pStyle w:val="Heading1"/>
        <w:spacing w:before="0"/>
        <w:rPr>
          <w:rFonts w:ascii="Arial" w:hAnsi="Arial" w:cs="Arial"/>
          <w:b w:val="0"/>
          <w:bCs w:val="0"/>
          <w:color w:val="auto"/>
          <w:sz w:val="24"/>
          <w:szCs w:val="24"/>
          <w:lang w:val="en-GB"/>
        </w:rPr>
      </w:pPr>
      <w:r w:rsidRPr="00202922">
        <w:rPr>
          <w:rFonts w:ascii="Segoe UI Symbol" w:hAnsi="Segoe UI Symbol" w:cs="Segoe UI Symbol"/>
          <w:b w:val="0"/>
          <w:bCs w:val="0"/>
          <w:color w:val="auto"/>
          <w:sz w:val="24"/>
          <w:szCs w:val="24"/>
          <w:lang w:val="en-GB"/>
        </w:rPr>
        <w:t>☐</w:t>
      </w:r>
      <w:r w:rsidRPr="00202922">
        <w:rPr>
          <w:rFonts w:ascii="Arial" w:hAnsi="Arial" w:cs="Arial"/>
          <w:b w:val="0"/>
          <w:bCs w:val="0"/>
          <w:color w:val="auto"/>
          <w:sz w:val="24"/>
          <w:szCs w:val="24"/>
          <w:lang w:val="en-GB"/>
        </w:rPr>
        <w:t xml:space="preserve"> Yes</w:t>
      </w:r>
    </w:p>
    <w:p w14:paraId="788BE7BE" w14:textId="77777777" w:rsidR="00202922" w:rsidRPr="00202922" w:rsidRDefault="00202922" w:rsidP="00202922">
      <w:pPr>
        <w:pStyle w:val="Heading1"/>
        <w:spacing w:before="0"/>
        <w:rPr>
          <w:rFonts w:ascii="Arial" w:hAnsi="Arial" w:cs="Arial"/>
          <w:b w:val="0"/>
          <w:bCs w:val="0"/>
          <w:color w:val="auto"/>
          <w:sz w:val="24"/>
          <w:szCs w:val="24"/>
          <w:lang w:val="en-GB"/>
        </w:rPr>
      </w:pPr>
      <w:r w:rsidRPr="00202922">
        <w:rPr>
          <w:rFonts w:ascii="Segoe UI Symbol" w:hAnsi="Segoe UI Symbol" w:cs="Segoe UI Symbol"/>
          <w:b w:val="0"/>
          <w:bCs w:val="0"/>
          <w:color w:val="auto"/>
          <w:sz w:val="24"/>
          <w:szCs w:val="24"/>
          <w:lang w:val="en-GB"/>
        </w:rPr>
        <w:t>☐</w:t>
      </w:r>
      <w:r w:rsidRPr="00202922">
        <w:rPr>
          <w:rFonts w:ascii="Arial" w:hAnsi="Arial" w:cs="Arial"/>
          <w:b w:val="0"/>
          <w:bCs w:val="0"/>
          <w:color w:val="auto"/>
          <w:sz w:val="24"/>
          <w:szCs w:val="24"/>
          <w:lang w:val="en-GB"/>
        </w:rPr>
        <w:t xml:space="preserve"> No</w:t>
      </w:r>
    </w:p>
    <w:p w14:paraId="2A466C05" w14:textId="77777777" w:rsidR="00202922" w:rsidRPr="00202922" w:rsidRDefault="00202922" w:rsidP="00202922">
      <w:pPr>
        <w:pStyle w:val="Heading1"/>
        <w:spacing w:before="0"/>
        <w:rPr>
          <w:rFonts w:ascii="Arial" w:hAnsi="Arial" w:cs="Arial"/>
          <w:b w:val="0"/>
          <w:bCs w:val="0"/>
          <w:color w:val="auto"/>
          <w:sz w:val="24"/>
          <w:szCs w:val="24"/>
          <w:lang w:val="en-GB"/>
        </w:rPr>
      </w:pPr>
      <w:r w:rsidRPr="00202922">
        <w:rPr>
          <w:rFonts w:ascii="Arial" w:hAnsi="Arial" w:cs="Arial"/>
          <w:b w:val="0"/>
          <w:bCs w:val="0"/>
          <w:color w:val="auto"/>
          <w:sz w:val="24"/>
          <w:szCs w:val="24"/>
          <w:lang w:val="en-GB"/>
        </w:rPr>
        <w:t>If yes, please provide details.</w:t>
      </w:r>
    </w:p>
    <w:p w14:paraId="305C2157" w14:textId="6AAAC95D" w:rsidR="002816BD" w:rsidRPr="00202922" w:rsidRDefault="39183E7B" w:rsidP="00202922">
      <w:pPr>
        <w:pStyle w:val="Heading1"/>
        <w:rPr>
          <w:rFonts w:cs="Arial"/>
          <w:b w:val="0"/>
          <w:bCs w:val="0"/>
          <w:sz w:val="24"/>
          <w:szCs w:val="24"/>
        </w:rPr>
      </w:pPr>
      <w:r w:rsidRPr="00202922">
        <w:rPr>
          <w:rFonts w:ascii="Arial" w:eastAsia="Arial" w:hAnsi="Arial" w:cs="Arial"/>
          <w:b w:val="0"/>
          <w:bCs w:val="0"/>
          <w:color w:val="auto"/>
          <w:sz w:val="24"/>
          <w:szCs w:val="24"/>
        </w:rPr>
        <w:t>_______________________________________________________________________________________________</w:t>
      </w:r>
    </w:p>
    <w:p w14:paraId="29D093A7"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6BA79337"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450E426F" w14:textId="77777777" w:rsidR="009067B9" w:rsidRDefault="009067B9" w:rsidP="39183E7B">
      <w:pPr>
        <w:pStyle w:val="Heading1"/>
        <w:rPr>
          <w:rFonts w:ascii="Arial" w:eastAsia="Arial" w:hAnsi="Arial" w:cs="Arial"/>
          <w:color w:val="auto"/>
          <w:sz w:val="24"/>
          <w:szCs w:val="24"/>
        </w:rPr>
      </w:pPr>
    </w:p>
    <w:p w14:paraId="79A98962" w14:textId="637CC7EA" w:rsidR="002816BD" w:rsidRDefault="39183E7B" w:rsidP="39183E7B">
      <w:pPr>
        <w:pStyle w:val="Heading1"/>
        <w:rPr>
          <w:rFonts w:ascii="Arial" w:eastAsia="Arial" w:hAnsi="Arial" w:cs="Arial"/>
          <w:color w:val="auto"/>
          <w:sz w:val="24"/>
          <w:szCs w:val="24"/>
        </w:rPr>
      </w:pPr>
      <w:r w:rsidRPr="39183E7B">
        <w:rPr>
          <w:rFonts w:ascii="Arial" w:eastAsia="Arial" w:hAnsi="Arial" w:cs="Arial"/>
          <w:color w:val="auto"/>
          <w:sz w:val="24"/>
          <w:szCs w:val="24"/>
        </w:rPr>
        <w:t>10. Disability and Reasonable Adjustments</w:t>
      </w:r>
    </w:p>
    <w:p w14:paraId="305F1A58" w14:textId="77777777" w:rsidR="002816BD" w:rsidRDefault="39183E7B" w:rsidP="39183E7B">
      <w:pPr>
        <w:rPr>
          <w:rFonts w:cs="Arial"/>
          <w:sz w:val="24"/>
          <w:szCs w:val="24"/>
        </w:rPr>
      </w:pPr>
      <w:r w:rsidRPr="39183E7B">
        <w:rPr>
          <w:rFonts w:cs="Arial"/>
          <w:sz w:val="24"/>
          <w:szCs w:val="24"/>
        </w:rPr>
        <w:t>Do you require any reasonable adjustments during the recruitment process? ☐ Yes ☐ No</w:t>
      </w:r>
    </w:p>
    <w:p w14:paraId="40F09ACA" w14:textId="77777777" w:rsidR="002816BD" w:rsidRDefault="39183E7B" w:rsidP="39183E7B">
      <w:pPr>
        <w:rPr>
          <w:rFonts w:cs="Arial"/>
          <w:sz w:val="24"/>
          <w:szCs w:val="24"/>
        </w:rPr>
      </w:pPr>
      <w:r w:rsidRPr="39183E7B">
        <w:rPr>
          <w:rFonts w:cs="Arial"/>
          <w:sz w:val="24"/>
          <w:szCs w:val="24"/>
        </w:rPr>
        <w:t>If yes, please describe:</w:t>
      </w:r>
    </w:p>
    <w:p w14:paraId="7FFEAD01"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12FD5521" w14:textId="77777777" w:rsidR="002816BD" w:rsidRDefault="39183E7B" w:rsidP="39183E7B">
      <w:pPr>
        <w:rPr>
          <w:rFonts w:cs="Arial"/>
          <w:sz w:val="24"/>
          <w:szCs w:val="24"/>
        </w:rPr>
      </w:pPr>
      <w:r w:rsidRPr="39183E7B">
        <w:rPr>
          <w:rFonts w:cs="Arial"/>
          <w:sz w:val="24"/>
          <w:szCs w:val="24"/>
        </w:rPr>
        <w:t>_______________________________________________________________________________________________</w:t>
      </w:r>
    </w:p>
    <w:p w14:paraId="127B5195" w14:textId="77777777" w:rsidR="009067B9" w:rsidRPr="009067B9" w:rsidRDefault="009067B9" w:rsidP="009067B9">
      <w:pPr>
        <w:pStyle w:val="Heading1"/>
        <w:spacing w:before="0"/>
        <w:rPr>
          <w:rFonts w:ascii="Arial" w:hAnsi="Arial" w:cs="Arial"/>
          <w:color w:val="auto"/>
          <w:sz w:val="24"/>
          <w:szCs w:val="24"/>
          <w:lang w:val="en-GB"/>
        </w:rPr>
      </w:pPr>
      <w:r w:rsidRPr="009067B9">
        <w:rPr>
          <w:rFonts w:ascii="Arial" w:hAnsi="Arial" w:cs="Arial"/>
          <w:color w:val="auto"/>
          <w:sz w:val="24"/>
          <w:szCs w:val="24"/>
          <w:lang w:val="en-GB"/>
        </w:rPr>
        <w:t>Relationship Declaration</w:t>
      </w:r>
    </w:p>
    <w:p w14:paraId="1FF58850" w14:textId="77777777" w:rsidR="009067B9" w:rsidRDefault="009067B9" w:rsidP="009067B9">
      <w:pPr>
        <w:pStyle w:val="Heading1"/>
        <w:spacing w:before="0"/>
        <w:rPr>
          <w:rFonts w:ascii="Arial" w:hAnsi="Arial" w:cs="Arial"/>
          <w:b w:val="0"/>
          <w:bCs w:val="0"/>
          <w:color w:val="auto"/>
          <w:sz w:val="24"/>
          <w:szCs w:val="24"/>
          <w:lang w:val="en-GB"/>
        </w:rPr>
      </w:pPr>
      <w:r w:rsidRPr="009067B9">
        <w:rPr>
          <w:rFonts w:ascii="Arial" w:hAnsi="Arial" w:cs="Arial"/>
          <w:b w:val="0"/>
          <w:bCs w:val="0"/>
          <w:color w:val="auto"/>
          <w:sz w:val="24"/>
          <w:szCs w:val="24"/>
          <w:lang w:val="en-GB"/>
        </w:rPr>
        <w:t>Are you related to or do you have a close personal relationship with:</w:t>
      </w:r>
    </w:p>
    <w:p w14:paraId="0494A479" w14:textId="77777777" w:rsidR="009067B9" w:rsidRPr="009067B9" w:rsidRDefault="009067B9" w:rsidP="009067B9">
      <w:pPr>
        <w:rPr>
          <w:lang w:val="en-GB"/>
        </w:rPr>
      </w:pPr>
    </w:p>
    <w:p w14:paraId="297B2DF8" w14:textId="77777777" w:rsidR="009067B9" w:rsidRPr="009067B9" w:rsidRDefault="009067B9" w:rsidP="009067B9">
      <w:pPr>
        <w:pStyle w:val="Heading1"/>
        <w:numPr>
          <w:ilvl w:val="0"/>
          <w:numId w:val="22"/>
        </w:numPr>
        <w:spacing w:before="0"/>
        <w:rPr>
          <w:rFonts w:ascii="Arial" w:hAnsi="Arial" w:cs="Arial"/>
          <w:b w:val="0"/>
          <w:bCs w:val="0"/>
          <w:color w:val="auto"/>
          <w:sz w:val="24"/>
          <w:szCs w:val="24"/>
          <w:lang w:val="en-GB"/>
        </w:rPr>
      </w:pPr>
      <w:r w:rsidRPr="009067B9">
        <w:rPr>
          <w:rFonts w:ascii="Arial" w:hAnsi="Arial" w:cs="Arial"/>
          <w:b w:val="0"/>
          <w:bCs w:val="0"/>
          <w:color w:val="auto"/>
          <w:sz w:val="24"/>
          <w:szCs w:val="24"/>
          <w:lang w:val="en-GB"/>
        </w:rPr>
        <w:t>A Director?</w:t>
      </w:r>
    </w:p>
    <w:p w14:paraId="759F52D1" w14:textId="77777777" w:rsidR="009067B9" w:rsidRPr="009067B9" w:rsidRDefault="009067B9" w:rsidP="009067B9">
      <w:pPr>
        <w:pStyle w:val="Heading1"/>
        <w:numPr>
          <w:ilvl w:val="0"/>
          <w:numId w:val="22"/>
        </w:numPr>
        <w:spacing w:before="0"/>
        <w:rPr>
          <w:rFonts w:ascii="Arial" w:hAnsi="Arial" w:cs="Arial"/>
          <w:b w:val="0"/>
          <w:bCs w:val="0"/>
          <w:color w:val="auto"/>
          <w:sz w:val="24"/>
          <w:szCs w:val="24"/>
          <w:lang w:val="en-GB"/>
        </w:rPr>
      </w:pPr>
      <w:r w:rsidRPr="009067B9">
        <w:rPr>
          <w:rFonts w:ascii="Arial" w:hAnsi="Arial" w:cs="Arial"/>
          <w:b w:val="0"/>
          <w:bCs w:val="0"/>
          <w:color w:val="auto"/>
          <w:sz w:val="24"/>
          <w:szCs w:val="24"/>
          <w:lang w:val="en-GB"/>
        </w:rPr>
        <w:t>Governor?</w:t>
      </w:r>
    </w:p>
    <w:p w14:paraId="7C38FFF4" w14:textId="77777777" w:rsidR="009067B9" w:rsidRPr="009067B9" w:rsidRDefault="009067B9" w:rsidP="009067B9">
      <w:pPr>
        <w:pStyle w:val="Heading1"/>
        <w:numPr>
          <w:ilvl w:val="0"/>
          <w:numId w:val="22"/>
        </w:numPr>
        <w:spacing w:before="0"/>
        <w:rPr>
          <w:rFonts w:ascii="Arial" w:hAnsi="Arial" w:cs="Arial"/>
          <w:b w:val="0"/>
          <w:bCs w:val="0"/>
          <w:color w:val="auto"/>
          <w:sz w:val="24"/>
          <w:szCs w:val="24"/>
          <w:lang w:val="en-GB"/>
        </w:rPr>
      </w:pPr>
      <w:r w:rsidRPr="009067B9">
        <w:rPr>
          <w:rFonts w:ascii="Arial" w:hAnsi="Arial" w:cs="Arial"/>
          <w:b w:val="0"/>
          <w:bCs w:val="0"/>
          <w:color w:val="auto"/>
          <w:sz w:val="24"/>
          <w:szCs w:val="24"/>
          <w:lang w:val="en-GB"/>
        </w:rPr>
        <w:t>Senior Leader?</w:t>
      </w:r>
    </w:p>
    <w:p w14:paraId="31C0205D" w14:textId="77777777" w:rsidR="009067B9" w:rsidRDefault="009067B9" w:rsidP="009067B9">
      <w:pPr>
        <w:pStyle w:val="Heading1"/>
        <w:numPr>
          <w:ilvl w:val="0"/>
          <w:numId w:val="22"/>
        </w:numPr>
        <w:spacing w:before="0"/>
        <w:rPr>
          <w:rFonts w:ascii="Arial" w:hAnsi="Arial" w:cs="Arial"/>
          <w:b w:val="0"/>
          <w:bCs w:val="0"/>
          <w:color w:val="auto"/>
          <w:sz w:val="24"/>
          <w:szCs w:val="24"/>
          <w:lang w:val="en-GB"/>
        </w:rPr>
      </w:pPr>
      <w:r w:rsidRPr="009067B9">
        <w:rPr>
          <w:rFonts w:ascii="Arial" w:hAnsi="Arial" w:cs="Arial"/>
          <w:b w:val="0"/>
          <w:bCs w:val="0"/>
          <w:color w:val="auto"/>
          <w:sz w:val="24"/>
          <w:szCs w:val="24"/>
          <w:lang w:val="en-GB"/>
        </w:rPr>
        <w:t>Employee of Blackpool Skills Academy?</w:t>
      </w:r>
    </w:p>
    <w:p w14:paraId="398F8651" w14:textId="77777777" w:rsidR="009067B9" w:rsidRPr="009067B9" w:rsidRDefault="009067B9" w:rsidP="009067B9">
      <w:pPr>
        <w:rPr>
          <w:lang w:val="en-GB"/>
        </w:rPr>
      </w:pPr>
    </w:p>
    <w:p w14:paraId="32A658D7" w14:textId="77777777" w:rsidR="009067B9" w:rsidRPr="009067B9" w:rsidRDefault="009067B9" w:rsidP="009067B9">
      <w:pPr>
        <w:pStyle w:val="Heading1"/>
        <w:spacing w:before="0"/>
        <w:rPr>
          <w:rFonts w:ascii="Arial" w:hAnsi="Arial" w:cs="Arial"/>
          <w:b w:val="0"/>
          <w:bCs w:val="0"/>
          <w:color w:val="auto"/>
          <w:sz w:val="24"/>
          <w:szCs w:val="24"/>
          <w:lang w:val="en-GB"/>
        </w:rPr>
      </w:pPr>
      <w:r w:rsidRPr="009067B9">
        <w:rPr>
          <w:rFonts w:ascii="Segoe UI Symbol" w:hAnsi="Segoe UI Symbol" w:cs="Segoe UI Symbol"/>
          <w:b w:val="0"/>
          <w:bCs w:val="0"/>
          <w:color w:val="auto"/>
          <w:sz w:val="24"/>
          <w:szCs w:val="24"/>
          <w:lang w:val="en-GB"/>
        </w:rPr>
        <w:t>☐</w:t>
      </w:r>
      <w:r w:rsidRPr="009067B9">
        <w:rPr>
          <w:rFonts w:ascii="Arial" w:hAnsi="Arial" w:cs="Arial"/>
          <w:b w:val="0"/>
          <w:bCs w:val="0"/>
          <w:color w:val="auto"/>
          <w:sz w:val="24"/>
          <w:szCs w:val="24"/>
          <w:lang w:val="en-GB"/>
        </w:rPr>
        <w:t xml:space="preserve"> Yes</w:t>
      </w:r>
    </w:p>
    <w:p w14:paraId="32AB0DC4" w14:textId="77777777" w:rsidR="009067B9" w:rsidRPr="009067B9" w:rsidRDefault="009067B9" w:rsidP="009067B9">
      <w:pPr>
        <w:pStyle w:val="Heading1"/>
        <w:spacing w:before="0"/>
        <w:rPr>
          <w:rFonts w:ascii="Arial" w:hAnsi="Arial" w:cs="Arial"/>
          <w:b w:val="0"/>
          <w:bCs w:val="0"/>
          <w:color w:val="auto"/>
          <w:sz w:val="24"/>
          <w:szCs w:val="24"/>
          <w:lang w:val="en-GB"/>
        </w:rPr>
      </w:pPr>
      <w:r w:rsidRPr="009067B9">
        <w:rPr>
          <w:rFonts w:ascii="Segoe UI Symbol" w:hAnsi="Segoe UI Symbol" w:cs="Segoe UI Symbol"/>
          <w:b w:val="0"/>
          <w:bCs w:val="0"/>
          <w:color w:val="auto"/>
          <w:sz w:val="24"/>
          <w:szCs w:val="24"/>
          <w:lang w:val="en-GB"/>
        </w:rPr>
        <w:t>☐</w:t>
      </w:r>
      <w:r w:rsidRPr="009067B9">
        <w:rPr>
          <w:rFonts w:ascii="Arial" w:hAnsi="Arial" w:cs="Arial"/>
          <w:b w:val="0"/>
          <w:bCs w:val="0"/>
          <w:color w:val="auto"/>
          <w:sz w:val="24"/>
          <w:szCs w:val="24"/>
          <w:lang w:val="en-GB"/>
        </w:rPr>
        <w:t xml:space="preserve"> No</w:t>
      </w:r>
    </w:p>
    <w:p w14:paraId="673BF3FD" w14:textId="77777777" w:rsidR="009067B9" w:rsidRPr="009067B9" w:rsidRDefault="009067B9" w:rsidP="009067B9">
      <w:pPr>
        <w:pStyle w:val="Heading1"/>
        <w:spacing w:before="0"/>
        <w:rPr>
          <w:rFonts w:ascii="Arial" w:hAnsi="Arial" w:cs="Arial"/>
          <w:b w:val="0"/>
          <w:bCs w:val="0"/>
          <w:color w:val="auto"/>
          <w:sz w:val="24"/>
          <w:szCs w:val="24"/>
          <w:lang w:val="en-GB"/>
        </w:rPr>
      </w:pPr>
      <w:r w:rsidRPr="009067B9">
        <w:rPr>
          <w:rFonts w:ascii="Arial" w:hAnsi="Arial" w:cs="Arial"/>
          <w:b w:val="0"/>
          <w:bCs w:val="0"/>
          <w:color w:val="auto"/>
          <w:sz w:val="24"/>
          <w:szCs w:val="24"/>
          <w:lang w:val="en-GB"/>
        </w:rPr>
        <w:t>If yes, provide details.</w:t>
      </w:r>
    </w:p>
    <w:p w14:paraId="2D156450" w14:textId="77777777" w:rsidR="009067B9" w:rsidRDefault="009067B9" w:rsidP="009067B9">
      <w:pPr>
        <w:rPr>
          <w:rFonts w:cs="Arial"/>
          <w:sz w:val="24"/>
          <w:szCs w:val="24"/>
        </w:rPr>
      </w:pPr>
      <w:r w:rsidRPr="39183E7B">
        <w:rPr>
          <w:rFonts w:cs="Arial"/>
          <w:sz w:val="24"/>
          <w:szCs w:val="24"/>
        </w:rPr>
        <w:t>_______________________________________________________________________________________________</w:t>
      </w:r>
    </w:p>
    <w:p w14:paraId="53DA86E2" w14:textId="6C2935EA" w:rsidR="009067B9" w:rsidRDefault="009067B9" w:rsidP="009067B9">
      <w:pPr>
        <w:rPr>
          <w:rFonts w:cs="Arial"/>
          <w:sz w:val="24"/>
          <w:szCs w:val="24"/>
        </w:rPr>
      </w:pPr>
      <w:r w:rsidRPr="39183E7B">
        <w:rPr>
          <w:rFonts w:cs="Arial"/>
          <w:sz w:val="24"/>
          <w:szCs w:val="24"/>
        </w:rPr>
        <w:t>_______________________________________________________________________________________________</w:t>
      </w:r>
    </w:p>
    <w:p w14:paraId="1083E252" w14:textId="4F1781C7" w:rsidR="002816BD" w:rsidRDefault="39183E7B" w:rsidP="39183E7B">
      <w:pPr>
        <w:pStyle w:val="Heading1"/>
        <w:rPr>
          <w:rFonts w:ascii="Arial" w:eastAsia="Arial" w:hAnsi="Arial" w:cs="Arial"/>
          <w:color w:val="auto"/>
          <w:sz w:val="24"/>
          <w:szCs w:val="24"/>
        </w:rPr>
      </w:pPr>
      <w:r w:rsidRPr="39183E7B">
        <w:rPr>
          <w:rFonts w:ascii="Arial" w:eastAsia="Arial" w:hAnsi="Arial" w:cs="Arial"/>
          <w:color w:val="auto"/>
          <w:sz w:val="24"/>
          <w:szCs w:val="24"/>
        </w:rPr>
        <w:t>11. Declaration</w:t>
      </w:r>
    </w:p>
    <w:p w14:paraId="13A2F4BC" w14:textId="77777777" w:rsidR="002816BD" w:rsidRDefault="39183E7B" w:rsidP="39183E7B">
      <w:pPr>
        <w:rPr>
          <w:rFonts w:cs="Arial"/>
          <w:sz w:val="24"/>
          <w:szCs w:val="24"/>
        </w:rPr>
      </w:pPr>
      <w:r w:rsidRPr="39183E7B">
        <w:rPr>
          <w:rFonts w:cs="Arial"/>
          <w:sz w:val="24"/>
          <w:szCs w:val="24"/>
        </w:rPr>
        <w:t>I declare that the information contained within this application is true and complete. I understand that providing false or misleading information may lead to withdrawal of an offer of employment or dismissal.</w:t>
      </w:r>
    </w:p>
    <w:p w14:paraId="0D01B249" w14:textId="77777777" w:rsidR="00924399" w:rsidRPr="00924399" w:rsidRDefault="00924399" w:rsidP="00924399">
      <w:pPr>
        <w:rPr>
          <w:rFonts w:cs="Arial"/>
          <w:sz w:val="24"/>
          <w:szCs w:val="24"/>
          <w:lang w:val="en-GB"/>
        </w:rPr>
      </w:pPr>
      <w:r w:rsidRPr="00924399">
        <w:rPr>
          <w:rFonts w:cs="Arial"/>
          <w:sz w:val="24"/>
          <w:szCs w:val="24"/>
          <w:lang w:val="en-GB"/>
        </w:rPr>
        <w:t>I understand that any offer of employment is subject to satisfactory safer recruitment checks.</w:t>
      </w:r>
    </w:p>
    <w:p w14:paraId="09F6973C" w14:textId="77777777" w:rsidR="00924399" w:rsidRDefault="00924399" w:rsidP="39183E7B">
      <w:pPr>
        <w:rPr>
          <w:rFonts w:cs="Arial"/>
          <w:sz w:val="24"/>
          <w:szCs w:val="24"/>
        </w:rPr>
      </w:pPr>
    </w:p>
    <w:p w14:paraId="414198AF" w14:textId="77777777" w:rsidR="002816BD" w:rsidRDefault="39183E7B" w:rsidP="39183E7B">
      <w:pPr>
        <w:rPr>
          <w:rFonts w:cs="Arial"/>
          <w:sz w:val="24"/>
          <w:szCs w:val="24"/>
        </w:rPr>
      </w:pPr>
      <w:r w:rsidRPr="39183E7B">
        <w:rPr>
          <w:rFonts w:cs="Arial"/>
          <w:sz w:val="24"/>
          <w:szCs w:val="24"/>
        </w:rPr>
        <w:lastRenderedPageBreak/>
        <w:t>Applicant Name: _________________________________________________</w:t>
      </w:r>
    </w:p>
    <w:p w14:paraId="6CD39A1D" w14:textId="77777777" w:rsidR="002816BD" w:rsidRDefault="39183E7B" w:rsidP="39183E7B">
      <w:pPr>
        <w:rPr>
          <w:rFonts w:cs="Arial"/>
          <w:sz w:val="24"/>
          <w:szCs w:val="24"/>
        </w:rPr>
      </w:pPr>
      <w:r w:rsidRPr="39183E7B">
        <w:rPr>
          <w:rFonts w:cs="Arial"/>
          <w:sz w:val="24"/>
          <w:szCs w:val="24"/>
        </w:rPr>
        <w:t>Signature: _________________________________________________</w:t>
      </w:r>
    </w:p>
    <w:p w14:paraId="00043BE7" w14:textId="77777777" w:rsidR="002816BD" w:rsidRDefault="39183E7B" w:rsidP="39183E7B">
      <w:pPr>
        <w:rPr>
          <w:rFonts w:cs="Arial"/>
          <w:sz w:val="24"/>
          <w:szCs w:val="24"/>
        </w:rPr>
      </w:pPr>
      <w:r w:rsidRPr="39183E7B">
        <w:rPr>
          <w:rFonts w:cs="Arial"/>
          <w:sz w:val="24"/>
          <w:szCs w:val="24"/>
        </w:rPr>
        <w:t>Date: _________________________________________________</w:t>
      </w:r>
    </w:p>
    <w:p w14:paraId="4293650D" w14:textId="77777777" w:rsidR="002816BD" w:rsidRDefault="39183E7B" w:rsidP="39183E7B">
      <w:pPr>
        <w:pStyle w:val="Heading1"/>
        <w:rPr>
          <w:rFonts w:ascii="Arial" w:eastAsia="Arial" w:hAnsi="Arial" w:cs="Arial"/>
          <w:color w:val="auto"/>
          <w:sz w:val="24"/>
          <w:szCs w:val="24"/>
        </w:rPr>
      </w:pPr>
      <w:r w:rsidRPr="39183E7B">
        <w:rPr>
          <w:rFonts w:ascii="Arial" w:eastAsia="Arial" w:hAnsi="Arial" w:cs="Arial"/>
          <w:color w:val="auto"/>
          <w:sz w:val="24"/>
          <w:szCs w:val="24"/>
        </w:rPr>
        <w:t>Privacy Notice</w:t>
      </w:r>
    </w:p>
    <w:p w14:paraId="347852D7" w14:textId="77777777" w:rsidR="002816BD" w:rsidRDefault="39183E7B" w:rsidP="39183E7B">
      <w:pPr>
        <w:rPr>
          <w:rFonts w:cs="Arial"/>
          <w:sz w:val="24"/>
          <w:szCs w:val="24"/>
        </w:rPr>
      </w:pPr>
      <w:r w:rsidRPr="39183E7B">
        <w:rPr>
          <w:rFonts w:cs="Arial"/>
          <w:sz w:val="24"/>
          <w:szCs w:val="24"/>
        </w:rPr>
        <w:t>Personal information will be processed for recruitment purposes in accordance with UK data protection legislation and the Academy's Recruitment Privacy Notice.</w:t>
      </w:r>
    </w:p>
    <w:sectPr w:rsidR="002816BD" w:rsidSect="00034616">
      <w:headerReference w:type="default" r:id="rId11"/>
      <w:headerReference w:type="first" r:id="rId12"/>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92209" w14:textId="77777777" w:rsidR="00DF472A" w:rsidRDefault="00DF472A">
      <w:pPr>
        <w:spacing w:after="0" w:line="240" w:lineRule="auto"/>
      </w:pPr>
      <w:r>
        <w:separator/>
      </w:r>
    </w:p>
  </w:endnote>
  <w:endnote w:type="continuationSeparator" w:id="0">
    <w:p w14:paraId="0B2CD749" w14:textId="77777777" w:rsidR="00DF472A" w:rsidRDefault="00DF4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0239D" w14:textId="77777777" w:rsidR="00DF472A" w:rsidRDefault="00DF472A">
      <w:pPr>
        <w:spacing w:after="0" w:line="240" w:lineRule="auto"/>
      </w:pPr>
      <w:r>
        <w:separator/>
      </w:r>
    </w:p>
  </w:footnote>
  <w:footnote w:type="continuationSeparator" w:id="0">
    <w:p w14:paraId="2925B5D4" w14:textId="77777777" w:rsidR="00DF472A" w:rsidRDefault="00DF4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63C0F" w14:textId="2C46D3D6" w:rsidR="39183E7B" w:rsidRDefault="39183E7B" w:rsidP="39183E7B">
    <w:pPr>
      <w:pStyle w:val="Header"/>
    </w:pPr>
  </w:p>
  <w:p w14:paraId="36A11E5C" w14:textId="23C6FF28" w:rsidR="5779169F" w:rsidRDefault="5779169F" w:rsidP="577916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E0CE" w14:textId="78C3E99E" w:rsidR="39183E7B" w:rsidRDefault="39183E7B" w:rsidP="39183E7B">
    <w:pPr>
      <w:pStyle w:val="Header"/>
      <w:jc w:val="center"/>
    </w:pPr>
    <w:r>
      <w:rPr>
        <w:noProof/>
      </w:rPr>
      <w:drawing>
        <wp:inline distT="0" distB="0" distL="0" distR="0" wp14:anchorId="5D393486" wp14:editId="790A1BA5">
          <wp:extent cx="3428571" cy="1432560"/>
          <wp:effectExtent l="0" t="0" r="0" b="0"/>
          <wp:docPr id="2900106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10600" name="Picture 290010600"/>
                  <pic:cNvPicPr/>
                </pic:nvPicPr>
                <pic:blipFill>
                  <a:blip r:embed="rId1">
                    <a:extLst>
                      <a:ext uri="{28A0092B-C50C-407E-A947-70E740481C1C}">
                        <a14:useLocalDpi xmlns:a14="http://schemas.microsoft.com/office/drawing/2010/main"/>
                      </a:ext>
                    </a:extLst>
                  </a:blip>
                  <a:srcRect t="28412" b="29805"/>
                  <a:stretch>
                    <a:fillRect/>
                  </a:stretch>
                </pic:blipFill>
                <pic:spPr>
                  <a:xfrm>
                    <a:off x="0" y="0"/>
                    <a:ext cx="3428571" cy="14325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E5C4F3"/>
    <w:multiLevelType w:val="hybridMultilevel"/>
    <w:tmpl w:val="0B68F366"/>
    <w:lvl w:ilvl="0" w:tplc="33300D1A">
      <w:start w:val="1"/>
      <w:numFmt w:val="bullet"/>
      <w:lvlText w:val=""/>
      <w:lvlJc w:val="left"/>
      <w:pPr>
        <w:ind w:left="720" w:hanging="360"/>
      </w:pPr>
      <w:rPr>
        <w:rFonts w:ascii="Symbol" w:hAnsi="Symbol" w:hint="default"/>
      </w:rPr>
    </w:lvl>
    <w:lvl w:ilvl="1" w:tplc="12AA4334">
      <w:start w:val="1"/>
      <w:numFmt w:val="bullet"/>
      <w:lvlText w:val="o"/>
      <w:lvlJc w:val="left"/>
      <w:pPr>
        <w:ind w:left="1440" w:hanging="360"/>
      </w:pPr>
      <w:rPr>
        <w:rFonts w:ascii="Courier New" w:hAnsi="Courier New" w:hint="default"/>
      </w:rPr>
    </w:lvl>
    <w:lvl w:ilvl="2" w:tplc="89004582">
      <w:start w:val="1"/>
      <w:numFmt w:val="bullet"/>
      <w:lvlText w:val=""/>
      <w:lvlJc w:val="left"/>
      <w:pPr>
        <w:ind w:left="2160" w:hanging="360"/>
      </w:pPr>
      <w:rPr>
        <w:rFonts w:ascii="Wingdings" w:hAnsi="Wingdings" w:hint="default"/>
      </w:rPr>
    </w:lvl>
    <w:lvl w:ilvl="3" w:tplc="1A326052">
      <w:start w:val="1"/>
      <w:numFmt w:val="bullet"/>
      <w:lvlText w:val=""/>
      <w:lvlJc w:val="left"/>
      <w:pPr>
        <w:ind w:left="2880" w:hanging="360"/>
      </w:pPr>
      <w:rPr>
        <w:rFonts w:ascii="Symbol" w:hAnsi="Symbol" w:hint="default"/>
      </w:rPr>
    </w:lvl>
    <w:lvl w:ilvl="4" w:tplc="B912693E">
      <w:start w:val="1"/>
      <w:numFmt w:val="bullet"/>
      <w:lvlText w:val="o"/>
      <w:lvlJc w:val="left"/>
      <w:pPr>
        <w:ind w:left="3600" w:hanging="360"/>
      </w:pPr>
      <w:rPr>
        <w:rFonts w:ascii="Courier New" w:hAnsi="Courier New" w:hint="default"/>
      </w:rPr>
    </w:lvl>
    <w:lvl w:ilvl="5" w:tplc="CFDCBD8A">
      <w:start w:val="1"/>
      <w:numFmt w:val="bullet"/>
      <w:lvlText w:val=""/>
      <w:lvlJc w:val="left"/>
      <w:pPr>
        <w:ind w:left="4320" w:hanging="360"/>
      </w:pPr>
      <w:rPr>
        <w:rFonts w:ascii="Wingdings" w:hAnsi="Wingdings" w:hint="default"/>
      </w:rPr>
    </w:lvl>
    <w:lvl w:ilvl="6" w:tplc="FA9E3548">
      <w:start w:val="1"/>
      <w:numFmt w:val="bullet"/>
      <w:lvlText w:val=""/>
      <w:lvlJc w:val="left"/>
      <w:pPr>
        <w:ind w:left="5040" w:hanging="360"/>
      </w:pPr>
      <w:rPr>
        <w:rFonts w:ascii="Symbol" w:hAnsi="Symbol" w:hint="default"/>
      </w:rPr>
    </w:lvl>
    <w:lvl w:ilvl="7" w:tplc="6400D324">
      <w:start w:val="1"/>
      <w:numFmt w:val="bullet"/>
      <w:lvlText w:val="o"/>
      <w:lvlJc w:val="left"/>
      <w:pPr>
        <w:ind w:left="5760" w:hanging="360"/>
      </w:pPr>
      <w:rPr>
        <w:rFonts w:ascii="Courier New" w:hAnsi="Courier New" w:hint="default"/>
      </w:rPr>
    </w:lvl>
    <w:lvl w:ilvl="8" w:tplc="B2D65B32">
      <w:start w:val="1"/>
      <w:numFmt w:val="bullet"/>
      <w:lvlText w:val=""/>
      <w:lvlJc w:val="left"/>
      <w:pPr>
        <w:ind w:left="6480" w:hanging="360"/>
      </w:pPr>
      <w:rPr>
        <w:rFonts w:ascii="Wingdings" w:hAnsi="Wingdings" w:hint="default"/>
      </w:rPr>
    </w:lvl>
  </w:abstractNum>
  <w:abstractNum w:abstractNumId="10" w15:restartNumberingAfterBreak="0">
    <w:nsid w:val="08CF6A12"/>
    <w:multiLevelType w:val="hybridMultilevel"/>
    <w:tmpl w:val="72627CD8"/>
    <w:lvl w:ilvl="0" w:tplc="E278AB86">
      <w:start w:val="1"/>
      <w:numFmt w:val="bullet"/>
      <w:lvlText w:val=""/>
      <w:lvlJc w:val="left"/>
      <w:pPr>
        <w:ind w:left="720" w:hanging="360"/>
      </w:pPr>
      <w:rPr>
        <w:rFonts w:ascii="Symbol" w:hAnsi="Symbol" w:hint="default"/>
      </w:rPr>
    </w:lvl>
    <w:lvl w:ilvl="1" w:tplc="E19262D0">
      <w:start w:val="1"/>
      <w:numFmt w:val="bullet"/>
      <w:lvlText w:val="o"/>
      <w:lvlJc w:val="left"/>
      <w:pPr>
        <w:ind w:left="1440" w:hanging="360"/>
      </w:pPr>
      <w:rPr>
        <w:rFonts w:ascii="Courier New" w:hAnsi="Courier New" w:hint="default"/>
      </w:rPr>
    </w:lvl>
    <w:lvl w:ilvl="2" w:tplc="590A31F8">
      <w:start w:val="1"/>
      <w:numFmt w:val="bullet"/>
      <w:lvlText w:val=""/>
      <w:lvlJc w:val="left"/>
      <w:pPr>
        <w:ind w:left="2160" w:hanging="360"/>
      </w:pPr>
      <w:rPr>
        <w:rFonts w:ascii="Wingdings" w:hAnsi="Wingdings" w:hint="default"/>
      </w:rPr>
    </w:lvl>
    <w:lvl w:ilvl="3" w:tplc="5DD8B93C">
      <w:start w:val="1"/>
      <w:numFmt w:val="bullet"/>
      <w:lvlText w:val=""/>
      <w:lvlJc w:val="left"/>
      <w:pPr>
        <w:ind w:left="2880" w:hanging="360"/>
      </w:pPr>
      <w:rPr>
        <w:rFonts w:ascii="Symbol" w:hAnsi="Symbol" w:hint="default"/>
      </w:rPr>
    </w:lvl>
    <w:lvl w:ilvl="4" w:tplc="DE1C6E04">
      <w:start w:val="1"/>
      <w:numFmt w:val="bullet"/>
      <w:lvlText w:val="o"/>
      <w:lvlJc w:val="left"/>
      <w:pPr>
        <w:ind w:left="3600" w:hanging="360"/>
      </w:pPr>
      <w:rPr>
        <w:rFonts w:ascii="Courier New" w:hAnsi="Courier New" w:hint="default"/>
      </w:rPr>
    </w:lvl>
    <w:lvl w:ilvl="5" w:tplc="06DEB7D4">
      <w:start w:val="1"/>
      <w:numFmt w:val="bullet"/>
      <w:lvlText w:val=""/>
      <w:lvlJc w:val="left"/>
      <w:pPr>
        <w:ind w:left="4320" w:hanging="360"/>
      </w:pPr>
      <w:rPr>
        <w:rFonts w:ascii="Wingdings" w:hAnsi="Wingdings" w:hint="default"/>
      </w:rPr>
    </w:lvl>
    <w:lvl w:ilvl="6" w:tplc="BF34D122">
      <w:start w:val="1"/>
      <w:numFmt w:val="bullet"/>
      <w:lvlText w:val=""/>
      <w:lvlJc w:val="left"/>
      <w:pPr>
        <w:ind w:left="5040" w:hanging="360"/>
      </w:pPr>
      <w:rPr>
        <w:rFonts w:ascii="Symbol" w:hAnsi="Symbol" w:hint="default"/>
      </w:rPr>
    </w:lvl>
    <w:lvl w:ilvl="7" w:tplc="99280148">
      <w:start w:val="1"/>
      <w:numFmt w:val="bullet"/>
      <w:lvlText w:val="o"/>
      <w:lvlJc w:val="left"/>
      <w:pPr>
        <w:ind w:left="5760" w:hanging="360"/>
      </w:pPr>
      <w:rPr>
        <w:rFonts w:ascii="Courier New" w:hAnsi="Courier New" w:hint="default"/>
      </w:rPr>
    </w:lvl>
    <w:lvl w:ilvl="8" w:tplc="72360492">
      <w:start w:val="1"/>
      <w:numFmt w:val="bullet"/>
      <w:lvlText w:val=""/>
      <w:lvlJc w:val="left"/>
      <w:pPr>
        <w:ind w:left="6480" w:hanging="360"/>
      </w:pPr>
      <w:rPr>
        <w:rFonts w:ascii="Wingdings" w:hAnsi="Wingdings" w:hint="default"/>
      </w:rPr>
    </w:lvl>
  </w:abstractNum>
  <w:abstractNum w:abstractNumId="11" w15:restartNumberingAfterBreak="0">
    <w:nsid w:val="0D0B46A6"/>
    <w:multiLevelType w:val="hybridMultilevel"/>
    <w:tmpl w:val="E8BE73DC"/>
    <w:lvl w:ilvl="0" w:tplc="5456DEC8">
      <w:start w:val="1"/>
      <w:numFmt w:val="bullet"/>
      <w:lvlText w:val=""/>
      <w:lvlJc w:val="left"/>
      <w:pPr>
        <w:ind w:left="720" w:hanging="360"/>
      </w:pPr>
      <w:rPr>
        <w:rFonts w:ascii="Symbol" w:hAnsi="Symbol" w:hint="default"/>
      </w:rPr>
    </w:lvl>
    <w:lvl w:ilvl="1" w:tplc="47AAD826">
      <w:start w:val="1"/>
      <w:numFmt w:val="bullet"/>
      <w:lvlText w:val="o"/>
      <w:lvlJc w:val="left"/>
      <w:pPr>
        <w:ind w:left="1440" w:hanging="360"/>
      </w:pPr>
      <w:rPr>
        <w:rFonts w:ascii="Courier New" w:hAnsi="Courier New" w:hint="default"/>
      </w:rPr>
    </w:lvl>
    <w:lvl w:ilvl="2" w:tplc="EBF0E0E0">
      <w:start w:val="1"/>
      <w:numFmt w:val="bullet"/>
      <w:lvlText w:val=""/>
      <w:lvlJc w:val="left"/>
      <w:pPr>
        <w:ind w:left="2160" w:hanging="360"/>
      </w:pPr>
      <w:rPr>
        <w:rFonts w:ascii="Wingdings" w:hAnsi="Wingdings" w:hint="default"/>
      </w:rPr>
    </w:lvl>
    <w:lvl w:ilvl="3" w:tplc="8EA61AF2">
      <w:start w:val="1"/>
      <w:numFmt w:val="bullet"/>
      <w:lvlText w:val=""/>
      <w:lvlJc w:val="left"/>
      <w:pPr>
        <w:ind w:left="2880" w:hanging="360"/>
      </w:pPr>
      <w:rPr>
        <w:rFonts w:ascii="Symbol" w:hAnsi="Symbol" w:hint="default"/>
      </w:rPr>
    </w:lvl>
    <w:lvl w:ilvl="4" w:tplc="1C86BCE2">
      <w:start w:val="1"/>
      <w:numFmt w:val="bullet"/>
      <w:lvlText w:val="o"/>
      <w:lvlJc w:val="left"/>
      <w:pPr>
        <w:ind w:left="3600" w:hanging="360"/>
      </w:pPr>
      <w:rPr>
        <w:rFonts w:ascii="Courier New" w:hAnsi="Courier New" w:hint="default"/>
      </w:rPr>
    </w:lvl>
    <w:lvl w:ilvl="5" w:tplc="CFE4E036">
      <w:start w:val="1"/>
      <w:numFmt w:val="bullet"/>
      <w:lvlText w:val=""/>
      <w:lvlJc w:val="left"/>
      <w:pPr>
        <w:ind w:left="4320" w:hanging="360"/>
      </w:pPr>
      <w:rPr>
        <w:rFonts w:ascii="Wingdings" w:hAnsi="Wingdings" w:hint="default"/>
      </w:rPr>
    </w:lvl>
    <w:lvl w:ilvl="6" w:tplc="F60A7CA6">
      <w:start w:val="1"/>
      <w:numFmt w:val="bullet"/>
      <w:lvlText w:val=""/>
      <w:lvlJc w:val="left"/>
      <w:pPr>
        <w:ind w:left="5040" w:hanging="360"/>
      </w:pPr>
      <w:rPr>
        <w:rFonts w:ascii="Symbol" w:hAnsi="Symbol" w:hint="default"/>
      </w:rPr>
    </w:lvl>
    <w:lvl w:ilvl="7" w:tplc="892CFF44">
      <w:start w:val="1"/>
      <w:numFmt w:val="bullet"/>
      <w:lvlText w:val="o"/>
      <w:lvlJc w:val="left"/>
      <w:pPr>
        <w:ind w:left="5760" w:hanging="360"/>
      </w:pPr>
      <w:rPr>
        <w:rFonts w:ascii="Courier New" w:hAnsi="Courier New" w:hint="default"/>
      </w:rPr>
    </w:lvl>
    <w:lvl w:ilvl="8" w:tplc="78084622">
      <w:start w:val="1"/>
      <w:numFmt w:val="bullet"/>
      <w:lvlText w:val=""/>
      <w:lvlJc w:val="left"/>
      <w:pPr>
        <w:ind w:left="6480" w:hanging="360"/>
      </w:pPr>
      <w:rPr>
        <w:rFonts w:ascii="Wingdings" w:hAnsi="Wingdings" w:hint="default"/>
      </w:rPr>
    </w:lvl>
  </w:abstractNum>
  <w:abstractNum w:abstractNumId="12" w15:restartNumberingAfterBreak="0">
    <w:nsid w:val="323273FF"/>
    <w:multiLevelType w:val="multilevel"/>
    <w:tmpl w:val="BA8C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4059B2"/>
    <w:multiLevelType w:val="multilevel"/>
    <w:tmpl w:val="794A8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0EDBD0"/>
    <w:multiLevelType w:val="hybridMultilevel"/>
    <w:tmpl w:val="CA62A0FC"/>
    <w:lvl w:ilvl="0" w:tplc="86A00D2A">
      <w:start w:val="1"/>
      <w:numFmt w:val="bullet"/>
      <w:lvlText w:val=""/>
      <w:lvlJc w:val="left"/>
      <w:pPr>
        <w:ind w:left="720" w:hanging="360"/>
      </w:pPr>
      <w:rPr>
        <w:rFonts w:ascii="Symbol" w:hAnsi="Symbol" w:hint="default"/>
      </w:rPr>
    </w:lvl>
    <w:lvl w:ilvl="1" w:tplc="7F44E2A0">
      <w:start w:val="1"/>
      <w:numFmt w:val="bullet"/>
      <w:lvlText w:val="o"/>
      <w:lvlJc w:val="left"/>
      <w:pPr>
        <w:ind w:left="1440" w:hanging="360"/>
      </w:pPr>
      <w:rPr>
        <w:rFonts w:ascii="Courier New" w:hAnsi="Courier New" w:hint="default"/>
      </w:rPr>
    </w:lvl>
    <w:lvl w:ilvl="2" w:tplc="B0B80CAE">
      <w:start w:val="1"/>
      <w:numFmt w:val="bullet"/>
      <w:lvlText w:val=""/>
      <w:lvlJc w:val="left"/>
      <w:pPr>
        <w:ind w:left="2160" w:hanging="360"/>
      </w:pPr>
      <w:rPr>
        <w:rFonts w:ascii="Wingdings" w:hAnsi="Wingdings" w:hint="default"/>
      </w:rPr>
    </w:lvl>
    <w:lvl w:ilvl="3" w:tplc="B094BE9E">
      <w:start w:val="1"/>
      <w:numFmt w:val="bullet"/>
      <w:lvlText w:val=""/>
      <w:lvlJc w:val="left"/>
      <w:pPr>
        <w:ind w:left="2880" w:hanging="360"/>
      </w:pPr>
      <w:rPr>
        <w:rFonts w:ascii="Symbol" w:hAnsi="Symbol" w:hint="default"/>
      </w:rPr>
    </w:lvl>
    <w:lvl w:ilvl="4" w:tplc="45A650D2">
      <w:start w:val="1"/>
      <w:numFmt w:val="bullet"/>
      <w:lvlText w:val="o"/>
      <w:lvlJc w:val="left"/>
      <w:pPr>
        <w:ind w:left="3600" w:hanging="360"/>
      </w:pPr>
      <w:rPr>
        <w:rFonts w:ascii="Courier New" w:hAnsi="Courier New" w:hint="default"/>
      </w:rPr>
    </w:lvl>
    <w:lvl w:ilvl="5" w:tplc="19CACE48">
      <w:start w:val="1"/>
      <w:numFmt w:val="bullet"/>
      <w:lvlText w:val=""/>
      <w:lvlJc w:val="left"/>
      <w:pPr>
        <w:ind w:left="4320" w:hanging="360"/>
      </w:pPr>
      <w:rPr>
        <w:rFonts w:ascii="Wingdings" w:hAnsi="Wingdings" w:hint="default"/>
      </w:rPr>
    </w:lvl>
    <w:lvl w:ilvl="6" w:tplc="30AA42DA">
      <w:start w:val="1"/>
      <w:numFmt w:val="bullet"/>
      <w:lvlText w:val=""/>
      <w:lvlJc w:val="left"/>
      <w:pPr>
        <w:ind w:left="5040" w:hanging="360"/>
      </w:pPr>
      <w:rPr>
        <w:rFonts w:ascii="Symbol" w:hAnsi="Symbol" w:hint="default"/>
      </w:rPr>
    </w:lvl>
    <w:lvl w:ilvl="7" w:tplc="1384276C">
      <w:start w:val="1"/>
      <w:numFmt w:val="bullet"/>
      <w:lvlText w:val="o"/>
      <w:lvlJc w:val="left"/>
      <w:pPr>
        <w:ind w:left="5760" w:hanging="360"/>
      </w:pPr>
      <w:rPr>
        <w:rFonts w:ascii="Courier New" w:hAnsi="Courier New" w:hint="default"/>
      </w:rPr>
    </w:lvl>
    <w:lvl w:ilvl="8" w:tplc="C8888DA2">
      <w:start w:val="1"/>
      <w:numFmt w:val="bullet"/>
      <w:lvlText w:val=""/>
      <w:lvlJc w:val="left"/>
      <w:pPr>
        <w:ind w:left="6480" w:hanging="360"/>
      </w:pPr>
      <w:rPr>
        <w:rFonts w:ascii="Wingdings" w:hAnsi="Wingdings" w:hint="default"/>
      </w:rPr>
    </w:lvl>
  </w:abstractNum>
  <w:abstractNum w:abstractNumId="15" w15:restartNumberingAfterBreak="0">
    <w:nsid w:val="449913E6"/>
    <w:multiLevelType w:val="hybridMultilevel"/>
    <w:tmpl w:val="FA4CFAE6"/>
    <w:lvl w:ilvl="0" w:tplc="E1B45ED8">
      <w:start w:val="1"/>
      <w:numFmt w:val="bullet"/>
      <w:lvlText w:val=""/>
      <w:lvlJc w:val="left"/>
      <w:pPr>
        <w:ind w:left="720" w:hanging="360"/>
      </w:pPr>
      <w:rPr>
        <w:rFonts w:ascii="Symbol" w:hAnsi="Symbol" w:hint="default"/>
      </w:rPr>
    </w:lvl>
    <w:lvl w:ilvl="1" w:tplc="F7E6CF74">
      <w:start w:val="1"/>
      <w:numFmt w:val="bullet"/>
      <w:lvlText w:val="o"/>
      <w:lvlJc w:val="left"/>
      <w:pPr>
        <w:ind w:left="1440" w:hanging="360"/>
      </w:pPr>
      <w:rPr>
        <w:rFonts w:ascii="Courier New" w:hAnsi="Courier New" w:hint="default"/>
      </w:rPr>
    </w:lvl>
    <w:lvl w:ilvl="2" w:tplc="2A264CF8">
      <w:start w:val="1"/>
      <w:numFmt w:val="bullet"/>
      <w:lvlText w:val=""/>
      <w:lvlJc w:val="left"/>
      <w:pPr>
        <w:ind w:left="2160" w:hanging="360"/>
      </w:pPr>
      <w:rPr>
        <w:rFonts w:ascii="Wingdings" w:hAnsi="Wingdings" w:hint="default"/>
      </w:rPr>
    </w:lvl>
    <w:lvl w:ilvl="3" w:tplc="43C42E58">
      <w:start w:val="1"/>
      <w:numFmt w:val="bullet"/>
      <w:lvlText w:val=""/>
      <w:lvlJc w:val="left"/>
      <w:pPr>
        <w:ind w:left="2880" w:hanging="360"/>
      </w:pPr>
      <w:rPr>
        <w:rFonts w:ascii="Symbol" w:hAnsi="Symbol" w:hint="default"/>
      </w:rPr>
    </w:lvl>
    <w:lvl w:ilvl="4" w:tplc="450C4B48">
      <w:start w:val="1"/>
      <w:numFmt w:val="bullet"/>
      <w:lvlText w:val="o"/>
      <w:lvlJc w:val="left"/>
      <w:pPr>
        <w:ind w:left="3600" w:hanging="360"/>
      </w:pPr>
      <w:rPr>
        <w:rFonts w:ascii="Courier New" w:hAnsi="Courier New" w:hint="default"/>
      </w:rPr>
    </w:lvl>
    <w:lvl w:ilvl="5" w:tplc="6682151E">
      <w:start w:val="1"/>
      <w:numFmt w:val="bullet"/>
      <w:lvlText w:val=""/>
      <w:lvlJc w:val="left"/>
      <w:pPr>
        <w:ind w:left="4320" w:hanging="360"/>
      </w:pPr>
      <w:rPr>
        <w:rFonts w:ascii="Wingdings" w:hAnsi="Wingdings" w:hint="default"/>
      </w:rPr>
    </w:lvl>
    <w:lvl w:ilvl="6" w:tplc="A53442A8">
      <w:start w:val="1"/>
      <w:numFmt w:val="bullet"/>
      <w:lvlText w:val=""/>
      <w:lvlJc w:val="left"/>
      <w:pPr>
        <w:ind w:left="5040" w:hanging="360"/>
      </w:pPr>
      <w:rPr>
        <w:rFonts w:ascii="Symbol" w:hAnsi="Symbol" w:hint="default"/>
      </w:rPr>
    </w:lvl>
    <w:lvl w:ilvl="7" w:tplc="B5F27B52">
      <w:start w:val="1"/>
      <w:numFmt w:val="bullet"/>
      <w:lvlText w:val="o"/>
      <w:lvlJc w:val="left"/>
      <w:pPr>
        <w:ind w:left="5760" w:hanging="360"/>
      </w:pPr>
      <w:rPr>
        <w:rFonts w:ascii="Courier New" w:hAnsi="Courier New" w:hint="default"/>
      </w:rPr>
    </w:lvl>
    <w:lvl w:ilvl="8" w:tplc="92BC9874">
      <w:start w:val="1"/>
      <w:numFmt w:val="bullet"/>
      <w:lvlText w:val=""/>
      <w:lvlJc w:val="left"/>
      <w:pPr>
        <w:ind w:left="6480" w:hanging="360"/>
      </w:pPr>
      <w:rPr>
        <w:rFonts w:ascii="Wingdings" w:hAnsi="Wingdings" w:hint="default"/>
      </w:rPr>
    </w:lvl>
  </w:abstractNum>
  <w:abstractNum w:abstractNumId="16" w15:restartNumberingAfterBreak="0">
    <w:nsid w:val="5A56A781"/>
    <w:multiLevelType w:val="hybridMultilevel"/>
    <w:tmpl w:val="9F24D84E"/>
    <w:lvl w:ilvl="0" w:tplc="A09C15F0">
      <w:start w:val="1"/>
      <w:numFmt w:val="bullet"/>
      <w:lvlText w:val=""/>
      <w:lvlJc w:val="left"/>
      <w:pPr>
        <w:ind w:left="720" w:hanging="360"/>
      </w:pPr>
      <w:rPr>
        <w:rFonts w:ascii="Symbol" w:hAnsi="Symbol" w:hint="default"/>
      </w:rPr>
    </w:lvl>
    <w:lvl w:ilvl="1" w:tplc="E4B0CAB2">
      <w:start w:val="1"/>
      <w:numFmt w:val="bullet"/>
      <w:lvlText w:val="o"/>
      <w:lvlJc w:val="left"/>
      <w:pPr>
        <w:ind w:left="1440" w:hanging="360"/>
      </w:pPr>
      <w:rPr>
        <w:rFonts w:ascii="Courier New" w:hAnsi="Courier New" w:hint="default"/>
      </w:rPr>
    </w:lvl>
    <w:lvl w:ilvl="2" w:tplc="9BD48E6E">
      <w:start w:val="1"/>
      <w:numFmt w:val="bullet"/>
      <w:lvlText w:val=""/>
      <w:lvlJc w:val="left"/>
      <w:pPr>
        <w:ind w:left="2160" w:hanging="360"/>
      </w:pPr>
      <w:rPr>
        <w:rFonts w:ascii="Wingdings" w:hAnsi="Wingdings" w:hint="default"/>
      </w:rPr>
    </w:lvl>
    <w:lvl w:ilvl="3" w:tplc="AE6AC7FE">
      <w:start w:val="1"/>
      <w:numFmt w:val="bullet"/>
      <w:lvlText w:val=""/>
      <w:lvlJc w:val="left"/>
      <w:pPr>
        <w:ind w:left="2880" w:hanging="360"/>
      </w:pPr>
      <w:rPr>
        <w:rFonts w:ascii="Symbol" w:hAnsi="Symbol" w:hint="default"/>
      </w:rPr>
    </w:lvl>
    <w:lvl w:ilvl="4" w:tplc="E71CA184">
      <w:start w:val="1"/>
      <w:numFmt w:val="bullet"/>
      <w:lvlText w:val="o"/>
      <w:lvlJc w:val="left"/>
      <w:pPr>
        <w:ind w:left="3600" w:hanging="360"/>
      </w:pPr>
      <w:rPr>
        <w:rFonts w:ascii="Courier New" w:hAnsi="Courier New" w:hint="default"/>
      </w:rPr>
    </w:lvl>
    <w:lvl w:ilvl="5" w:tplc="CA14D9E0">
      <w:start w:val="1"/>
      <w:numFmt w:val="bullet"/>
      <w:lvlText w:val=""/>
      <w:lvlJc w:val="left"/>
      <w:pPr>
        <w:ind w:left="4320" w:hanging="360"/>
      </w:pPr>
      <w:rPr>
        <w:rFonts w:ascii="Wingdings" w:hAnsi="Wingdings" w:hint="default"/>
      </w:rPr>
    </w:lvl>
    <w:lvl w:ilvl="6" w:tplc="1CE62298">
      <w:start w:val="1"/>
      <w:numFmt w:val="bullet"/>
      <w:lvlText w:val=""/>
      <w:lvlJc w:val="left"/>
      <w:pPr>
        <w:ind w:left="5040" w:hanging="360"/>
      </w:pPr>
      <w:rPr>
        <w:rFonts w:ascii="Symbol" w:hAnsi="Symbol" w:hint="default"/>
      </w:rPr>
    </w:lvl>
    <w:lvl w:ilvl="7" w:tplc="958E172C">
      <w:start w:val="1"/>
      <w:numFmt w:val="bullet"/>
      <w:lvlText w:val="o"/>
      <w:lvlJc w:val="left"/>
      <w:pPr>
        <w:ind w:left="5760" w:hanging="360"/>
      </w:pPr>
      <w:rPr>
        <w:rFonts w:ascii="Courier New" w:hAnsi="Courier New" w:hint="default"/>
      </w:rPr>
    </w:lvl>
    <w:lvl w:ilvl="8" w:tplc="4F5A887C">
      <w:start w:val="1"/>
      <w:numFmt w:val="bullet"/>
      <w:lvlText w:val=""/>
      <w:lvlJc w:val="left"/>
      <w:pPr>
        <w:ind w:left="6480" w:hanging="360"/>
      </w:pPr>
      <w:rPr>
        <w:rFonts w:ascii="Wingdings" w:hAnsi="Wingdings" w:hint="default"/>
      </w:rPr>
    </w:lvl>
  </w:abstractNum>
  <w:abstractNum w:abstractNumId="17" w15:restartNumberingAfterBreak="0">
    <w:nsid w:val="668AD6B4"/>
    <w:multiLevelType w:val="hybridMultilevel"/>
    <w:tmpl w:val="B8E4A3C0"/>
    <w:lvl w:ilvl="0" w:tplc="90CEC22A">
      <w:start w:val="1"/>
      <w:numFmt w:val="bullet"/>
      <w:lvlText w:val=""/>
      <w:lvlJc w:val="left"/>
      <w:pPr>
        <w:ind w:left="720" w:hanging="360"/>
      </w:pPr>
      <w:rPr>
        <w:rFonts w:ascii="Symbol" w:hAnsi="Symbol" w:hint="default"/>
      </w:rPr>
    </w:lvl>
    <w:lvl w:ilvl="1" w:tplc="73E0BC7A">
      <w:start w:val="1"/>
      <w:numFmt w:val="bullet"/>
      <w:lvlText w:val="o"/>
      <w:lvlJc w:val="left"/>
      <w:pPr>
        <w:ind w:left="1440" w:hanging="360"/>
      </w:pPr>
      <w:rPr>
        <w:rFonts w:ascii="Courier New" w:hAnsi="Courier New" w:hint="default"/>
      </w:rPr>
    </w:lvl>
    <w:lvl w:ilvl="2" w:tplc="1714DB62">
      <w:start w:val="1"/>
      <w:numFmt w:val="bullet"/>
      <w:lvlText w:val=""/>
      <w:lvlJc w:val="left"/>
      <w:pPr>
        <w:ind w:left="2160" w:hanging="360"/>
      </w:pPr>
      <w:rPr>
        <w:rFonts w:ascii="Wingdings" w:hAnsi="Wingdings" w:hint="default"/>
      </w:rPr>
    </w:lvl>
    <w:lvl w:ilvl="3" w:tplc="016ABDC0">
      <w:start w:val="1"/>
      <w:numFmt w:val="bullet"/>
      <w:lvlText w:val=""/>
      <w:lvlJc w:val="left"/>
      <w:pPr>
        <w:ind w:left="2880" w:hanging="360"/>
      </w:pPr>
      <w:rPr>
        <w:rFonts w:ascii="Symbol" w:hAnsi="Symbol" w:hint="default"/>
      </w:rPr>
    </w:lvl>
    <w:lvl w:ilvl="4" w:tplc="01FA3DE0">
      <w:start w:val="1"/>
      <w:numFmt w:val="bullet"/>
      <w:lvlText w:val="o"/>
      <w:lvlJc w:val="left"/>
      <w:pPr>
        <w:ind w:left="3600" w:hanging="360"/>
      </w:pPr>
      <w:rPr>
        <w:rFonts w:ascii="Courier New" w:hAnsi="Courier New" w:hint="default"/>
      </w:rPr>
    </w:lvl>
    <w:lvl w:ilvl="5" w:tplc="03A2DBE8">
      <w:start w:val="1"/>
      <w:numFmt w:val="bullet"/>
      <w:lvlText w:val=""/>
      <w:lvlJc w:val="left"/>
      <w:pPr>
        <w:ind w:left="4320" w:hanging="360"/>
      </w:pPr>
      <w:rPr>
        <w:rFonts w:ascii="Wingdings" w:hAnsi="Wingdings" w:hint="default"/>
      </w:rPr>
    </w:lvl>
    <w:lvl w:ilvl="6" w:tplc="07DCBBF6">
      <w:start w:val="1"/>
      <w:numFmt w:val="bullet"/>
      <w:lvlText w:val=""/>
      <w:lvlJc w:val="left"/>
      <w:pPr>
        <w:ind w:left="5040" w:hanging="360"/>
      </w:pPr>
      <w:rPr>
        <w:rFonts w:ascii="Symbol" w:hAnsi="Symbol" w:hint="default"/>
      </w:rPr>
    </w:lvl>
    <w:lvl w:ilvl="7" w:tplc="53DEDFB0">
      <w:start w:val="1"/>
      <w:numFmt w:val="bullet"/>
      <w:lvlText w:val="o"/>
      <w:lvlJc w:val="left"/>
      <w:pPr>
        <w:ind w:left="5760" w:hanging="360"/>
      </w:pPr>
      <w:rPr>
        <w:rFonts w:ascii="Courier New" w:hAnsi="Courier New" w:hint="default"/>
      </w:rPr>
    </w:lvl>
    <w:lvl w:ilvl="8" w:tplc="1B6686E2">
      <w:start w:val="1"/>
      <w:numFmt w:val="bullet"/>
      <w:lvlText w:val=""/>
      <w:lvlJc w:val="left"/>
      <w:pPr>
        <w:ind w:left="6480" w:hanging="360"/>
      </w:pPr>
      <w:rPr>
        <w:rFonts w:ascii="Wingdings" w:hAnsi="Wingdings" w:hint="default"/>
      </w:rPr>
    </w:lvl>
  </w:abstractNum>
  <w:abstractNum w:abstractNumId="18" w15:restartNumberingAfterBreak="0">
    <w:nsid w:val="689D07E2"/>
    <w:multiLevelType w:val="hybridMultilevel"/>
    <w:tmpl w:val="4ECA0436"/>
    <w:lvl w:ilvl="0" w:tplc="E00A78F0">
      <w:start w:val="1"/>
      <w:numFmt w:val="bullet"/>
      <w:lvlText w:val=""/>
      <w:lvlJc w:val="left"/>
      <w:pPr>
        <w:ind w:left="720" w:hanging="360"/>
      </w:pPr>
      <w:rPr>
        <w:rFonts w:ascii="Symbol" w:hAnsi="Symbol" w:hint="default"/>
      </w:rPr>
    </w:lvl>
    <w:lvl w:ilvl="1" w:tplc="F88E2472">
      <w:start w:val="1"/>
      <w:numFmt w:val="bullet"/>
      <w:lvlText w:val="o"/>
      <w:lvlJc w:val="left"/>
      <w:pPr>
        <w:ind w:left="1440" w:hanging="360"/>
      </w:pPr>
      <w:rPr>
        <w:rFonts w:ascii="Courier New" w:hAnsi="Courier New" w:hint="default"/>
      </w:rPr>
    </w:lvl>
    <w:lvl w:ilvl="2" w:tplc="92ECFB58">
      <w:start w:val="1"/>
      <w:numFmt w:val="bullet"/>
      <w:lvlText w:val=""/>
      <w:lvlJc w:val="left"/>
      <w:pPr>
        <w:ind w:left="2160" w:hanging="360"/>
      </w:pPr>
      <w:rPr>
        <w:rFonts w:ascii="Wingdings" w:hAnsi="Wingdings" w:hint="default"/>
      </w:rPr>
    </w:lvl>
    <w:lvl w:ilvl="3" w:tplc="05166894">
      <w:start w:val="1"/>
      <w:numFmt w:val="bullet"/>
      <w:lvlText w:val=""/>
      <w:lvlJc w:val="left"/>
      <w:pPr>
        <w:ind w:left="2880" w:hanging="360"/>
      </w:pPr>
      <w:rPr>
        <w:rFonts w:ascii="Symbol" w:hAnsi="Symbol" w:hint="default"/>
      </w:rPr>
    </w:lvl>
    <w:lvl w:ilvl="4" w:tplc="56C05962">
      <w:start w:val="1"/>
      <w:numFmt w:val="bullet"/>
      <w:lvlText w:val="o"/>
      <w:lvlJc w:val="left"/>
      <w:pPr>
        <w:ind w:left="3600" w:hanging="360"/>
      </w:pPr>
      <w:rPr>
        <w:rFonts w:ascii="Courier New" w:hAnsi="Courier New" w:hint="default"/>
      </w:rPr>
    </w:lvl>
    <w:lvl w:ilvl="5" w:tplc="7E388E9E">
      <w:start w:val="1"/>
      <w:numFmt w:val="bullet"/>
      <w:lvlText w:val=""/>
      <w:lvlJc w:val="left"/>
      <w:pPr>
        <w:ind w:left="4320" w:hanging="360"/>
      </w:pPr>
      <w:rPr>
        <w:rFonts w:ascii="Wingdings" w:hAnsi="Wingdings" w:hint="default"/>
      </w:rPr>
    </w:lvl>
    <w:lvl w:ilvl="6" w:tplc="DB20E9AA">
      <w:start w:val="1"/>
      <w:numFmt w:val="bullet"/>
      <w:lvlText w:val=""/>
      <w:lvlJc w:val="left"/>
      <w:pPr>
        <w:ind w:left="5040" w:hanging="360"/>
      </w:pPr>
      <w:rPr>
        <w:rFonts w:ascii="Symbol" w:hAnsi="Symbol" w:hint="default"/>
      </w:rPr>
    </w:lvl>
    <w:lvl w:ilvl="7" w:tplc="A74C9D2E">
      <w:start w:val="1"/>
      <w:numFmt w:val="bullet"/>
      <w:lvlText w:val="o"/>
      <w:lvlJc w:val="left"/>
      <w:pPr>
        <w:ind w:left="5760" w:hanging="360"/>
      </w:pPr>
      <w:rPr>
        <w:rFonts w:ascii="Courier New" w:hAnsi="Courier New" w:hint="default"/>
      </w:rPr>
    </w:lvl>
    <w:lvl w:ilvl="8" w:tplc="6A6A0274">
      <w:start w:val="1"/>
      <w:numFmt w:val="bullet"/>
      <w:lvlText w:val=""/>
      <w:lvlJc w:val="left"/>
      <w:pPr>
        <w:ind w:left="6480" w:hanging="360"/>
      </w:pPr>
      <w:rPr>
        <w:rFonts w:ascii="Wingdings" w:hAnsi="Wingdings" w:hint="default"/>
      </w:rPr>
    </w:lvl>
  </w:abstractNum>
  <w:abstractNum w:abstractNumId="19" w15:restartNumberingAfterBreak="0">
    <w:nsid w:val="68EE4425"/>
    <w:multiLevelType w:val="hybridMultilevel"/>
    <w:tmpl w:val="288250B2"/>
    <w:lvl w:ilvl="0" w:tplc="20920446">
      <w:start w:val="1"/>
      <w:numFmt w:val="bullet"/>
      <w:lvlText w:val=""/>
      <w:lvlJc w:val="left"/>
      <w:pPr>
        <w:ind w:left="720" w:hanging="360"/>
      </w:pPr>
      <w:rPr>
        <w:rFonts w:ascii="Symbol" w:hAnsi="Symbol" w:hint="default"/>
      </w:rPr>
    </w:lvl>
    <w:lvl w:ilvl="1" w:tplc="43B27B2A">
      <w:start w:val="1"/>
      <w:numFmt w:val="bullet"/>
      <w:lvlText w:val="o"/>
      <w:lvlJc w:val="left"/>
      <w:pPr>
        <w:ind w:left="1440" w:hanging="360"/>
      </w:pPr>
      <w:rPr>
        <w:rFonts w:ascii="Courier New" w:hAnsi="Courier New" w:hint="default"/>
      </w:rPr>
    </w:lvl>
    <w:lvl w:ilvl="2" w:tplc="646A9AA0">
      <w:start w:val="1"/>
      <w:numFmt w:val="bullet"/>
      <w:lvlText w:val=""/>
      <w:lvlJc w:val="left"/>
      <w:pPr>
        <w:ind w:left="2160" w:hanging="360"/>
      </w:pPr>
      <w:rPr>
        <w:rFonts w:ascii="Wingdings" w:hAnsi="Wingdings" w:hint="default"/>
      </w:rPr>
    </w:lvl>
    <w:lvl w:ilvl="3" w:tplc="8D4E865C">
      <w:start w:val="1"/>
      <w:numFmt w:val="bullet"/>
      <w:lvlText w:val=""/>
      <w:lvlJc w:val="left"/>
      <w:pPr>
        <w:ind w:left="2880" w:hanging="360"/>
      </w:pPr>
      <w:rPr>
        <w:rFonts w:ascii="Symbol" w:hAnsi="Symbol" w:hint="default"/>
      </w:rPr>
    </w:lvl>
    <w:lvl w:ilvl="4" w:tplc="E1BEC652">
      <w:start w:val="1"/>
      <w:numFmt w:val="bullet"/>
      <w:lvlText w:val="o"/>
      <w:lvlJc w:val="left"/>
      <w:pPr>
        <w:ind w:left="3600" w:hanging="360"/>
      </w:pPr>
      <w:rPr>
        <w:rFonts w:ascii="Courier New" w:hAnsi="Courier New" w:hint="default"/>
      </w:rPr>
    </w:lvl>
    <w:lvl w:ilvl="5" w:tplc="ECEE2D82">
      <w:start w:val="1"/>
      <w:numFmt w:val="bullet"/>
      <w:lvlText w:val=""/>
      <w:lvlJc w:val="left"/>
      <w:pPr>
        <w:ind w:left="4320" w:hanging="360"/>
      </w:pPr>
      <w:rPr>
        <w:rFonts w:ascii="Wingdings" w:hAnsi="Wingdings" w:hint="default"/>
      </w:rPr>
    </w:lvl>
    <w:lvl w:ilvl="6" w:tplc="1916D1C2">
      <w:start w:val="1"/>
      <w:numFmt w:val="bullet"/>
      <w:lvlText w:val=""/>
      <w:lvlJc w:val="left"/>
      <w:pPr>
        <w:ind w:left="5040" w:hanging="360"/>
      </w:pPr>
      <w:rPr>
        <w:rFonts w:ascii="Symbol" w:hAnsi="Symbol" w:hint="default"/>
      </w:rPr>
    </w:lvl>
    <w:lvl w:ilvl="7" w:tplc="79B23456">
      <w:start w:val="1"/>
      <w:numFmt w:val="bullet"/>
      <w:lvlText w:val="o"/>
      <w:lvlJc w:val="left"/>
      <w:pPr>
        <w:ind w:left="5760" w:hanging="360"/>
      </w:pPr>
      <w:rPr>
        <w:rFonts w:ascii="Courier New" w:hAnsi="Courier New" w:hint="default"/>
      </w:rPr>
    </w:lvl>
    <w:lvl w:ilvl="8" w:tplc="16749E40">
      <w:start w:val="1"/>
      <w:numFmt w:val="bullet"/>
      <w:lvlText w:val=""/>
      <w:lvlJc w:val="left"/>
      <w:pPr>
        <w:ind w:left="6480" w:hanging="360"/>
      </w:pPr>
      <w:rPr>
        <w:rFonts w:ascii="Wingdings" w:hAnsi="Wingdings" w:hint="default"/>
      </w:rPr>
    </w:lvl>
  </w:abstractNum>
  <w:abstractNum w:abstractNumId="20" w15:restartNumberingAfterBreak="0">
    <w:nsid w:val="692F5F7D"/>
    <w:multiLevelType w:val="hybridMultilevel"/>
    <w:tmpl w:val="CB3A1A3C"/>
    <w:lvl w:ilvl="0" w:tplc="AE3829C2">
      <w:start w:val="1"/>
      <w:numFmt w:val="bullet"/>
      <w:lvlText w:val=""/>
      <w:lvlJc w:val="left"/>
      <w:pPr>
        <w:ind w:left="720" w:hanging="360"/>
      </w:pPr>
      <w:rPr>
        <w:rFonts w:ascii="Symbol" w:hAnsi="Symbol" w:hint="default"/>
      </w:rPr>
    </w:lvl>
    <w:lvl w:ilvl="1" w:tplc="60E0E16C">
      <w:start w:val="1"/>
      <w:numFmt w:val="bullet"/>
      <w:lvlText w:val="o"/>
      <w:lvlJc w:val="left"/>
      <w:pPr>
        <w:ind w:left="1440" w:hanging="360"/>
      </w:pPr>
      <w:rPr>
        <w:rFonts w:ascii="Courier New" w:hAnsi="Courier New" w:hint="default"/>
      </w:rPr>
    </w:lvl>
    <w:lvl w:ilvl="2" w:tplc="8F94A930">
      <w:start w:val="1"/>
      <w:numFmt w:val="bullet"/>
      <w:lvlText w:val=""/>
      <w:lvlJc w:val="left"/>
      <w:pPr>
        <w:ind w:left="2160" w:hanging="360"/>
      </w:pPr>
      <w:rPr>
        <w:rFonts w:ascii="Wingdings" w:hAnsi="Wingdings" w:hint="default"/>
      </w:rPr>
    </w:lvl>
    <w:lvl w:ilvl="3" w:tplc="130626EC">
      <w:start w:val="1"/>
      <w:numFmt w:val="bullet"/>
      <w:lvlText w:val=""/>
      <w:lvlJc w:val="left"/>
      <w:pPr>
        <w:ind w:left="2880" w:hanging="360"/>
      </w:pPr>
      <w:rPr>
        <w:rFonts w:ascii="Symbol" w:hAnsi="Symbol" w:hint="default"/>
      </w:rPr>
    </w:lvl>
    <w:lvl w:ilvl="4" w:tplc="9BDA9556">
      <w:start w:val="1"/>
      <w:numFmt w:val="bullet"/>
      <w:lvlText w:val="o"/>
      <w:lvlJc w:val="left"/>
      <w:pPr>
        <w:ind w:left="3600" w:hanging="360"/>
      </w:pPr>
      <w:rPr>
        <w:rFonts w:ascii="Courier New" w:hAnsi="Courier New" w:hint="default"/>
      </w:rPr>
    </w:lvl>
    <w:lvl w:ilvl="5" w:tplc="71DC79AA">
      <w:start w:val="1"/>
      <w:numFmt w:val="bullet"/>
      <w:lvlText w:val=""/>
      <w:lvlJc w:val="left"/>
      <w:pPr>
        <w:ind w:left="4320" w:hanging="360"/>
      </w:pPr>
      <w:rPr>
        <w:rFonts w:ascii="Wingdings" w:hAnsi="Wingdings" w:hint="default"/>
      </w:rPr>
    </w:lvl>
    <w:lvl w:ilvl="6" w:tplc="D72E7EB8">
      <w:start w:val="1"/>
      <w:numFmt w:val="bullet"/>
      <w:lvlText w:val=""/>
      <w:lvlJc w:val="left"/>
      <w:pPr>
        <w:ind w:left="5040" w:hanging="360"/>
      </w:pPr>
      <w:rPr>
        <w:rFonts w:ascii="Symbol" w:hAnsi="Symbol" w:hint="default"/>
      </w:rPr>
    </w:lvl>
    <w:lvl w:ilvl="7" w:tplc="D8BC379A">
      <w:start w:val="1"/>
      <w:numFmt w:val="bullet"/>
      <w:lvlText w:val="o"/>
      <w:lvlJc w:val="left"/>
      <w:pPr>
        <w:ind w:left="5760" w:hanging="360"/>
      </w:pPr>
      <w:rPr>
        <w:rFonts w:ascii="Courier New" w:hAnsi="Courier New" w:hint="default"/>
      </w:rPr>
    </w:lvl>
    <w:lvl w:ilvl="8" w:tplc="577ED54C">
      <w:start w:val="1"/>
      <w:numFmt w:val="bullet"/>
      <w:lvlText w:val=""/>
      <w:lvlJc w:val="left"/>
      <w:pPr>
        <w:ind w:left="6480" w:hanging="360"/>
      </w:pPr>
      <w:rPr>
        <w:rFonts w:ascii="Wingdings" w:hAnsi="Wingdings" w:hint="default"/>
      </w:rPr>
    </w:lvl>
  </w:abstractNum>
  <w:abstractNum w:abstractNumId="21" w15:restartNumberingAfterBreak="0">
    <w:nsid w:val="6C848A4E"/>
    <w:multiLevelType w:val="hybridMultilevel"/>
    <w:tmpl w:val="0BB0A5CC"/>
    <w:lvl w:ilvl="0" w:tplc="08C0F250">
      <w:start w:val="1"/>
      <w:numFmt w:val="bullet"/>
      <w:lvlText w:val=""/>
      <w:lvlJc w:val="left"/>
      <w:pPr>
        <w:ind w:left="720" w:hanging="360"/>
      </w:pPr>
      <w:rPr>
        <w:rFonts w:ascii="Symbol" w:hAnsi="Symbol" w:hint="default"/>
      </w:rPr>
    </w:lvl>
    <w:lvl w:ilvl="1" w:tplc="9DFA1790">
      <w:start w:val="1"/>
      <w:numFmt w:val="bullet"/>
      <w:lvlText w:val="o"/>
      <w:lvlJc w:val="left"/>
      <w:pPr>
        <w:ind w:left="1440" w:hanging="360"/>
      </w:pPr>
      <w:rPr>
        <w:rFonts w:ascii="Courier New" w:hAnsi="Courier New" w:hint="default"/>
      </w:rPr>
    </w:lvl>
    <w:lvl w:ilvl="2" w:tplc="5B901EDC">
      <w:start w:val="1"/>
      <w:numFmt w:val="bullet"/>
      <w:lvlText w:val=""/>
      <w:lvlJc w:val="left"/>
      <w:pPr>
        <w:ind w:left="2160" w:hanging="360"/>
      </w:pPr>
      <w:rPr>
        <w:rFonts w:ascii="Wingdings" w:hAnsi="Wingdings" w:hint="default"/>
      </w:rPr>
    </w:lvl>
    <w:lvl w:ilvl="3" w:tplc="518E1932">
      <w:start w:val="1"/>
      <w:numFmt w:val="bullet"/>
      <w:lvlText w:val=""/>
      <w:lvlJc w:val="left"/>
      <w:pPr>
        <w:ind w:left="2880" w:hanging="360"/>
      </w:pPr>
      <w:rPr>
        <w:rFonts w:ascii="Symbol" w:hAnsi="Symbol" w:hint="default"/>
      </w:rPr>
    </w:lvl>
    <w:lvl w:ilvl="4" w:tplc="162CF4F2">
      <w:start w:val="1"/>
      <w:numFmt w:val="bullet"/>
      <w:lvlText w:val="o"/>
      <w:lvlJc w:val="left"/>
      <w:pPr>
        <w:ind w:left="3600" w:hanging="360"/>
      </w:pPr>
      <w:rPr>
        <w:rFonts w:ascii="Courier New" w:hAnsi="Courier New" w:hint="default"/>
      </w:rPr>
    </w:lvl>
    <w:lvl w:ilvl="5" w:tplc="73FE5808">
      <w:start w:val="1"/>
      <w:numFmt w:val="bullet"/>
      <w:lvlText w:val=""/>
      <w:lvlJc w:val="left"/>
      <w:pPr>
        <w:ind w:left="4320" w:hanging="360"/>
      </w:pPr>
      <w:rPr>
        <w:rFonts w:ascii="Wingdings" w:hAnsi="Wingdings" w:hint="default"/>
      </w:rPr>
    </w:lvl>
    <w:lvl w:ilvl="6" w:tplc="BF5CA5F6">
      <w:start w:val="1"/>
      <w:numFmt w:val="bullet"/>
      <w:lvlText w:val=""/>
      <w:lvlJc w:val="left"/>
      <w:pPr>
        <w:ind w:left="5040" w:hanging="360"/>
      </w:pPr>
      <w:rPr>
        <w:rFonts w:ascii="Symbol" w:hAnsi="Symbol" w:hint="default"/>
      </w:rPr>
    </w:lvl>
    <w:lvl w:ilvl="7" w:tplc="479EFFDE">
      <w:start w:val="1"/>
      <w:numFmt w:val="bullet"/>
      <w:lvlText w:val="o"/>
      <w:lvlJc w:val="left"/>
      <w:pPr>
        <w:ind w:left="5760" w:hanging="360"/>
      </w:pPr>
      <w:rPr>
        <w:rFonts w:ascii="Courier New" w:hAnsi="Courier New" w:hint="default"/>
      </w:rPr>
    </w:lvl>
    <w:lvl w:ilvl="8" w:tplc="7BEEC952">
      <w:start w:val="1"/>
      <w:numFmt w:val="bullet"/>
      <w:lvlText w:val=""/>
      <w:lvlJc w:val="left"/>
      <w:pPr>
        <w:ind w:left="6480" w:hanging="360"/>
      </w:pPr>
      <w:rPr>
        <w:rFonts w:ascii="Wingdings" w:hAnsi="Wingdings" w:hint="default"/>
      </w:rPr>
    </w:lvl>
  </w:abstractNum>
  <w:num w:numId="1" w16cid:durableId="1071199175">
    <w:abstractNumId w:val="9"/>
  </w:num>
  <w:num w:numId="2" w16cid:durableId="100078152">
    <w:abstractNumId w:val="19"/>
  </w:num>
  <w:num w:numId="3" w16cid:durableId="2126272418">
    <w:abstractNumId w:val="11"/>
  </w:num>
  <w:num w:numId="4" w16cid:durableId="983778795">
    <w:abstractNumId w:val="14"/>
  </w:num>
  <w:num w:numId="5" w16cid:durableId="55444917">
    <w:abstractNumId w:val="18"/>
  </w:num>
  <w:num w:numId="6" w16cid:durableId="996806457">
    <w:abstractNumId w:val="15"/>
  </w:num>
  <w:num w:numId="7" w16cid:durableId="169221345">
    <w:abstractNumId w:val="20"/>
  </w:num>
  <w:num w:numId="8" w16cid:durableId="1072773163">
    <w:abstractNumId w:val="21"/>
  </w:num>
  <w:num w:numId="9" w16cid:durableId="351804946">
    <w:abstractNumId w:val="10"/>
  </w:num>
  <w:num w:numId="10" w16cid:durableId="1501503463">
    <w:abstractNumId w:val="16"/>
  </w:num>
  <w:num w:numId="11" w16cid:durableId="499741078">
    <w:abstractNumId w:val="17"/>
  </w:num>
  <w:num w:numId="12" w16cid:durableId="638340416">
    <w:abstractNumId w:val="8"/>
  </w:num>
  <w:num w:numId="13" w16cid:durableId="748190201">
    <w:abstractNumId w:val="6"/>
  </w:num>
  <w:num w:numId="14" w16cid:durableId="1373920560">
    <w:abstractNumId w:val="5"/>
  </w:num>
  <w:num w:numId="15" w16cid:durableId="334380640">
    <w:abstractNumId w:val="4"/>
  </w:num>
  <w:num w:numId="16" w16cid:durableId="2091924186">
    <w:abstractNumId w:val="7"/>
  </w:num>
  <w:num w:numId="17" w16cid:durableId="1144859769">
    <w:abstractNumId w:val="3"/>
  </w:num>
  <w:num w:numId="18" w16cid:durableId="955528509">
    <w:abstractNumId w:val="2"/>
  </w:num>
  <w:num w:numId="19" w16cid:durableId="510729397">
    <w:abstractNumId w:val="1"/>
  </w:num>
  <w:num w:numId="20" w16cid:durableId="476723221">
    <w:abstractNumId w:val="0"/>
  </w:num>
  <w:num w:numId="21" w16cid:durableId="1883789743">
    <w:abstractNumId w:val="12"/>
  </w:num>
  <w:num w:numId="22" w16cid:durableId="6420009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02922"/>
    <w:rsid w:val="00272766"/>
    <w:rsid w:val="002816BD"/>
    <w:rsid w:val="0029639D"/>
    <w:rsid w:val="00326F90"/>
    <w:rsid w:val="004B4470"/>
    <w:rsid w:val="004E3FF0"/>
    <w:rsid w:val="005B601C"/>
    <w:rsid w:val="006C2D42"/>
    <w:rsid w:val="007E3768"/>
    <w:rsid w:val="00822B04"/>
    <w:rsid w:val="00827EA7"/>
    <w:rsid w:val="009067B9"/>
    <w:rsid w:val="00924399"/>
    <w:rsid w:val="00A5723F"/>
    <w:rsid w:val="00AA1D8D"/>
    <w:rsid w:val="00B47730"/>
    <w:rsid w:val="00B547CB"/>
    <w:rsid w:val="00CB0664"/>
    <w:rsid w:val="00DC7D62"/>
    <w:rsid w:val="00DF472A"/>
    <w:rsid w:val="00FC693F"/>
    <w:rsid w:val="1024664C"/>
    <w:rsid w:val="2453D988"/>
    <w:rsid w:val="2630ACB6"/>
    <w:rsid w:val="39183E7B"/>
    <w:rsid w:val="577916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203C407-CB74-4979-8347-9C6233CCD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2"/>
      </w:numPr>
      <w:contextualSpacing/>
    </w:pPr>
  </w:style>
  <w:style w:type="paragraph" w:styleId="ListBullet2">
    <w:name w:val="List Bullet 2"/>
    <w:basedOn w:val="Normal"/>
    <w:uiPriority w:val="99"/>
    <w:unhideWhenUsed/>
    <w:rsid w:val="00326F90"/>
    <w:pPr>
      <w:numPr>
        <w:numId w:val="13"/>
      </w:numPr>
      <w:contextualSpacing/>
    </w:pPr>
  </w:style>
  <w:style w:type="paragraph" w:styleId="ListBullet3">
    <w:name w:val="List Bullet 3"/>
    <w:basedOn w:val="Normal"/>
    <w:uiPriority w:val="99"/>
    <w:unhideWhenUsed/>
    <w:rsid w:val="00326F90"/>
    <w:pPr>
      <w:numPr>
        <w:numId w:val="14"/>
      </w:numPr>
      <w:contextualSpacing/>
    </w:pPr>
  </w:style>
  <w:style w:type="paragraph" w:styleId="ListNumber">
    <w:name w:val="List Number"/>
    <w:basedOn w:val="Normal"/>
    <w:uiPriority w:val="99"/>
    <w:unhideWhenUsed/>
    <w:rsid w:val="00326F90"/>
    <w:pPr>
      <w:numPr>
        <w:numId w:val="16"/>
      </w:numPr>
      <w:contextualSpacing/>
    </w:pPr>
  </w:style>
  <w:style w:type="paragraph" w:styleId="ListNumber2">
    <w:name w:val="List Number 2"/>
    <w:basedOn w:val="Normal"/>
    <w:uiPriority w:val="99"/>
    <w:unhideWhenUsed/>
    <w:rsid w:val="0029639D"/>
    <w:pPr>
      <w:numPr>
        <w:numId w:val="17"/>
      </w:numPr>
      <w:contextualSpacing/>
    </w:pPr>
  </w:style>
  <w:style w:type="paragraph" w:styleId="ListNumber3">
    <w:name w:val="List Number 3"/>
    <w:basedOn w:val="Normal"/>
    <w:uiPriority w:val="99"/>
    <w:unhideWhenUsed/>
    <w:rsid w:val="0029639D"/>
    <w:pPr>
      <w:numPr>
        <w:numId w:val="18"/>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2777F4BD659489987D3AF9A79B629" ma:contentTypeVersion="16" ma:contentTypeDescription="Create a new document." ma:contentTypeScope="" ma:versionID="7c3b1a5ee4cd64c8e28ed7f3a679d2d5">
  <xsd:schema xmlns:xsd="http://www.w3.org/2001/XMLSchema" xmlns:xs="http://www.w3.org/2001/XMLSchema" xmlns:p="http://schemas.microsoft.com/office/2006/metadata/properties" xmlns:ns2="7410f791-1dd3-4651-ab2f-f0689a2cedc2" xmlns:ns3="96e2b771-4bb3-4d6e-96c5-1e0c108901ad" targetNamespace="http://schemas.microsoft.com/office/2006/metadata/properties" ma:root="true" ma:fieldsID="85da0bcba113a895a6345faac3b3afca" ns2:_="" ns3:_="">
    <xsd:import namespace="7410f791-1dd3-4651-ab2f-f0689a2cedc2"/>
    <xsd:import namespace="96e2b771-4bb3-4d6e-96c5-1e0c108901a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0f791-1dd3-4651-ab2f-f0689a2ce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0d0eb88-04c7-450d-8c84-9c27b6599e2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e2b771-4bb3-4d6e-96c5-1e0c108901a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f2bda5-b64b-4745-8682-07b8c7b0c532}" ma:internalName="TaxCatchAll" ma:showField="CatchAllData" ma:web="96e2b771-4bb3-4d6e-96c5-1e0c108901a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e2b771-4bb3-4d6e-96c5-1e0c108901ad" xsi:nil="true"/>
    <lcf76f155ced4ddcb4097134ff3c332f xmlns="7410f791-1dd3-4651-ab2f-f0689a2cedc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BFFE5-3B14-43BB-BED3-647EE8A8F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0f791-1dd3-4651-ab2f-f0689a2cedc2"/>
    <ds:schemaRef ds:uri="96e2b771-4bb3-4d6e-96c5-1e0c1089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33DBA0-31D6-4F64-B61E-D4D79B7ACD4C}">
  <ds:schemaRefs>
    <ds:schemaRef ds:uri="http://schemas.microsoft.com/sharepoint/v3/contenttype/forms"/>
  </ds:schemaRefs>
</ds:datastoreItem>
</file>

<file path=customXml/itemProps3.xml><?xml version="1.0" encoding="utf-8"?>
<ds:datastoreItem xmlns:ds="http://schemas.openxmlformats.org/officeDocument/2006/customXml" ds:itemID="{F47422D9-7D22-4558-B0D1-EB29BA14653E}">
  <ds:schemaRefs>
    <ds:schemaRef ds:uri="http://schemas.microsoft.com/office/2006/metadata/properties"/>
    <ds:schemaRef ds:uri="http://schemas.microsoft.com/office/infopath/2007/PartnerControls"/>
    <ds:schemaRef ds:uri="96e2b771-4bb3-4d6e-96c5-1e0c108901ad"/>
    <ds:schemaRef ds:uri="7410f791-1dd3-4651-ab2f-f0689a2cedc2"/>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1235</Words>
  <Characters>7040</Characters>
  <Application>Microsoft Office Word</Application>
  <DocSecurity>0</DocSecurity>
  <Lines>58</Lines>
  <Paragraphs>16</Paragraphs>
  <ScaleCrop>false</ScaleCrop>
  <Manager/>
  <Company/>
  <LinksUpToDate>false</LinksUpToDate>
  <CharactersWithSpaces>8259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David Hodge</cp:lastModifiedBy>
  <cp:revision>14</cp:revision>
  <dcterms:created xsi:type="dcterms:W3CDTF">2013-12-23T23:15:00Z</dcterms:created>
  <dcterms:modified xsi:type="dcterms:W3CDTF">2026-07-13T13:30:00Z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0x010100A822777F4BD659489987D3AF9A79B629</vt:lpwstr>
  </property>
  <property fmtid="{D5CDD505-2E9C-101B-9397-08002B2CF9AE}" pid="3" name="MediaServiceImageTags">
    <vt:lpwstr/>
  </property>
</Properties>
</file>